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otorrad ausmailbil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