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torrad ausmai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