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oster kartengrüss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