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assepartout karto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