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assepartout papi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