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ssepartout papi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