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ferd mit fohlen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