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pferd mit reiterin ausmalbild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