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ferd mit reiterin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