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ferde ausmal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