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ferde mandala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