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eckel ausma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