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tischkarten druck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