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schkarten gestal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