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schkarten selber mach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