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schkarten selbst gestalten hochzei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