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traktor ausmalbilder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