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uer dankeskar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