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rauerkarte danksagun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