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vielen dank kart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