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030CE" w14:textId="77777777" w:rsidR="00453EFC" w:rsidRDefault="00000000">
      <w:pPr>
        <w:pStyle w:val="berschrift1"/>
      </w:pPr>
      <w:r>
        <w:rPr>
          <w:rFonts w:ascii="Arial" w:hAnsi="Arial"/>
          <w:color w:val="000000"/>
          <w:sz w:val="56"/>
        </w:rPr>
        <w:t>Lebenslauf</w:t>
      </w:r>
    </w:p>
    <w:p w14:paraId="68AF9A8C" w14:textId="4EB4BB1B" w:rsidR="00453EFC" w:rsidRDefault="00000000">
      <w:r>
        <w:rPr>
          <w:sz w:val="28"/>
        </w:rPr>
        <w:t>Max Mustermann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6480"/>
      </w:tblGrid>
      <w:tr w:rsidR="00453EFC" w14:paraId="7D2E2864" w14:textId="77777777">
        <w:tc>
          <w:tcPr>
            <w:tcW w:w="2160" w:type="dxa"/>
          </w:tcPr>
          <w:p w14:paraId="33C8D888" w14:textId="77777777" w:rsidR="00453EFC" w:rsidRDefault="00000000">
            <w:r>
              <w:rPr>
                <w:color w:val="646464"/>
              </w:rPr>
              <w:t>🗓 Geburtsdaten</w:t>
            </w:r>
          </w:p>
        </w:tc>
        <w:tc>
          <w:tcPr>
            <w:tcW w:w="6480" w:type="dxa"/>
          </w:tcPr>
          <w:p w14:paraId="3B27B3EC" w14:textId="77777777" w:rsidR="00453EFC" w:rsidRDefault="00000000">
            <w:r>
              <w:t>05.01.1982 in Hamburg</w:t>
            </w:r>
          </w:p>
        </w:tc>
      </w:tr>
      <w:tr w:rsidR="00453EFC" w14:paraId="0FE95046" w14:textId="77777777">
        <w:tc>
          <w:tcPr>
            <w:tcW w:w="2160" w:type="dxa"/>
          </w:tcPr>
          <w:p w14:paraId="6ED0855A" w14:textId="77777777" w:rsidR="00453EFC" w:rsidRDefault="00000000">
            <w:r>
              <w:rPr>
                <w:color w:val="646464"/>
              </w:rPr>
              <w:t>📍 Adresse</w:t>
            </w:r>
          </w:p>
        </w:tc>
        <w:tc>
          <w:tcPr>
            <w:tcW w:w="6480" w:type="dxa"/>
          </w:tcPr>
          <w:p w14:paraId="5098C5CE" w14:textId="77777777" w:rsidR="00453EFC" w:rsidRDefault="00000000">
            <w:r>
              <w:t>Hauptstraße 11</w:t>
            </w:r>
            <w:r>
              <w:br/>
              <w:t>10411 Berlin</w:t>
            </w:r>
          </w:p>
        </w:tc>
      </w:tr>
      <w:tr w:rsidR="00453EFC" w14:paraId="5F1D65D2" w14:textId="77777777">
        <w:tc>
          <w:tcPr>
            <w:tcW w:w="2160" w:type="dxa"/>
          </w:tcPr>
          <w:p w14:paraId="04B93825" w14:textId="77777777" w:rsidR="00453EFC" w:rsidRDefault="00000000">
            <w:r>
              <w:rPr>
                <w:color w:val="646464"/>
              </w:rPr>
              <w:t>📞 Telefon</w:t>
            </w:r>
          </w:p>
        </w:tc>
        <w:tc>
          <w:tcPr>
            <w:tcW w:w="6480" w:type="dxa"/>
          </w:tcPr>
          <w:p w14:paraId="50AB8515" w14:textId="77777777" w:rsidR="00453EFC" w:rsidRDefault="00000000">
            <w:r>
              <w:t>0176/123456789</w:t>
            </w:r>
          </w:p>
        </w:tc>
      </w:tr>
      <w:tr w:rsidR="00453EFC" w14:paraId="377AD7BC" w14:textId="77777777">
        <w:tc>
          <w:tcPr>
            <w:tcW w:w="2160" w:type="dxa"/>
          </w:tcPr>
          <w:p w14:paraId="05D81869" w14:textId="77777777" w:rsidR="00453EFC" w:rsidRDefault="00000000">
            <w:r>
              <w:rPr>
                <w:color w:val="646464"/>
              </w:rPr>
              <w:t>✉ E-Mail</w:t>
            </w:r>
          </w:p>
        </w:tc>
        <w:tc>
          <w:tcPr>
            <w:tcW w:w="6480" w:type="dxa"/>
          </w:tcPr>
          <w:p w14:paraId="4E2D35EE" w14:textId="77777777" w:rsidR="00453EFC" w:rsidRDefault="00000000">
            <w:r>
              <w:t>vorname@nachname.de</w:t>
            </w:r>
          </w:p>
        </w:tc>
      </w:tr>
    </w:tbl>
    <w:p w14:paraId="3B83500F" w14:textId="2DE058E8" w:rsidR="00453EFC" w:rsidRDefault="00000000" w:rsidP="0092020F">
      <w:pPr>
        <w:pBdr>
          <w:bottom w:val="single" w:sz="12" w:space="1" w:color="FFCC00"/>
        </w:pBdr>
      </w:pPr>
      <w:r>
        <w:rPr>
          <w:b/>
          <w:sz w:val="28"/>
        </w:rPr>
        <w:t>💼 Berufserfahrung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"/>
        <w:gridCol w:w="1728"/>
        <w:gridCol w:w="6480"/>
      </w:tblGrid>
      <w:tr w:rsidR="00453EFC" w14:paraId="3CAECC9D" w14:textId="77777777">
        <w:tc>
          <w:tcPr>
            <w:tcW w:w="432" w:type="dxa"/>
          </w:tcPr>
          <w:p w14:paraId="37A33235" w14:textId="77777777" w:rsidR="00453EFC" w:rsidRDefault="00000000">
            <w:r>
              <w:t>●</w:t>
            </w:r>
          </w:p>
        </w:tc>
        <w:tc>
          <w:tcPr>
            <w:tcW w:w="1728" w:type="dxa"/>
          </w:tcPr>
          <w:p w14:paraId="0AC9DE2B" w14:textId="77777777" w:rsidR="00453EFC" w:rsidRDefault="00000000">
            <w:r>
              <w:rPr>
                <w:color w:val="787878"/>
              </w:rPr>
              <w:t>seit 11/2016</w:t>
            </w:r>
          </w:p>
        </w:tc>
        <w:tc>
          <w:tcPr>
            <w:tcW w:w="6480" w:type="dxa"/>
          </w:tcPr>
          <w:p w14:paraId="7D5CD2F6" w14:textId="77777777" w:rsidR="00453EFC" w:rsidRDefault="00000000">
            <w:r>
              <w:rPr>
                <w:b/>
              </w:rPr>
              <w:t>Dritte Station GmbH</w:t>
            </w:r>
          </w:p>
          <w:p w14:paraId="6D16222C" w14:textId="77777777" w:rsidR="00453EFC" w:rsidRDefault="00000000">
            <w:r>
              <w:t>Senior Projektmanager</w:t>
            </w:r>
          </w:p>
          <w:p w14:paraId="0529E71A" w14:textId="77777777" w:rsidR="00453EFC" w:rsidRDefault="00000000">
            <w:pPr>
              <w:ind w:left="144"/>
            </w:pPr>
            <w:r>
              <w:t>• Erfolgreiche Leitung mehrerer Projekte</w:t>
            </w:r>
          </w:p>
          <w:p w14:paraId="33938053" w14:textId="77777777" w:rsidR="00453EFC" w:rsidRDefault="00453EFC"/>
        </w:tc>
      </w:tr>
      <w:tr w:rsidR="00453EFC" w14:paraId="11507935" w14:textId="77777777">
        <w:tc>
          <w:tcPr>
            <w:tcW w:w="432" w:type="dxa"/>
          </w:tcPr>
          <w:p w14:paraId="18EC826C" w14:textId="77777777" w:rsidR="00453EFC" w:rsidRDefault="00000000">
            <w:r>
              <w:t>●</w:t>
            </w:r>
          </w:p>
        </w:tc>
        <w:tc>
          <w:tcPr>
            <w:tcW w:w="1728" w:type="dxa"/>
          </w:tcPr>
          <w:p w14:paraId="4454257A" w14:textId="77777777" w:rsidR="00453EFC" w:rsidRDefault="00000000">
            <w:r>
              <w:rPr>
                <w:color w:val="787878"/>
              </w:rPr>
              <w:t>05/2014 - 10/2016</w:t>
            </w:r>
          </w:p>
        </w:tc>
        <w:tc>
          <w:tcPr>
            <w:tcW w:w="6480" w:type="dxa"/>
          </w:tcPr>
          <w:p w14:paraId="6B2E94A8" w14:textId="77777777" w:rsidR="00453EFC" w:rsidRDefault="00000000">
            <w:r>
              <w:rPr>
                <w:b/>
              </w:rPr>
              <w:t>Zweite GmbH &amp; Co. KG</w:t>
            </w:r>
          </w:p>
          <w:p w14:paraId="7509DAFA" w14:textId="77777777" w:rsidR="00453EFC" w:rsidRDefault="00000000">
            <w:r>
              <w:t>Projektmanager</w:t>
            </w:r>
          </w:p>
          <w:p w14:paraId="49D52746" w14:textId="6AD9F0DB" w:rsidR="00453EFC" w:rsidRDefault="00000000" w:rsidP="0092020F">
            <w:pPr>
              <w:ind w:left="144"/>
            </w:pPr>
            <w:r>
              <w:t>• Mehrere Projekte als Mitglied in Projektteams abgeschlossen</w:t>
            </w:r>
          </w:p>
        </w:tc>
      </w:tr>
    </w:tbl>
    <w:p w14:paraId="496AB947" w14:textId="2202BF90" w:rsidR="00453EFC" w:rsidRDefault="00000000" w:rsidP="0092020F">
      <w:pPr>
        <w:pBdr>
          <w:bottom w:val="single" w:sz="12" w:space="1" w:color="FFCC00"/>
        </w:pBdr>
      </w:pPr>
      <w:r>
        <w:rPr>
          <w:b/>
          <w:sz w:val="28"/>
        </w:rPr>
        <w:t>🎓 Ausbildung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"/>
        <w:gridCol w:w="1728"/>
        <w:gridCol w:w="6480"/>
      </w:tblGrid>
      <w:tr w:rsidR="00453EFC" w14:paraId="07032666" w14:textId="77777777" w:rsidTr="0092020F">
        <w:tc>
          <w:tcPr>
            <w:tcW w:w="432" w:type="dxa"/>
          </w:tcPr>
          <w:p w14:paraId="1E52C66A" w14:textId="77777777" w:rsidR="00453EFC" w:rsidRDefault="00000000">
            <w:r>
              <w:t>●</w:t>
            </w:r>
          </w:p>
        </w:tc>
        <w:tc>
          <w:tcPr>
            <w:tcW w:w="1728" w:type="dxa"/>
          </w:tcPr>
          <w:p w14:paraId="6892A061" w14:textId="77777777" w:rsidR="00453EFC" w:rsidRDefault="00000000">
            <w:r>
              <w:rPr>
                <w:color w:val="787878"/>
              </w:rPr>
              <w:t>10/2007 - 10/2011</w:t>
            </w:r>
          </w:p>
        </w:tc>
        <w:tc>
          <w:tcPr>
            <w:tcW w:w="6480" w:type="dxa"/>
          </w:tcPr>
          <w:p w14:paraId="5C1F9B34" w14:textId="77777777" w:rsidR="00453EFC" w:rsidRDefault="00000000">
            <w:r>
              <w:rPr>
                <w:b/>
              </w:rPr>
              <w:t>Universität Musterstadt</w:t>
            </w:r>
          </w:p>
          <w:p w14:paraId="4391FE4B" w14:textId="77777777" w:rsidR="00453EFC" w:rsidRDefault="00000000">
            <w:r>
              <w:t>BWL-Studium</w:t>
            </w:r>
          </w:p>
          <w:p w14:paraId="52D56C5F" w14:textId="77777777" w:rsidR="00453EFC" w:rsidRDefault="00000000">
            <w:pPr>
              <w:ind w:left="144"/>
            </w:pPr>
            <w:r>
              <w:t>• Schwerpunkte: Marketing und Management</w:t>
            </w:r>
          </w:p>
          <w:p w14:paraId="269A42D8" w14:textId="45F9F519" w:rsidR="00453EFC" w:rsidRDefault="00000000" w:rsidP="0092020F">
            <w:pPr>
              <w:ind w:left="144"/>
            </w:pPr>
            <w:r>
              <w:t>• Auslandssemester in London</w:t>
            </w:r>
          </w:p>
        </w:tc>
      </w:tr>
    </w:tbl>
    <w:p w14:paraId="0D7F9507" w14:textId="5E7BCEAD" w:rsidR="00453EFC" w:rsidRDefault="00000000" w:rsidP="0092020F">
      <w:pPr>
        <w:pBdr>
          <w:bottom w:val="single" w:sz="12" w:space="1" w:color="FFCC00"/>
        </w:pBdr>
      </w:pPr>
      <w:r>
        <w:rPr>
          <w:b/>
          <w:sz w:val="28"/>
        </w:rPr>
        <w:t>📋 Kenntnisse und Interessen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53EFC" w14:paraId="7FDDA709" w14:textId="77777777">
        <w:tc>
          <w:tcPr>
            <w:tcW w:w="2880" w:type="dxa"/>
          </w:tcPr>
          <w:p w14:paraId="7284E656" w14:textId="77777777" w:rsidR="00453EFC" w:rsidRDefault="00000000">
            <w:r>
              <w:t>●</w:t>
            </w:r>
          </w:p>
        </w:tc>
        <w:tc>
          <w:tcPr>
            <w:tcW w:w="2880" w:type="dxa"/>
          </w:tcPr>
          <w:p w14:paraId="6F85654E" w14:textId="77777777" w:rsidR="00453EFC" w:rsidRDefault="00000000">
            <w:r>
              <w:rPr>
                <w:color w:val="787878"/>
              </w:rPr>
              <w:t>Fremdsprachen</w:t>
            </w:r>
          </w:p>
        </w:tc>
        <w:tc>
          <w:tcPr>
            <w:tcW w:w="2880" w:type="dxa"/>
          </w:tcPr>
          <w:p w14:paraId="6B8C491C" w14:textId="77777777" w:rsidR="00453EFC" w:rsidRDefault="00000000">
            <w:r>
              <w:t>Deutsch</w:t>
            </w:r>
            <w:r>
              <w:tab/>
            </w:r>
            <w:r>
              <w:tab/>
              <w:t>●●●●●●</w:t>
            </w:r>
            <w:r>
              <w:br/>
              <w:t>Englisch</w:t>
            </w:r>
            <w:r>
              <w:tab/>
            </w:r>
            <w:r>
              <w:tab/>
              <w:t>●●●●●○</w:t>
            </w:r>
          </w:p>
        </w:tc>
      </w:tr>
      <w:tr w:rsidR="00453EFC" w14:paraId="21BCD799" w14:textId="77777777">
        <w:tc>
          <w:tcPr>
            <w:tcW w:w="2880" w:type="dxa"/>
          </w:tcPr>
          <w:p w14:paraId="755E0BD0" w14:textId="77777777" w:rsidR="00453EFC" w:rsidRDefault="00000000">
            <w:r>
              <w:t>●</w:t>
            </w:r>
          </w:p>
        </w:tc>
        <w:tc>
          <w:tcPr>
            <w:tcW w:w="2880" w:type="dxa"/>
          </w:tcPr>
          <w:p w14:paraId="33F81B08" w14:textId="77777777" w:rsidR="00453EFC" w:rsidRDefault="00000000">
            <w:r>
              <w:rPr>
                <w:color w:val="787878"/>
              </w:rPr>
              <w:t>IT-Kenntnisse</w:t>
            </w:r>
          </w:p>
        </w:tc>
        <w:tc>
          <w:tcPr>
            <w:tcW w:w="2880" w:type="dxa"/>
          </w:tcPr>
          <w:p w14:paraId="5031CE1C" w14:textId="77777777" w:rsidR="00453EFC" w:rsidRDefault="00000000">
            <w:r>
              <w:t>MS-Office: sehr gut</w:t>
            </w:r>
          </w:p>
        </w:tc>
      </w:tr>
    </w:tbl>
    <w:p w14:paraId="64A7D0BC" w14:textId="77777777" w:rsidR="00453EFC" w:rsidRDefault="00453EFC"/>
    <w:p w14:paraId="14FFB96E" w14:textId="77777777" w:rsidR="00453EFC" w:rsidRDefault="00000000">
      <w:r>
        <w:t>Berlin, den 15.2.2019</w:t>
      </w:r>
    </w:p>
    <w:p w14:paraId="3179717A" w14:textId="77777777" w:rsidR="00453EFC" w:rsidRDefault="00000000">
      <w:r>
        <w:rPr>
          <w:rFonts w:ascii="Segoe Script" w:hAnsi="Segoe Script"/>
          <w:i/>
          <w:color w:val="1E3C78"/>
          <w:sz w:val="40"/>
        </w:rPr>
        <w:t>Max Mustermann</w:t>
      </w:r>
    </w:p>
    <w:sectPr w:rsidR="00453EFC" w:rsidSect="0092020F">
      <w:pgSz w:w="12240" w:h="15840"/>
      <w:pgMar w:top="426" w:right="1800" w:bottom="851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39971988">
    <w:abstractNumId w:val="8"/>
  </w:num>
  <w:num w:numId="2" w16cid:durableId="1754546619">
    <w:abstractNumId w:val="6"/>
  </w:num>
  <w:num w:numId="3" w16cid:durableId="95249687">
    <w:abstractNumId w:val="5"/>
  </w:num>
  <w:num w:numId="4" w16cid:durableId="1227762731">
    <w:abstractNumId w:val="4"/>
  </w:num>
  <w:num w:numId="5" w16cid:durableId="269625629">
    <w:abstractNumId w:val="7"/>
  </w:num>
  <w:num w:numId="6" w16cid:durableId="2019573152">
    <w:abstractNumId w:val="3"/>
  </w:num>
  <w:num w:numId="7" w16cid:durableId="1852865930">
    <w:abstractNumId w:val="2"/>
  </w:num>
  <w:num w:numId="8" w16cid:durableId="1407921470">
    <w:abstractNumId w:val="1"/>
  </w:num>
  <w:num w:numId="9" w16cid:durableId="1960067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53EFC"/>
    <w:rsid w:val="0092020F"/>
    <w:rsid w:val="009C6845"/>
    <w:rsid w:val="00AA1D8D"/>
    <w:rsid w:val="00B47730"/>
    <w:rsid w:val="00CB0664"/>
    <w:rsid w:val="00DD6488"/>
    <w:rsid w:val="00FC693F"/>
    <w:rsid w:val="00FD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2AC058"/>
  <w14:defaultImageDpi w14:val="330"/>
  <w15:docId w15:val="{5F2B0908-C8F5-4982-845C-AAEDD9E7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2026-04-02T09:49:00Z</dcterms:modified>
  <cp:category/>
</cp:coreProperties>
</file>