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42B36" w14:textId="77777777" w:rsidR="00352187" w:rsidRDefault="00000000">
      <w:pPr>
        <w:pStyle w:val="berschrift1"/>
        <w:jc w:val="center"/>
      </w:pPr>
      <w:r>
        <w:rPr>
          <w:rFonts w:ascii="Arial" w:hAnsi="Arial"/>
          <w:color w:val="2C3E50"/>
          <w:sz w:val="44"/>
        </w:rPr>
        <w:t>Vorname Nachname</w:t>
      </w:r>
    </w:p>
    <w:p w14:paraId="1EAAA7B0" w14:textId="77777777" w:rsidR="00352187" w:rsidRDefault="00000000">
      <w:pPr>
        <w:jc w:val="center"/>
      </w:pPr>
      <w:r>
        <w:rPr>
          <w:color w:val="7F8C8D"/>
          <w:sz w:val="24"/>
        </w:rPr>
        <w:t>Berufsbezeichnung · Fachgebiet · Experte</w:t>
      </w:r>
    </w:p>
    <w:p w14:paraId="13EFC216" w14:textId="77777777" w:rsidR="00352187" w:rsidRDefault="00000000">
      <w:pPr>
        <w:jc w:val="center"/>
      </w:pPr>
      <w:r>
        <w:t>Musterstraße 12, 12345 Musterstadt  |  +49 000 000000  |  name@beispiel.de  |  linkedin.com/in/profil</w:t>
      </w:r>
    </w:p>
    <w:p w14:paraId="6FF593D7" w14:textId="77777777" w:rsidR="00352187" w:rsidRDefault="00352187"/>
    <w:p w14:paraId="3B3594BE" w14:textId="77777777" w:rsidR="00352187" w:rsidRDefault="00000000">
      <w:pPr>
        <w:pStyle w:val="berschrift2"/>
      </w:pPr>
      <w:r>
        <w:rPr>
          <w:rFonts w:ascii="Arial" w:hAnsi="Arial"/>
          <w:color w:val="2C3E50"/>
          <w:sz w:val="28"/>
        </w:rPr>
        <w:t>Kurzprofil</w:t>
      </w:r>
    </w:p>
    <w:p w14:paraId="13BA6210" w14:textId="5E898582" w:rsidR="00352187" w:rsidRDefault="00000000" w:rsidP="00832C7F">
      <w:pPr>
        <w:jc w:val="both"/>
      </w:pPr>
      <w:r>
        <w:t>Berufserfahrene Fachkraft mit fundiertem Hintergrund in [Fachgebiet] und nachgewiesener Expertise in [Schwerpunkten]. Ich verbinde analytisches Denken mit einer strukturierten Umsetzung und treibe praxisorientierte Projekte erfolgreich voran. Fokus auf [Kernkompetenz 1], [Kernkompetenz 2] und [Kernkompetenz 3].</w:t>
      </w:r>
    </w:p>
    <w:p w14:paraId="3E321060" w14:textId="77777777" w:rsidR="00832C7F" w:rsidRDefault="00832C7F" w:rsidP="00832C7F">
      <w:pPr>
        <w:jc w:val="both"/>
      </w:pPr>
    </w:p>
    <w:p w14:paraId="7050B755" w14:textId="77777777" w:rsidR="00352187" w:rsidRDefault="00000000">
      <w:pPr>
        <w:pStyle w:val="berschrift2"/>
      </w:pPr>
      <w:r>
        <w:rPr>
          <w:rFonts w:ascii="Arial" w:hAnsi="Arial"/>
          <w:color w:val="2C3E50"/>
          <w:sz w:val="28"/>
        </w:rPr>
        <w:t>Berufserfahrung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66"/>
        <w:gridCol w:w="6790"/>
      </w:tblGrid>
      <w:tr w:rsidR="00352187" w14:paraId="4C313253" w14:textId="77777777">
        <w:tc>
          <w:tcPr>
            <w:tcW w:w="2160" w:type="dxa"/>
          </w:tcPr>
          <w:p w14:paraId="63962892" w14:textId="77777777" w:rsidR="00352187" w:rsidRDefault="00000000">
            <w:r>
              <w:rPr>
                <w:b/>
                <w:color w:val="7F8C8D"/>
              </w:rPr>
              <w:t>MM/JJJJ – Heute</w:t>
            </w:r>
          </w:p>
        </w:tc>
        <w:tc>
          <w:tcPr>
            <w:tcW w:w="7200" w:type="dxa"/>
          </w:tcPr>
          <w:p w14:paraId="129F4A13" w14:textId="77777777" w:rsidR="00352187" w:rsidRDefault="00000000">
            <w:r>
              <w:rPr>
                <w:b/>
                <w:sz w:val="22"/>
              </w:rPr>
              <w:t>Aktuelle Position | Unternehmensname</w:t>
            </w:r>
          </w:p>
          <w:p w14:paraId="03E97700" w14:textId="77777777" w:rsidR="00352187" w:rsidRDefault="00000000">
            <w:pPr>
              <w:pStyle w:val="Aufzhlungszeichen"/>
              <w:spacing w:after="40"/>
            </w:pPr>
            <w:r>
              <w:t>Verantwortung für [Aufgabenbereich oder Funktion] mit klarem Fokus auf Effizienzsteigerung und Wachstum.</w:t>
            </w:r>
          </w:p>
          <w:p w14:paraId="2E86E20A" w14:textId="77777777" w:rsidR="00352187" w:rsidRDefault="00000000">
            <w:pPr>
              <w:pStyle w:val="Aufzhlungszeichen"/>
              <w:spacing w:after="40"/>
            </w:pPr>
            <w:r>
              <w:t>Planung und strategische Umsetzung von [Projekten, Maßnahmen oder Prozessen].</w:t>
            </w:r>
          </w:p>
          <w:p w14:paraId="079A6577" w14:textId="77777777" w:rsidR="00352187" w:rsidRDefault="00000000">
            <w:pPr>
              <w:pStyle w:val="Aufzhlungszeichen"/>
              <w:spacing w:after="40"/>
            </w:pPr>
            <w:r>
              <w:t>Enge Zusammenarbeit mit [Teams, Kunden oder Stakeholdern] zur Erreichung der Unternehmensziele.</w:t>
            </w:r>
          </w:p>
          <w:p w14:paraId="493332D0" w14:textId="77777777" w:rsidR="00352187" w:rsidRDefault="00352187"/>
        </w:tc>
      </w:tr>
      <w:tr w:rsidR="00352187" w14:paraId="697D31DB" w14:textId="77777777">
        <w:tc>
          <w:tcPr>
            <w:tcW w:w="2160" w:type="dxa"/>
          </w:tcPr>
          <w:p w14:paraId="16646F0D" w14:textId="77777777" w:rsidR="00352187" w:rsidRDefault="00000000">
            <w:r>
              <w:rPr>
                <w:b/>
                <w:color w:val="7F8C8D"/>
              </w:rPr>
              <w:t>MM/JJJJ – MM/JJJJ</w:t>
            </w:r>
          </w:p>
        </w:tc>
        <w:tc>
          <w:tcPr>
            <w:tcW w:w="7200" w:type="dxa"/>
          </w:tcPr>
          <w:p w14:paraId="2604F17C" w14:textId="77777777" w:rsidR="00352187" w:rsidRDefault="00000000">
            <w:r>
              <w:rPr>
                <w:b/>
                <w:sz w:val="22"/>
              </w:rPr>
              <w:t>Vorherige Position | Unternehmensname</w:t>
            </w:r>
          </w:p>
          <w:p w14:paraId="26B0D886" w14:textId="77777777" w:rsidR="00352187" w:rsidRDefault="00000000">
            <w:pPr>
              <w:pStyle w:val="Aufzhlungszeichen"/>
              <w:spacing w:after="40"/>
            </w:pPr>
            <w:r>
              <w:t>Erfolgreiche Steuerung von [operativen, technischen oder fachlichen Aufgaben].</w:t>
            </w:r>
          </w:p>
          <w:p w14:paraId="07D09F55" w14:textId="5FFC1186" w:rsidR="00352187" w:rsidRDefault="00000000" w:rsidP="00832C7F">
            <w:pPr>
              <w:pStyle w:val="Aufzhlungszeichen"/>
              <w:spacing w:after="40"/>
            </w:pPr>
            <w:r>
              <w:t>Kontinuierliche Optimierung von [Prozessen, Systemen oder Abläufen], was zu einer messbaren Leistungssteigerung führte.</w:t>
            </w:r>
          </w:p>
        </w:tc>
      </w:tr>
    </w:tbl>
    <w:p w14:paraId="02EE7E52" w14:textId="77777777" w:rsidR="00352187" w:rsidRDefault="00000000">
      <w:pPr>
        <w:pStyle w:val="berschrift2"/>
      </w:pPr>
      <w:r>
        <w:rPr>
          <w:rFonts w:ascii="Arial" w:hAnsi="Arial"/>
          <w:color w:val="2C3E50"/>
          <w:sz w:val="28"/>
        </w:rPr>
        <w:t>Ausbildung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50"/>
        <w:gridCol w:w="6806"/>
      </w:tblGrid>
      <w:tr w:rsidR="00352187" w14:paraId="05DFF57B" w14:textId="77777777">
        <w:tc>
          <w:tcPr>
            <w:tcW w:w="2160" w:type="dxa"/>
          </w:tcPr>
          <w:p w14:paraId="1270C883" w14:textId="77777777" w:rsidR="00352187" w:rsidRDefault="00000000">
            <w:r>
              <w:rPr>
                <w:b/>
                <w:color w:val="7F8C8D"/>
              </w:rPr>
              <w:t>JJJJ – JJJJ</w:t>
            </w:r>
          </w:p>
        </w:tc>
        <w:tc>
          <w:tcPr>
            <w:tcW w:w="7200" w:type="dxa"/>
          </w:tcPr>
          <w:p w14:paraId="0BC91054" w14:textId="77777777" w:rsidR="00352187" w:rsidRDefault="00000000">
            <w:r>
              <w:rPr>
                <w:b/>
              </w:rPr>
              <w:t>Abschluss / Masterstudium in [Fachrichtung]</w:t>
            </w:r>
          </w:p>
          <w:p w14:paraId="3B841C9D" w14:textId="77777777" w:rsidR="00352187" w:rsidRDefault="00000000">
            <w:r>
              <w:t>Universität / Hochschule</w:t>
            </w:r>
          </w:p>
          <w:p w14:paraId="564A926B" w14:textId="77777777" w:rsidR="00352187" w:rsidRDefault="00352187"/>
        </w:tc>
      </w:tr>
      <w:tr w:rsidR="00352187" w14:paraId="4C7D2955" w14:textId="77777777">
        <w:tc>
          <w:tcPr>
            <w:tcW w:w="2160" w:type="dxa"/>
          </w:tcPr>
          <w:p w14:paraId="7BD924A8" w14:textId="77777777" w:rsidR="00352187" w:rsidRDefault="00000000">
            <w:r>
              <w:rPr>
                <w:b/>
                <w:color w:val="7F8C8D"/>
              </w:rPr>
              <w:t>JJJJ – JJJJ</w:t>
            </w:r>
          </w:p>
        </w:tc>
        <w:tc>
          <w:tcPr>
            <w:tcW w:w="7200" w:type="dxa"/>
          </w:tcPr>
          <w:p w14:paraId="54602AFB" w14:textId="77777777" w:rsidR="00352187" w:rsidRDefault="00000000">
            <w:r>
              <w:rPr>
                <w:b/>
              </w:rPr>
              <w:t>Bachelorstudium in [Fachrichtung]</w:t>
            </w:r>
          </w:p>
          <w:p w14:paraId="085DB308" w14:textId="77777777" w:rsidR="00352187" w:rsidRDefault="00000000">
            <w:r>
              <w:t>Universität / Hochschule</w:t>
            </w:r>
          </w:p>
          <w:p w14:paraId="0DA9F733" w14:textId="77777777" w:rsidR="00352187" w:rsidRDefault="00352187"/>
        </w:tc>
      </w:tr>
    </w:tbl>
    <w:p w14:paraId="78A7787E" w14:textId="77777777" w:rsidR="00352187" w:rsidRDefault="00000000">
      <w:pPr>
        <w:pStyle w:val="berschrift2"/>
      </w:pPr>
      <w:r>
        <w:rPr>
          <w:rFonts w:ascii="Arial" w:hAnsi="Arial"/>
          <w:color w:val="2C3E50"/>
          <w:sz w:val="28"/>
        </w:rPr>
        <w:t>Fachkompetenzen &amp; Ausgewählte Projekte</w:t>
      </w:r>
    </w:p>
    <w:p w14:paraId="4BC67914" w14:textId="72D4C6F4" w:rsidR="00352187" w:rsidRDefault="00000000">
      <w:r>
        <w:rPr>
          <w:b/>
        </w:rPr>
        <w:t xml:space="preserve">Strategie und Management: </w:t>
      </w:r>
      <w:r>
        <w:t>Projektmanagement, Prozessoptimierung, Stakeholder</w:t>
      </w:r>
      <w:r w:rsidR="00832C7F">
        <w:br/>
      </w:r>
      <w:r>
        <w:rPr>
          <w:b/>
        </w:rPr>
        <w:t xml:space="preserve">Tools und Systeme: </w:t>
      </w:r>
      <w:r>
        <w:t>Excel, SQL, ERP, CRM, BI-Tools, CAD, CMS</w:t>
      </w:r>
      <w:r>
        <w:br/>
      </w:r>
      <w:r>
        <w:rPr>
          <w:b/>
        </w:rPr>
        <w:t xml:space="preserve">Technologien / Methoden: </w:t>
      </w:r>
      <w:r>
        <w:t>Python, Java, Automatisierung, SEO, Datenanalyse, QA</w:t>
      </w:r>
      <w:r>
        <w:br/>
      </w:r>
      <w:r>
        <w:rPr>
          <w:b/>
        </w:rPr>
        <w:t xml:space="preserve">Sprachen: </w:t>
      </w:r>
      <w:r>
        <w:t>Deutsch (C2), Englisch (C1)</w:t>
      </w:r>
    </w:p>
    <w:sectPr w:rsidR="00352187" w:rsidSect="00832C7F">
      <w:pgSz w:w="12240" w:h="15840"/>
      <w:pgMar w:top="426" w:right="1800" w:bottom="567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95993940">
    <w:abstractNumId w:val="8"/>
  </w:num>
  <w:num w:numId="2" w16cid:durableId="1633289428">
    <w:abstractNumId w:val="6"/>
  </w:num>
  <w:num w:numId="3" w16cid:durableId="444813849">
    <w:abstractNumId w:val="5"/>
  </w:num>
  <w:num w:numId="4" w16cid:durableId="1130129459">
    <w:abstractNumId w:val="4"/>
  </w:num>
  <w:num w:numId="5" w16cid:durableId="510263929">
    <w:abstractNumId w:val="7"/>
  </w:num>
  <w:num w:numId="6" w16cid:durableId="382096047">
    <w:abstractNumId w:val="3"/>
  </w:num>
  <w:num w:numId="7" w16cid:durableId="1844003369">
    <w:abstractNumId w:val="2"/>
  </w:num>
  <w:num w:numId="8" w16cid:durableId="1829586815">
    <w:abstractNumId w:val="1"/>
  </w:num>
  <w:num w:numId="9" w16cid:durableId="1787194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E3648"/>
    <w:rsid w:val="0015074B"/>
    <w:rsid w:val="0029639D"/>
    <w:rsid w:val="00326F90"/>
    <w:rsid w:val="00352187"/>
    <w:rsid w:val="00832C7F"/>
    <w:rsid w:val="008E374A"/>
    <w:rsid w:val="00AA1D8D"/>
    <w:rsid w:val="00B47730"/>
    <w:rsid w:val="00CB0664"/>
    <w:rsid w:val="00FC693F"/>
    <w:rsid w:val="00FD1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873B193"/>
  <w14:defaultImageDpi w14:val="300"/>
  <w15:docId w15:val="{0CD6022C-8EF6-4C1D-8BB3-520AEA56A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4</cp:revision>
  <dcterms:created xsi:type="dcterms:W3CDTF">2013-12-23T23:15:00Z</dcterms:created>
  <dcterms:modified xsi:type="dcterms:W3CDTF">2026-04-02T13:51:00Z</dcterms:modified>
  <cp:category/>
</cp:coreProperties>
</file>