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rFonts w:ascii="Arial" w:hAnsi="Arial" w:eastAsia="Arial"/>
          <w:b/>
          <w:i w:val="0"/>
          <w:color w:val="1F4E79"/>
          <w:sz w:val="50"/>
        </w:rPr>
        <w:t>Vorname Nachname</w:t>
      </w:r>
    </w:p>
    <w:p>
      <w:pPr>
        <w:spacing w:before="0" w:after="40"/>
        <w:jc w:val="center"/>
      </w:pPr>
      <w:r>
        <w:rPr>
          <w:rFonts w:ascii="Arial" w:hAnsi="Arial" w:eastAsia="Arial"/>
          <w:b w:val="0"/>
          <w:i w:val="0"/>
          <w:color w:val="5A5A5A"/>
          <w:sz w:val="25"/>
        </w:rPr>
        <w:t>Berufsbezeichnung · Fachgebiet · Zusatzprofil</w:t>
      </w:r>
    </w:p>
    <w:p>
      <w:pPr>
        <w:spacing w:before="0" w:after="140"/>
        <w:jc w:val="center"/>
        <w:pBdr>
          <w:bottom w:val="single" w:sz="8" w:space="2" w:color="AEBFD0"/>
        </w:pBdr>
      </w:pPr>
      <w:r>
        <w:rPr>
          <w:rFonts w:ascii="Arial" w:hAnsi="Arial" w:eastAsia="Arial"/>
          <w:b w:val="0"/>
          <w:i w:val="0"/>
          <w:sz w:val="22"/>
        </w:rPr>
        <w:t>Stadt (Land)  |  +49 000 000000  |  name@beispiel.de  |  linkedin.com/in/profil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KURZPROFIL</w:t>
      </w:r>
    </w:p>
    <w:p>
      <w:pPr>
        <w:spacing w:before="0" w:after="160" w:line="283" w:lineRule="auto"/>
      </w:pPr>
      <w:r>
        <w:rPr>
          <w:rFonts w:ascii="Arial" w:hAnsi="Arial" w:eastAsia="Arial"/>
          <w:b w:val="0"/>
          <w:i w:val="0"/>
          <w:sz w:val="23"/>
        </w:rPr>
        <w:t>Berufserfahrene Fachkraft mit Hintergrund in [Fachgebiet] und Erfahrung in [Schwerpunkten]. Kombination aus analytischem Denken, strukturierter Umsetzung und praxisorientierter Projektarbeit. Fokus auf [Kernkompetenz 1], [Kernkompetenz 2] und [Kernkompetenz 3].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4819"/>
            <w:shd w:fill="F3F6F9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F4E79"/>
                <w:sz w:val="22"/>
              </w:rPr>
              <w:t xml:space="preserve">Anschrift: </w:t>
            </w:r>
            <w:r>
              <w:rPr>
                <w:rFonts w:ascii="Arial" w:hAnsi="Arial" w:eastAsia="Arial"/>
                <w:b w:val="0"/>
                <w:i w:val="0"/>
                <w:sz w:val="22"/>
              </w:rPr>
              <w:t>Musterstraße 12, 12345 Musterstadt</w:t>
            </w:r>
          </w:p>
        </w:tc>
        <w:tc>
          <w:tcPr>
            <w:tcW w:type="dxa" w:w="4706"/>
            <w:shd w:fill="F3F6F9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F4E79"/>
                <w:sz w:val="22"/>
              </w:rPr>
              <w:t xml:space="preserve">Geburtsdatum: </w:t>
            </w:r>
            <w:r>
              <w:rPr>
                <w:rFonts w:ascii="Arial" w:hAnsi="Arial" w:eastAsia="Arial"/>
                <w:b w:val="0"/>
                <w:i w:val="0"/>
                <w:sz w:val="22"/>
              </w:rPr>
              <w:t>TT.MM.JJJJ</w:t>
            </w:r>
          </w:p>
        </w:tc>
      </w:tr>
      <w:tr>
        <w:tc>
          <w:tcPr>
            <w:tcW w:type="dxa" w:w="4819"/>
            <w:shd w:fill="F3F6F9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F4E79"/>
                <w:sz w:val="22"/>
              </w:rPr>
              <w:t xml:space="preserve">Telefon: </w:t>
            </w:r>
            <w:r>
              <w:rPr>
                <w:rFonts w:ascii="Arial" w:hAnsi="Arial" w:eastAsia="Arial"/>
                <w:b w:val="0"/>
                <w:i w:val="0"/>
                <w:sz w:val="22"/>
              </w:rPr>
              <w:t>+49 000 000000</w:t>
            </w:r>
          </w:p>
        </w:tc>
        <w:tc>
          <w:tcPr>
            <w:tcW w:type="dxa" w:w="4706"/>
            <w:shd w:fill="F3F6F9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F4E79"/>
                <w:sz w:val="22"/>
              </w:rPr>
              <w:t xml:space="preserve">Staatsangehörigkeit: </w:t>
            </w:r>
            <w:r>
              <w:rPr>
                <w:rFonts w:ascii="Arial" w:hAnsi="Arial" w:eastAsia="Arial"/>
                <w:b w:val="0"/>
                <w:i w:val="0"/>
                <w:sz w:val="22"/>
              </w:rPr>
              <w:t>Beispiel / optional</w:t>
            </w:r>
          </w:p>
        </w:tc>
      </w:tr>
    </w:tbl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BERUFSERFAHRUNG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Aktuelle Position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Unternehmen / Selbstständig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[MM/JJJJ – heute]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Verantwortung für [Aufgabenbereich oder Funktion].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Planung und Umsetzung von [Projekten, Maßnahmen oder Prozessen].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Zusammenarbeit mit [Teams, Kunden oder Stakeholdern] zur Erreichung definierter Ziele.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Vorherige Position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Unternehmen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[MM/JJJJ – MM/JJJJ]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Steuerung von [operativen, technischen oder fachlichen Aufgaben].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Optimierung von [Prozessen, Systemen oder Abläufen].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Erstellung von Analysen, Dokumentationen und Entscheidungsvorlagen.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Frühere Position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Unternehmen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[MM/JJJJ – MM/JJJJ]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Mitarbeit an [Projekt, Produkt oder Fachthema].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Anwendung von [Tools, Software oder Methoden] im Tagesgeschäft.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Unterstützung bei der Koordination und Umsetzung fachlicher Anforderungen.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Berufseinstieg / Praktikum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Unternehmen oder Institution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[MM/JJJJ – MM/JJJJ]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Einstieg in [Fachgebiet] mit Fokus auf [Lern- oder Einsatzgebiet].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Unterstützung des Teams bei [Aufgaben oder Projekten].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AUSBILDUNG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4"/>
              </w:rPr>
              <w:t>Abschluss / Studium mit Schwerpunkt [Fachrichtung]</w:t>
            </w:r>
          </w:p>
          <w:p>
            <w:pPr>
              <w:spacing w:before="0" w:after="60"/>
            </w:pPr>
            <w:r>
              <w:rPr>
                <w:rFonts w:ascii="Arial" w:hAnsi="Arial" w:eastAsia="Arial"/>
                <w:b w:val="0"/>
                <w:i w:val="0"/>
                <w:color w:val="5A5A5A"/>
                <w:sz w:val="22"/>
              </w:rPr>
              <w:t>Hochschule / Universität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 – JJJJ]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4"/>
              </w:rPr>
              <w:t>Weiterer Abschluss / Ausbildung / Technische Qualifikation</w:t>
            </w:r>
          </w:p>
          <w:p>
            <w:pPr>
              <w:spacing w:before="0" w:after="60"/>
            </w:pPr>
            <w:r>
              <w:rPr>
                <w:rFonts w:ascii="Arial" w:hAnsi="Arial" w:eastAsia="Arial"/>
                <w:b w:val="0"/>
                <w:i w:val="0"/>
                <w:color w:val="5A5A5A"/>
                <w:sz w:val="22"/>
              </w:rPr>
              <w:t>Bildungseinrichtung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 – JJJJ]</w:t>
            </w:r>
          </w:p>
        </w:tc>
      </w:tr>
    </w:tbl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WEITERBILDUNGEN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4"/>
              </w:rPr>
              <w:t>Zertifikat / Weiterbildung / Master [Bezeichnung]</w:t>
            </w:r>
          </w:p>
          <w:p>
            <w:pPr>
              <w:spacing w:before="0" w:after="60"/>
            </w:pPr>
            <w:r>
              <w:rPr>
                <w:rFonts w:ascii="Arial" w:hAnsi="Arial" w:eastAsia="Arial"/>
                <w:b w:val="0"/>
                <w:i w:val="0"/>
                <w:color w:val="5A5A5A"/>
                <w:sz w:val="22"/>
              </w:rPr>
              <w:t>Anbieter / Akademie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 oder JJJJ – aktuell]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4"/>
              </w:rPr>
              <w:t>Zertifikat / Fachkurs [Bezeichnung]</w:t>
            </w:r>
          </w:p>
          <w:p>
            <w:pPr>
              <w:spacing w:before="0" w:after="60"/>
            </w:pPr>
            <w:r>
              <w:rPr>
                <w:rFonts w:ascii="Arial" w:hAnsi="Arial" w:eastAsia="Arial"/>
                <w:b w:val="0"/>
                <w:i w:val="0"/>
                <w:color w:val="5A5A5A"/>
                <w:sz w:val="22"/>
              </w:rPr>
              <w:t>Anbieter / Institution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[JJJJ]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4"/>
              </w:rPr>
              <w:t>Seminar / Spezialisierung [Bezeichnung]</w:t>
            </w:r>
          </w:p>
          <w:p>
            <w:pPr>
              <w:spacing w:before="0" w:after="60"/>
            </w:pPr>
            <w:r>
              <w:rPr>
                <w:rFonts w:ascii="Arial" w:hAnsi="Arial" w:eastAsia="Arial"/>
                <w:b w:val="0"/>
                <w:i w:val="0"/>
                <w:color w:val="5A5A5A"/>
                <w:sz w:val="22"/>
              </w:rPr>
              <w:t>Anbieter / Institut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[JJJJ]</w:t>
            </w:r>
          </w:p>
        </w:tc>
      </w:tr>
    </w:tbl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FACHKOMPETENZEN</w:t>
      </w:r>
    </w:p>
    <w:p>
      <w:pPr>
        <w:spacing w:after="40" w:line="276" w:lineRule="auto"/>
      </w:pPr>
      <w:r>
        <w:rPr>
          <w:rFonts w:ascii="Arial" w:hAnsi="Arial" w:eastAsia="Arial"/>
          <w:b/>
          <w:i w:val="0"/>
          <w:sz w:val="23"/>
        </w:rPr>
        <w:t xml:space="preserve">Strategie und Management: </w:t>
      </w:r>
      <w:r>
        <w:rPr>
          <w:rFonts w:ascii="Arial" w:hAnsi="Arial" w:eastAsia="Arial"/>
          <w:b w:val="0"/>
          <w:i w:val="0"/>
          <w:sz w:val="23"/>
        </w:rPr>
        <w:t>[z. B. Projektmanagement, Prozessoptimierung, Stakeholder-Management]</w:t>
      </w:r>
    </w:p>
    <w:p>
      <w:pPr>
        <w:spacing w:after="40" w:line="276" w:lineRule="auto"/>
      </w:pPr>
      <w:r>
        <w:rPr>
          <w:rFonts w:ascii="Arial" w:hAnsi="Arial" w:eastAsia="Arial"/>
          <w:b/>
          <w:i w:val="0"/>
          <w:sz w:val="23"/>
        </w:rPr>
        <w:t xml:space="preserve">Tools und Systeme: </w:t>
      </w:r>
      <w:r>
        <w:rPr>
          <w:rFonts w:ascii="Arial" w:hAnsi="Arial" w:eastAsia="Arial"/>
          <w:b w:val="0"/>
          <w:i w:val="0"/>
          <w:sz w:val="23"/>
        </w:rPr>
        <w:t>[z. B. Excel, SQL, ERP, CRM, BI-Tools, CAD, CMS]</w:t>
      </w:r>
    </w:p>
    <w:p>
      <w:pPr>
        <w:spacing w:after="40" w:line="276" w:lineRule="auto"/>
      </w:pPr>
      <w:r>
        <w:rPr>
          <w:rFonts w:ascii="Arial" w:hAnsi="Arial" w:eastAsia="Arial"/>
          <w:b/>
          <w:i w:val="0"/>
          <w:sz w:val="23"/>
        </w:rPr>
        <w:t xml:space="preserve">Technologien / Methoden: </w:t>
      </w:r>
      <w:r>
        <w:rPr>
          <w:rFonts w:ascii="Arial" w:hAnsi="Arial" w:eastAsia="Arial"/>
          <w:b w:val="0"/>
          <w:i w:val="0"/>
          <w:sz w:val="23"/>
        </w:rPr>
        <w:t>[z. B. Python, Java, Automatisierung, SEO, Datenanalyse, QA]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AUSGEWÄHLTE PROJEKTE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Projekt / Initiative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Kunde, Unternehmen oder Kontext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 oder MM/JJJJ – MM/JJJJ]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Kurzbeschreibung des Projekts und des eigenen Beitrags.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Eingesetzte Methoden, Tools oder fachliche Schwerpunkte.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Ergebnis, Nutzen oder messbarer Mehrwert für das Unternehmen.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046"/>
        <w:gridCol w:w="5046"/>
      </w:tblGrid>
      <w:tr>
        <w:tc>
          <w:tcPr>
            <w:tcW w:type="dxa" w:w="7257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 w:line="240" w:lineRule="auto"/>
            </w:pPr>
            <w:r>
              <w:rPr>
                <w:rFonts w:ascii="Arial" w:hAnsi="Arial" w:eastAsia="Arial"/>
                <w:b/>
                <w:i w:val="0"/>
                <w:sz w:val="25"/>
              </w:rPr>
              <w:t>Weiteres Projekt</w:t>
            </w:r>
            <w:r>
              <w:rPr>
                <w:rFonts w:ascii="Arial" w:hAnsi="Arial" w:eastAsia="Arial"/>
                <w:b/>
                <w:i w:val="0"/>
                <w:color w:val="5A5A5A"/>
                <w:sz w:val="25"/>
              </w:rPr>
              <w:t xml:space="preserve"> · </w:t>
            </w:r>
            <w:r>
              <w:rPr>
                <w:rFonts w:ascii="Arial" w:hAnsi="Arial" w:eastAsia="Arial"/>
                <w:b/>
                <w:i w:val="0"/>
                <w:sz w:val="25"/>
              </w:rPr>
              <w:t>Kontext / Auftraggeber</w:t>
            </w:r>
          </w:p>
        </w:tc>
        <w:tc>
          <w:tcPr>
            <w:tcW w:type="dxa" w:w="2268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spacing w:after="0"/>
              <w:jc w:val="right"/>
            </w:pPr>
            <w:r>
              <w:rPr>
                <w:rFonts w:ascii="Arial" w:hAnsi="Arial" w:eastAsia="Arial"/>
                <w:b w:val="0"/>
                <w:i w:val="0"/>
                <w:color w:val="1F4E79"/>
                <w:sz w:val="23"/>
              </w:rPr>
              <w:t>[JJJJ oder MM/JJJJ – MM/JJJJ]</w:t>
            </w:r>
          </w:p>
        </w:tc>
      </w:tr>
    </w:tbl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Zusammenfassung der Zielsetzung und der verantworteten Aufgaben.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Rolle bei Konzeption, Umsetzung oder Optimierung.</w:t>
      </w:r>
    </w:p>
    <w:p>
      <w:pPr>
        <w:pStyle w:val="ListBullet"/>
        <w:spacing w:after="0" w:line="259" w:lineRule="auto"/>
        <w:ind w:left="340"/>
      </w:pPr>
      <w:r>
        <w:rPr>
          <w:rFonts w:ascii="Arial" w:hAnsi="Arial" w:eastAsia="Arial"/>
          <w:b w:val="0"/>
          <w:i w:val="0"/>
          <w:sz w:val="23"/>
        </w:rPr>
        <w:t>Wichtige Kennzahl, Verbesserung oder Lernerfahrung.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ERFOLGE</w:t>
      </w:r>
    </w:p>
    <w:p>
      <w:pPr>
        <w:pStyle w:val="ListBullet"/>
        <w:spacing w:after="0"/>
        <w:ind w:left="340"/>
      </w:pPr>
      <w:r>
        <w:rPr>
          <w:rFonts w:ascii="Arial" w:hAnsi="Arial" w:eastAsia="Arial"/>
          <w:b w:val="0"/>
          <w:i w:val="0"/>
          <w:sz w:val="23"/>
        </w:rPr>
        <w:t>Beispielhafter Erfolg mit nachvollziehbarem Ergebnis oder KPI.</w:t>
      </w:r>
    </w:p>
    <w:p>
      <w:pPr>
        <w:pStyle w:val="ListBullet"/>
        <w:spacing w:after="0"/>
        <w:ind w:left="340"/>
      </w:pPr>
      <w:r>
        <w:rPr>
          <w:rFonts w:ascii="Arial" w:hAnsi="Arial" w:eastAsia="Arial"/>
          <w:b w:val="0"/>
          <w:i w:val="0"/>
          <w:sz w:val="23"/>
        </w:rPr>
        <w:t>Auszeichnung, Beförderung, Verantwortungserweiterung oder besonderer Beitrag.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SPRACHEN</w:t>
      </w:r>
    </w:p>
    <w:p>
      <w:pPr>
        <w:spacing w:after="20"/>
      </w:pPr>
      <w:r>
        <w:rPr>
          <w:rFonts w:ascii="Arial" w:hAnsi="Arial" w:eastAsia="Arial"/>
          <w:b/>
          <w:i w:val="0"/>
          <w:sz w:val="23"/>
        </w:rPr>
        <w:t xml:space="preserve">Sprache 1: </w:t>
      </w:r>
      <w:r>
        <w:rPr>
          <w:rFonts w:ascii="Arial" w:hAnsi="Arial" w:eastAsia="Arial"/>
          <w:b w:val="0"/>
          <w:i w:val="0"/>
          <w:sz w:val="23"/>
        </w:rPr>
        <w:t>Niveau C1 / C2</w:t>
      </w:r>
    </w:p>
    <w:p>
      <w:pPr>
        <w:spacing w:after="20"/>
      </w:pPr>
      <w:r>
        <w:rPr>
          <w:rFonts w:ascii="Arial" w:hAnsi="Arial" w:eastAsia="Arial"/>
          <w:b/>
          <w:i w:val="0"/>
          <w:sz w:val="23"/>
        </w:rPr>
        <w:t xml:space="preserve">Sprache 2: </w:t>
      </w:r>
      <w:r>
        <w:rPr>
          <w:rFonts w:ascii="Arial" w:hAnsi="Arial" w:eastAsia="Arial"/>
          <w:b w:val="0"/>
          <w:i w:val="0"/>
          <w:sz w:val="23"/>
        </w:rPr>
        <w:t>Niveau B2 / C1</w:t>
      </w:r>
    </w:p>
    <w:p>
      <w:pPr>
        <w:spacing w:after="20"/>
      </w:pPr>
      <w:r>
        <w:rPr>
          <w:rFonts w:ascii="Arial" w:hAnsi="Arial" w:eastAsia="Arial"/>
          <w:b/>
          <w:i w:val="0"/>
          <w:sz w:val="23"/>
        </w:rPr>
        <w:t xml:space="preserve">Sprache 3: </w:t>
      </w:r>
      <w:r>
        <w:rPr>
          <w:rFonts w:ascii="Arial" w:hAnsi="Arial" w:eastAsia="Arial"/>
          <w:b w:val="0"/>
          <w:i w:val="0"/>
          <w:sz w:val="23"/>
        </w:rPr>
        <w:t>Grundkenntnisse / B1</w:t>
      </w:r>
    </w:p>
    <w:p>
      <w:pPr>
        <w:spacing w:before="200" w:after="160"/>
        <w:jc w:val="left"/>
        <w:pBdr>
          <w:bottom w:val="single" w:sz="6" w:space="2" w:color="C9D5E3"/>
        </w:pBdr>
      </w:pPr>
      <w:r>
        <w:rPr>
          <w:rFonts w:ascii="Arial" w:hAnsi="Arial" w:eastAsia="Arial"/>
          <w:b/>
          <w:i w:val="0"/>
          <w:color w:val="1F4E79"/>
          <w:sz w:val="30"/>
        </w:rPr>
        <w:t>WEITERE ANGABEN</w:t>
      </w:r>
    </w:p>
    <w:p>
      <w:pPr>
        <w:pStyle w:val="ListBullet"/>
        <w:spacing w:after="0"/>
        <w:ind w:left="340"/>
      </w:pPr>
      <w:r>
        <w:rPr>
          <w:rFonts w:ascii="Arial" w:hAnsi="Arial" w:eastAsia="Arial"/>
          <w:b w:val="0"/>
          <w:i w:val="0"/>
          <w:sz w:val="23"/>
        </w:rPr>
        <w:t>Führerschein: Klasse B / optional.</w:t>
      </w:r>
    </w:p>
    <w:p>
      <w:pPr>
        <w:pStyle w:val="ListBullet"/>
        <w:spacing w:after="0"/>
        <w:ind w:left="340"/>
      </w:pPr>
      <w:r>
        <w:rPr>
          <w:rFonts w:ascii="Arial" w:hAnsi="Arial" w:eastAsia="Arial"/>
          <w:b w:val="0"/>
          <w:i w:val="0"/>
          <w:sz w:val="23"/>
        </w:rPr>
        <w:t>Verfügbarkeit: [z. B. ab sofort / nach Absprache].</w:t>
      </w:r>
    </w:p>
    <w:p>
      <w:pPr>
        <w:pStyle w:val="ListBullet"/>
        <w:spacing w:after="0"/>
        <w:ind w:left="340"/>
      </w:pPr>
      <w:r>
        <w:rPr>
          <w:rFonts w:ascii="Arial" w:hAnsi="Arial" w:eastAsia="Arial"/>
          <w:b w:val="0"/>
          <w:i w:val="0"/>
          <w:sz w:val="23"/>
        </w:rPr>
        <w:t>Sonstiges: [z. B. Reisebereitschaft, Umzugsbereitschaft, Portfolio, ehrenamtliches Engagement].</w:t>
      </w:r>
    </w:p>
    <w:sectPr w:rsidR="00FC693F" w:rsidRPr="0006063C" w:rsidSect="00034616">
      <w:footerReference w:type="default" r:id="rId9"/>
      <w:pgSz w:w="11906" w:h="16838"/>
      <w:pgMar w:top="102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20"/>
      </w:rPr>
      <w:fldChar w:fldCharType="begin"/>
      <w:instrText xml:space="preserve">PAGE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3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