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8364"/>
      </w:tblGrid>
      <w:tr w:rsidR="00120237" w14:paraId="45103E20" w14:textId="77777777" w:rsidTr="00E72420">
        <w:trPr>
          <w:trHeight w:val="14948"/>
          <w:jc w:val="center"/>
        </w:trPr>
        <w:tc>
          <w:tcPr>
            <w:tcW w:w="2835" w:type="dxa"/>
            <w:shd w:val="clear" w:color="auto" w:fill="304E5A"/>
            <w:tcMar>
              <w:top w:w="220" w:type="dxa"/>
              <w:left w:w="220" w:type="dxa"/>
              <w:bottom w:w="180" w:type="dxa"/>
              <w:right w:w="180" w:type="dxa"/>
            </w:tcMar>
          </w:tcPr>
          <w:p w14:paraId="3B81A55C" w14:textId="77777777" w:rsidR="00120237" w:rsidRDefault="00000000">
            <w:r>
              <w:rPr>
                <w:b/>
                <w:color w:val="FFFFFF"/>
                <w:sz w:val="37"/>
              </w:rPr>
              <w:t>LENA</w:t>
            </w:r>
            <w:r>
              <w:rPr>
                <w:b/>
                <w:color w:val="FFFFFF"/>
                <w:sz w:val="37"/>
              </w:rPr>
              <w:br/>
              <w:t>HOFFMANN</w:t>
            </w:r>
          </w:p>
          <w:p w14:paraId="77B196F5" w14:textId="77777777" w:rsidR="00120237" w:rsidRDefault="00000000">
            <w:pPr>
              <w:spacing w:after="120"/>
            </w:pPr>
            <w:r>
              <w:rPr>
                <w:color w:val="D9E6EB"/>
                <w:sz w:val="17"/>
              </w:rPr>
              <w:t>Editierbares Muster für einen Lebenslauf für Praktikum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2835"/>
            </w:tblGrid>
            <w:tr w:rsidR="00120237" w14:paraId="36738007" w14:textId="77777777">
              <w:tc>
                <w:tcPr>
                  <w:tcW w:w="2835" w:type="dxa"/>
                  <w:tcBorders>
                    <w:top w:val="single" w:sz="8" w:space="0" w:color="8FB0BC"/>
                    <w:left w:val="single" w:sz="8" w:space="0" w:color="8FB0BC"/>
                    <w:bottom w:val="single" w:sz="8" w:space="0" w:color="8FB0BC"/>
                    <w:right w:val="single" w:sz="8" w:space="0" w:color="8FB0BC"/>
                  </w:tcBorders>
                  <w:tcMar>
                    <w:top w:w="150" w:type="dxa"/>
                    <w:left w:w="90" w:type="dxa"/>
                    <w:bottom w:w="150" w:type="dxa"/>
                    <w:right w:w="90" w:type="dxa"/>
                  </w:tcMar>
                </w:tcPr>
                <w:p w14:paraId="72F91B5A" w14:textId="77777777" w:rsidR="00120237" w:rsidRDefault="00000000">
                  <w:pPr>
                    <w:jc w:val="center"/>
                  </w:pPr>
                  <w:r>
                    <w:rPr>
                      <w:b/>
                      <w:color w:val="CFE0E6"/>
                    </w:rPr>
                    <w:t>Bewerbungsfoto</w:t>
                  </w:r>
                  <w:r>
                    <w:rPr>
                      <w:b/>
                      <w:color w:val="CFE0E6"/>
                    </w:rPr>
                    <w:br/>
                    <w:t>optional</w:t>
                  </w:r>
                </w:p>
                <w:p w14:paraId="599B50B1" w14:textId="77777777" w:rsidR="00120237" w:rsidRDefault="00000000">
                  <w:pPr>
                    <w:jc w:val="center"/>
                  </w:pPr>
                  <w:r>
                    <w:rPr>
                      <w:color w:val="DCE8EC"/>
                      <w:sz w:val="15"/>
                    </w:rPr>
                    <w:t>Eigenes Foto einsetzen</w:t>
                  </w:r>
                  <w:r>
                    <w:rPr>
                      <w:color w:val="DCE8EC"/>
                      <w:sz w:val="15"/>
                    </w:rPr>
                    <w:br/>
                    <w:t>oder Feld löschen.</w:t>
                  </w:r>
                </w:p>
              </w:tc>
            </w:tr>
          </w:tbl>
          <w:p w14:paraId="08034B56" w14:textId="77777777" w:rsidR="00120237" w:rsidRDefault="00120237"/>
          <w:p w14:paraId="016DDDF7" w14:textId="77777777" w:rsidR="00120237" w:rsidRDefault="00120237"/>
          <w:p w14:paraId="6EE8F74A" w14:textId="77777777" w:rsidR="00120237" w:rsidRDefault="00000000">
            <w:pPr>
              <w:spacing w:before="160" w:after="80"/>
            </w:pPr>
            <w:r>
              <w:rPr>
                <w:b/>
                <w:color w:val="F8F5F0"/>
                <w:sz w:val="16"/>
              </w:rPr>
              <w:t>KONTAKT</w:t>
            </w:r>
          </w:p>
          <w:p w14:paraId="7A63B250" w14:textId="77777777" w:rsidR="00120237" w:rsidRDefault="00000000">
            <w:pPr>
              <w:spacing w:after="40"/>
            </w:pPr>
            <w:r>
              <w:rPr>
                <w:b/>
                <w:color w:val="F8F5F0"/>
                <w:sz w:val="16"/>
              </w:rPr>
              <w:t>Adresse</w:t>
            </w:r>
            <w:r>
              <w:rPr>
                <w:b/>
                <w:color w:val="F8F5F0"/>
                <w:sz w:val="16"/>
              </w:rPr>
              <w:br/>
            </w:r>
            <w:r>
              <w:rPr>
                <w:color w:val="F8F5F0"/>
                <w:sz w:val="17"/>
              </w:rPr>
              <w:t>Musterstraße 14</w:t>
            </w:r>
            <w:r>
              <w:rPr>
                <w:color w:val="F8F5F0"/>
                <w:sz w:val="17"/>
              </w:rPr>
              <w:br/>
              <w:t>50667 Köln</w:t>
            </w:r>
          </w:p>
          <w:p w14:paraId="5DBCAA1C" w14:textId="77777777" w:rsidR="00120237" w:rsidRDefault="00000000">
            <w:pPr>
              <w:spacing w:after="40"/>
            </w:pPr>
            <w:r>
              <w:rPr>
                <w:b/>
                <w:color w:val="F8F5F0"/>
                <w:sz w:val="16"/>
              </w:rPr>
              <w:t>Telefon</w:t>
            </w:r>
            <w:r>
              <w:rPr>
                <w:b/>
                <w:color w:val="F8F5F0"/>
                <w:sz w:val="16"/>
              </w:rPr>
              <w:br/>
            </w:r>
            <w:r>
              <w:rPr>
                <w:color w:val="F8F5F0"/>
                <w:sz w:val="17"/>
              </w:rPr>
              <w:t>+49 176 2345 6789</w:t>
            </w:r>
          </w:p>
          <w:p w14:paraId="29D6E88A" w14:textId="77777777" w:rsidR="00120237" w:rsidRDefault="00000000">
            <w:pPr>
              <w:spacing w:after="40"/>
            </w:pPr>
            <w:r>
              <w:rPr>
                <w:b/>
                <w:color w:val="F8F5F0"/>
                <w:sz w:val="16"/>
              </w:rPr>
              <w:t>E-Mail</w:t>
            </w:r>
            <w:r>
              <w:rPr>
                <w:b/>
                <w:color w:val="F8F5F0"/>
                <w:sz w:val="16"/>
              </w:rPr>
              <w:br/>
            </w:r>
            <w:r>
              <w:rPr>
                <w:color w:val="F8F5F0"/>
                <w:sz w:val="17"/>
              </w:rPr>
              <w:t>lena.hoffmann@email.de</w:t>
            </w:r>
          </w:p>
          <w:p w14:paraId="34A3ACFB" w14:textId="77777777" w:rsidR="00120237" w:rsidRDefault="00000000">
            <w:pPr>
              <w:spacing w:after="40"/>
            </w:pPr>
            <w:r>
              <w:rPr>
                <w:b/>
                <w:color w:val="F8F5F0"/>
                <w:sz w:val="16"/>
              </w:rPr>
              <w:t>LinkedIn</w:t>
            </w:r>
            <w:r>
              <w:rPr>
                <w:b/>
                <w:color w:val="F8F5F0"/>
                <w:sz w:val="16"/>
              </w:rPr>
              <w:br/>
            </w:r>
            <w:r>
              <w:rPr>
                <w:color w:val="F8F5F0"/>
                <w:sz w:val="17"/>
              </w:rPr>
              <w:t>linkedin.com/in/lena-hoffmann</w:t>
            </w:r>
          </w:p>
          <w:p w14:paraId="062FF187" w14:textId="77777777" w:rsidR="00120237" w:rsidRDefault="00000000">
            <w:pPr>
              <w:spacing w:before="160" w:after="80"/>
            </w:pPr>
            <w:r>
              <w:rPr>
                <w:b/>
                <w:color w:val="F8F5F0"/>
                <w:sz w:val="16"/>
              </w:rPr>
              <w:t>KENNTNISSE</w:t>
            </w:r>
          </w:p>
          <w:p w14:paraId="7851816F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MS Office, Google Workspace</w:t>
            </w:r>
          </w:p>
          <w:p w14:paraId="69DF84C5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Canva, PowerPoint, Sheets</w:t>
            </w:r>
          </w:p>
          <w:p w14:paraId="3EF566BD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Grundlagen in HTML/CSS</w:t>
            </w:r>
          </w:p>
          <w:p w14:paraId="67732D16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Recherche und Präsentation</w:t>
            </w:r>
          </w:p>
          <w:p w14:paraId="48958952" w14:textId="77777777" w:rsidR="00120237" w:rsidRDefault="00000000">
            <w:pPr>
              <w:spacing w:before="160" w:after="80"/>
            </w:pPr>
            <w:r>
              <w:rPr>
                <w:b/>
                <w:color w:val="F8F5F0"/>
                <w:sz w:val="16"/>
              </w:rPr>
              <w:t>SPRACHEN</w:t>
            </w:r>
          </w:p>
          <w:p w14:paraId="2BC1F0F2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Deutsch - Muttersprache</w:t>
            </w:r>
          </w:p>
          <w:p w14:paraId="4A454BCE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Englisch - B2</w:t>
            </w:r>
          </w:p>
          <w:p w14:paraId="5F79FA25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Spanisch - A2</w:t>
            </w:r>
          </w:p>
          <w:p w14:paraId="657E5540" w14:textId="77777777" w:rsidR="00120237" w:rsidRDefault="00000000">
            <w:pPr>
              <w:spacing w:before="160" w:after="80"/>
            </w:pPr>
            <w:r>
              <w:rPr>
                <w:b/>
                <w:color w:val="F8F5F0"/>
                <w:sz w:val="16"/>
              </w:rPr>
              <w:t>STÄRKEN</w:t>
            </w:r>
          </w:p>
          <w:p w14:paraId="3A996319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Zuverlässig</w:t>
            </w:r>
          </w:p>
          <w:p w14:paraId="297B90AC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Lernbereit</w:t>
            </w:r>
          </w:p>
          <w:p w14:paraId="0469E11E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Strukturiert</w:t>
            </w:r>
          </w:p>
          <w:p w14:paraId="6CEDEC13" w14:textId="77777777" w:rsidR="00120237" w:rsidRDefault="00000000">
            <w:pPr>
              <w:spacing w:after="20"/>
            </w:pPr>
            <w:r>
              <w:rPr>
                <w:color w:val="F8F5F0"/>
                <w:sz w:val="17"/>
              </w:rPr>
              <w:t>• Teamorientiert</w:t>
            </w:r>
          </w:p>
        </w:tc>
        <w:tc>
          <w:tcPr>
            <w:tcW w:w="8364" w:type="dxa"/>
            <w:shd w:val="clear" w:color="auto" w:fill="FFFDF8"/>
            <w:tcMar>
              <w:top w:w="220" w:type="dxa"/>
              <w:left w:w="220" w:type="dxa"/>
              <w:bottom w:w="180" w:type="dxa"/>
              <w:right w:w="220" w:type="dxa"/>
            </w:tcMar>
          </w:tcPr>
          <w:p w14:paraId="7E868D3C" w14:textId="0A611397" w:rsidR="00120237" w:rsidRPr="00E72420" w:rsidRDefault="00E72420">
            <w:pPr>
              <w:spacing w:after="20"/>
              <w:rPr>
                <w:sz w:val="70"/>
                <w:szCs w:val="70"/>
              </w:rPr>
            </w:pPr>
            <w:r w:rsidRPr="00E72420">
              <w:rPr>
                <w:b/>
                <w:color w:val="1F1F1F"/>
                <w:sz w:val="70"/>
                <w:szCs w:val="70"/>
              </w:rPr>
              <w:t xml:space="preserve">Praktikum </w:t>
            </w:r>
            <w:r w:rsidR="00000000" w:rsidRPr="00E72420">
              <w:rPr>
                <w:b/>
                <w:color w:val="1F1F1F"/>
                <w:sz w:val="70"/>
                <w:szCs w:val="70"/>
              </w:rPr>
              <w:t>Lebenslauf</w:t>
            </w:r>
          </w:p>
          <w:p w14:paraId="0AE52C37" w14:textId="77777777" w:rsidR="00120237" w:rsidRDefault="00000000">
            <w:pPr>
              <w:spacing w:after="140"/>
            </w:pPr>
            <w:r>
              <w:rPr>
                <w:color w:val="6C6C6C"/>
                <w:sz w:val="17"/>
              </w:rPr>
              <w:t>Beispiel mit fiktiven Daten - ideal als editierbare Vorlage für eine Praktikumsbewerbung.</w:t>
            </w:r>
          </w:p>
          <w:p w14:paraId="14DDDF5F" w14:textId="77777777" w:rsidR="00120237" w:rsidRPr="00E72420" w:rsidRDefault="00000000">
            <w:pPr>
              <w:spacing w:before="20" w:after="60"/>
              <w:rPr>
                <w:sz w:val="24"/>
                <w:szCs w:val="24"/>
              </w:rPr>
            </w:pPr>
            <w:r w:rsidRPr="00E72420">
              <w:rPr>
                <w:b/>
                <w:color w:val="A65A3A"/>
                <w:sz w:val="24"/>
                <w:szCs w:val="24"/>
              </w:rPr>
              <w:t>PRAKTIKUMSZIEL</w:t>
            </w:r>
          </w:p>
          <w:p w14:paraId="1ECF0B7E" w14:textId="77777777" w:rsidR="00120237" w:rsidRDefault="00000000">
            <w:pPr>
              <w:spacing w:after="60" w:line="252" w:lineRule="auto"/>
              <w:rPr>
                <w:color w:val="2C2C2C"/>
              </w:rPr>
            </w:pPr>
            <w:r>
              <w:rPr>
                <w:color w:val="2C2C2C"/>
              </w:rPr>
              <w:t>Bewerbung um ein Praktikum im Bereich Marketing, Kommunikation oder Projektassistenz ab Juli 2026. Kann später leicht auf Schülerpraktikum, Pflichtpraktikum oder freiwilliges Praktikum angepasst werden.</w:t>
            </w:r>
          </w:p>
          <w:p w14:paraId="336100A8" w14:textId="77777777" w:rsidR="00E72420" w:rsidRDefault="00E72420">
            <w:pPr>
              <w:spacing w:after="60" w:line="252" w:lineRule="auto"/>
            </w:pPr>
          </w:p>
          <w:p w14:paraId="07F89B4C" w14:textId="77777777" w:rsidR="00120237" w:rsidRPr="00E72420" w:rsidRDefault="00000000">
            <w:pPr>
              <w:spacing w:before="20" w:after="60"/>
              <w:rPr>
                <w:sz w:val="24"/>
                <w:szCs w:val="24"/>
              </w:rPr>
            </w:pPr>
            <w:r w:rsidRPr="00E72420">
              <w:rPr>
                <w:b/>
                <w:color w:val="A65A3A"/>
                <w:sz w:val="24"/>
                <w:szCs w:val="24"/>
              </w:rPr>
              <w:t>KURZPROFIL</w:t>
            </w:r>
          </w:p>
          <w:p w14:paraId="676A60C3" w14:textId="77777777" w:rsidR="00120237" w:rsidRDefault="00000000">
            <w:pPr>
              <w:spacing w:after="60" w:line="252" w:lineRule="auto"/>
              <w:rPr>
                <w:color w:val="2C2C2C"/>
              </w:rPr>
            </w:pPr>
            <w:r>
              <w:rPr>
                <w:color w:val="2C2C2C"/>
              </w:rPr>
              <w:t xml:space="preserve">Engagierte BWL-Studentin im </w:t>
            </w:r>
            <w:proofErr w:type="gramStart"/>
            <w:r>
              <w:rPr>
                <w:color w:val="2C2C2C"/>
              </w:rPr>
              <w:t>3</w:t>
            </w:r>
            <w:proofErr w:type="gramEnd"/>
            <w:r>
              <w:rPr>
                <w:color w:val="2C2C2C"/>
              </w:rPr>
              <w:t>. Semester mit Interesse an digitaler Kommunikation, Organisation und Teamarbeit. Bringt erste Praxiserfahrung aus Service, Hochschulprojekten und Vereinsarbeit mit.</w:t>
            </w:r>
          </w:p>
          <w:p w14:paraId="0E8D4766" w14:textId="77777777" w:rsidR="00E72420" w:rsidRDefault="00E72420">
            <w:pPr>
              <w:spacing w:after="60" w:line="252" w:lineRule="auto"/>
            </w:pPr>
          </w:p>
          <w:p w14:paraId="770F14D8" w14:textId="77777777" w:rsidR="00120237" w:rsidRPr="00E72420" w:rsidRDefault="00000000">
            <w:pPr>
              <w:spacing w:before="20" w:after="60"/>
              <w:rPr>
                <w:sz w:val="24"/>
                <w:szCs w:val="24"/>
              </w:rPr>
            </w:pPr>
            <w:r w:rsidRPr="00E72420">
              <w:rPr>
                <w:b/>
                <w:color w:val="A65A3A"/>
                <w:sz w:val="24"/>
                <w:szCs w:val="24"/>
              </w:rPr>
              <w:t>AUSBILDUNG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78141068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189F93EA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seit 10/2024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3CFA2BC9" w14:textId="77777777" w:rsidR="00120237" w:rsidRDefault="00000000">
                  <w:r>
                    <w:rPr>
                      <w:b/>
                      <w:color w:val="1F1F1F"/>
                    </w:rPr>
                    <w:t>Bachelor Betriebswirtschaft</w:t>
                  </w:r>
                </w:p>
                <w:p w14:paraId="646E8533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Technische Hochschule Köln</w:t>
                  </w:r>
                </w:p>
                <w:p w14:paraId="7EF8E4CB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Marketing und Projektmanagement</w:t>
                  </w:r>
                </w:p>
                <w:p w14:paraId="2D6E35D6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Notendurchschnitt: 2,0</w:t>
                  </w:r>
                </w:p>
              </w:tc>
            </w:tr>
          </w:tbl>
          <w:p w14:paraId="34C6526E" w14:textId="77777777" w:rsidR="00120237" w:rsidRDefault="00120237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66A05B5A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37550820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08/2016 - 06/2024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54257603" w14:textId="77777777" w:rsidR="00120237" w:rsidRDefault="00000000">
                  <w:r>
                    <w:rPr>
                      <w:b/>
                      <w:color w:val="1F1F1F"/>
                    </w:rPr>
                    <w:t>Abitur</w:t>
                  </w:r>
                </w:p>
                <w:p w14:paraId="3C2D2862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Käthe-Kollwitz-Gymnasium Köln</w:t>
                  </w:r>
                </w:p>
                <w:p w14:paraId="2B730288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Leistungskurse: Deutsch und Wirtschaft</w:t>
                  </w:r>
                </w:p>
                <w:p w14:paraId="7634E775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Abschlussnote: 1,9</w:t>
                  </w:r>
                </w:p>
              </w:tc>
            </w:tr>
          </w:tbl>
          <w:p w14:paraId="30DD829C" w14:textId="77777777" w:rsidR="00120237" w:rsidRDefault="00120237"/>
          <w:p w14:paraId="3CE85843" w14:textId="77777777" w:rsidR="00120237" w:rsidRDefault="00000000">
            <w:pPr>
              <w:spacing w:before="20" w:after="60"/>
            </w:pPr>
            <w:r>
              <w:rPr>
                <w:b/>
                <w:color w:val="A65A3A"/>
                <w:sz w:val="17"/>
              </w:rPr>
              <w:t>PRAKTISCHE ERFAHRUNG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27B69E8D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388EE805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03/2025 - heute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5D67CDF3" w14:textId="77777777" w:rsidR="00120237" w:rsidRDefault="00000000">
                  <w:r>
                    <w:rPr>
                      <w:b/>
                      <w:color w:val="1F1F1F"/>
                    </w:rPr>
                    <w:t>Aushilfe Empfang &amp; Organisation</w:t>
                  </w:r>
                </w:p>
                <w:p w14:paraId="7254BDB7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CityLab Coworking, Köln</w:t>
                  </w:r>
                </w:p>
                <w:p w14:paraId="37FEF889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Empfang und Terminplanung</w:t>
                  </w:r>
                </w:p>
                <w:p w14:paraId="4B917EB4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Excel-Listen gepflegt und Events unterstützt</w:t>
                  </w:r>
                </w:p>
              </w:tc>
            </w:tr>
          </w:tbl>
          <w:p w14:paraId="23ED54ED" w14:textId="77777777" w:rsidR="00120237" w:rsidRDefault="00120237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570CE9C9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62DFC96F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07/2024 - 09/2024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3E3F9026" w14:textId="77777777" w:rsidR="00120237" w:rsidRDefault="00000000">
                  <w:r>
                    <w:rPr>
                      <w:b/>
                      <w:color w:val="1F1F1F"/>
                    </w:rPr>
                    <w:t>Ferienjob Kundenservice</w:t>
                  </w:r>
                </w:p>
                <w:p w14:paraId="2789E011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RheinStore GmbH, Köln</w:t>
                  </w:r>
                </w:p>
                <w:p w14:paraId="6F65B2FB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E-Mail-Anfragen bearbeitet</w:t>
                  </w:r>
                </w:p>
                <w:p w14:paraId="2B9039FA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Bestellungen geprüft und Daten gepflegt</w:t>
                  </w:r>
                </w:p>
              </w:tc>
            </w:tr>
          </w:tbl>
          <w:p w14:paraId="2571A62D" w14:textId="77777777" w:rsidR="00120237" w:rsidRDefault="00120237"/>
          <w:p w14:paraId="1400E43E" w14:textId="77777777" w:rsidR="00120237" w:rsidRPr="00E72420" w:rsidRDefault="00000000">
            <w:pPr>
              <w:spacing w:before="20" w:after="60"/>
              <w:rPr>
                <w:sz w:val="24"/>
                <w:szCs w:val="24"/>
              </w:rPr>
            </w:pPr>
            <w:r w:rsidRPr="00E72420">
              <w:rPr>
                <w:b/>
                <w:color w:val="A65A3A"/>
                <w:sz w:val="24"/>
                <w:szCs w:val="24"/>
              </w:rPr>
              <w:t>PROJEKTE &amp; ENGAGEMENT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50FD7D22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0140D47A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2025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2F23F768" w14:textId="77777777" w:rsidR="00120237" w:rsidRDefault="00000000">
                  <w:r>
                    <w:rPr>
                      <w:b/>
                      <w:color w:val="1F1F1F"/>
                    </w:rPr>
                    <w:t>Social-Media-Projekt</w:t>
                  </w:r>
                </w:p>
                <w:p w14:paraId="11D71545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Studienprojekt</w:t>
                  </w:r>
                </w:p>
                <w:p w14:paraId="0357B7CC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Content-Plan für ein Start-up entwickelt</w:t>
                  </w:r>
                </w:p>
                <w:p w14:paraId="5732C006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Präsentation mit KPI-Auswertung erstellt</w:t>
                  </w:r>
                </w:p>
              </w:tc>
            </w:tr>
          </w:tbl>
          <w:p w14:paraId="27B66682" w14:textId="77777777" w:rsidR="00120237" w:rsidRDefault="00120237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55"/>
              <w:gridCol w:w="3855"/>
            </w:tblGrid>
            <w:tr w:rsidR="00120237" w14:paraId="2CC5D464" w14:textId="77777777">
              <w:tc>
                <w:tcPr>
                  <w:tcW w:w="3855" w:type="dxa"/>
                  <w:tcMar>
                    <w:top w:w="0" w:type="dxa"/>
                    <w:left w:w="0" w:type="dxa"/>
                    <w:bottom w:w="20" w:type="dxa"/>
                    <w:right w:w="40" w:type="dxa"/>
                  </w:tcMar>
                </w:tcPr>
                <w:p w14:paraId="1B8744F2" w14:textId="77777777" w:rsidR="00120237" w:rsidRDefault="00000000">
                  <w:r>
                    <w:rPr>
                      <w:b/>
                      <w:color w:val="A65A3A"/>
                      <w:sz w:val="17"/>
                    </w:rPr>
                    <w:t>seit 2023</w:t>
                  </w:r>
                </w:p>
              </w:tc>
              <w:tc>
                <w:tcPr>
                  <w:tcW w:w="3855" w:type="dxa"/>
                  <w:tcMar>
                    <w:top w:w="0" w:type="dxa"/>
                    <w:left w:w="40" w:type="dxa"/>
                    <w:bottom w:w="20" w:type="dxa"/>
                    <w:right w:w="0" w:type="dxa"/>
                  </w:tcMar>
                </w:tcPr>
                <w:p w14:paraId="2F6CC8D7" w14:textId="77777777" w:rsidR="00120237" w:rsidRDefault="00000000">
                  <w:r>
                    <w:rPr>
                      <w:b/>
                      <w:color w:val="1F1F1F"/>
                    </w:rPr>
                    <w:t>Ehrenamt im Sportverein</w:t>
                  </w:r>
                </w:p>
                <w:p w14:paraId="7B619A2C" w14:textId="77777777" w:rsidR="00120237" w:rsidRDefault="00000000">
                  <w:r>
                    <w:rPr>
                      <w:i/>
                      <w:color w:val="4B4B4B"/>
                      <w:sz w:val="17"/>
                    </w:rPr>
                    <w:t>Jugendabteilung SC West Köln</w:t>
                  </w:r>
                </w:p>
                <w:p w14:paraId="6A64816B" w14:textId="77777777" w:rsidR="00120237" w:rsidRDefault="00000000">
                  <w:pPr>
                    <w:ind w:left="102"/>
                  </w:pPr>
                  <w:r>
                    <w:rPr>
                      <w:color w:val="2C2C2C"/>
                      <w:sz w:val="17"/>
                    </w:rPr>
                    <w:t>• Veranstaltungen unterstützt und Eltern informiert</w:t>
                  </w:r>
                </w:p>
              </w:tc>
            </w:tr>
          </w:tbl>
          <w:p w14:paraId="3C71D718" w14:textId="77777777" w:rsidR="00120237" w:rsidRDefault="00120237"/>
          <w:p w14:paraId="76559A98" w14:textId="77777777" w:rsidR="00120237" w:rsidRPr="00E72420" w:rsidRDefault="00000000">
            <w:pPr>
              <w:spacing w:before="20" w:after="60"/>
              <w:rPr>
                <w:sz w:val="24"/>
                <w:szCs w:val="24"/>
              </w:rPr>
            </w:pPr>
            <w:r w:rsidRPr="00E72420">
              <w:rPr>
                <w:b/>
                <w:color w:val="A65A3A"/>
                <w:sz w:val="24"/>
                <w:szCs w:val="24"/>
              </w:rPr>
              <w:t>INTERESSEN</w:t>
            </w:r>
          </w:p>
          <w:p w14:paraId="4D18A21E" w14:textId="77777777" w:rsidR="00120237" w:rsidRDefault="00000000">
            <w:pPr>
              <w:spacing w:after="60" w:line="252" w:lineRule="auto"/>
            </w:pPr>
            <w:r>
              <w:rPr>
                <w:color w:val="2C2C2C"/>
              </w:rPr>
              <w:t>Fotografie, Laufen, Social Media, Reisen</w:t>
            </w:r>
          </w:p>
        </w:tc>
      </w:tr>
    </w:tbl>
    <w:p w14:paraId="1B2C3AAD" w14:textId="77777777" w:rsidR="00944F7C" w:rsidRDefault="00944F7C"/>
    <w:sectPr w:rsidR="00944F7C" w:rsidSect="00034616">
      <w:pgSz w:w="11906" w:h="16838"/>
      <w:pgMar w:top="510" w:right="567" w:bottom="51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31740164">
    <w:abstractNumId w:val="8"/>
  </w:num>
  <w:num w:numId="2" w16cid:durableId="1023434489">
    <w:abstractNumId w:val="6"/>
  </w:num>
  <w:num w:numId="3" w16cid:durableId="1146359704">
    <w:abstractNumId w:val="5"/>
  </w:num>
  <w:num w:numId="4" w16cid:durableId="1131365315">
    <w:abstractNumId w:val="4"/>
  </w:num>
  <w:num w:numId="5" w16cid:durableId="488179641">
    <w:abstractNumId w:val="7"/>
  </w:num>
  <w:num w:numId="6" w16cid:durableId="125508495">
    <w:abstractNumId w:val="3"/>
  </w:num>
  <w:num w:numId="7" w16cid:durableId="1874150329">
    <w:abstractNumId w:val="2"/>
  </w:num>
  <w:num w:numId="8" w16cid:durableId="1162041586">
    <w:abstractNumId w:val="1"/>
  </w:num>
  <w:num w:numId="9" w16cid:durableId="1051878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20237"/>
    <w:rsid w:val="0015074B"/>
    <w:rsid w:val="001F4C7E"/>
    <w:rsid w:val="0029639D"/>
    <w:rsid w:val="00326F90"/>
    <w:rsid w:val="00944F7C"/>
    <w:rsid w:val="00AA1D8D"/>
    <w:rsid w:val="00B47730"/>
    <w:rsid w:val="00CB0664"/>
    <w:rsid w:val="00E724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CB73D5"/>
  <w14:defaultImageDpi w14:val="300"/>
  <w15:docId w15:val="{F8306976-4D7B-4F17-A2D0-6CCD9C58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pPr>
      <w:spacing w:after="0" w:line="240" w:lineRule="auto"/>
    </w:pPr>
    <w:rPr>
      <w:rFonts w:ascii="Aptos" w:eastAsia="Aptos" w:hAnsi="Aptos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2</cp:revision>
  <dcterms:created xsi:type="dcterms:W3CDTF">2013-12-23T23:15:00Z</dcterms:created>
  <dcterms:modified xsi:type="dcterms:W3CDTF">2026-04-05T09:31:00Z</dcterms:modified>
  <cp:category/>
</cp:coreProperties>
</file>