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288"/>
        <w:gridCol w:w="7627"/>
      </w:tblGrid>
      <w:tr w:rsidR="00F34EFB" w14:paraId="76FB318A" w14:textId="77777777" w:rsidTr="00B43F87">
        <w:trPr>
          <w:trHeight w:val="15158"/>
          <w:jc w:val="center"/>
        </w:trPr>
        <w:tc>
          <w:tcPr>
            <w:tcW w:w="3288" w:type="dxa"/>
            <w:shd w:val="clear" w:color="auto" w:fill="E7EFEC"/>
            <w:tcMar>
              <w:top w:w="145" w:type="dxa"/>
              <w:left w:w="150" w:type="dxa"/>
              <w:bottom w:w="145" w:type="dxa"/>
              <w:right w:w="145" w:type="dxa"/>
            </w:tcMar>
          </w:tcPr>
          <w:p w14:paraId="744A0DEF" w14:textId="77777777" w:rsidR="00F34EFB" w:rsidRDefault="00F34EFB" w:rsidP="00B43F87">
            <w:pPr>
              <w:ind w:left="696" w:firstLine="425"/>
            </w:pPr>
          </w:p>
          <w:p w14:paraId="58057665" w14:textId="77777777" w:rsidR="00F34EFB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FB0B0AE" wp14:editId="1876ECDD">
                  <wp:extent cx="1386000" cy="1386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to_placeholder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000" cy="13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9BE22C" w14:textId="77777777" w:rsidR="00F34EFB" w:rsidRDefault="00000000">
            <w:pPr>
              <w:spacing w:after="120"/>
              <w:jc w:val="center"/>
            </w:pPr>
            <w:r>
              <w:rPr>
                <w:b/>
                <w:color w:val="294C48"/>
              </w:rPr>
              <w:t>Schüler/in | Ausbildung</w:t>
            </w:r>
          </w:p>
          <w:p w14:paraId="4B4097E3" w14:textId="77777777" w:rsidR="00F34EFB" w:rsidRDefault="00000000">
            <w:pPr>
              <w:spacing w:before="40" w:after="40"/>
            </w:pPr>
            <w:r>
              <w:rPr>
                <w:b/>
                <w:color w:val="294C48"/>
                <w:sz w:val="22"/>
              </w:rPr>
              <w:t>Kontaktdaten</w:t>
            </w:r>
          </w:p>
          <w:p w14:paraId="080FBA82" w14:textId="77777777" w:rsidR="00F34EFB" w:rsidRDefault="00000000">
            <w:pPr>
              <w:spacing w:after="20"/>
            </w:pPr>
            <w:r>
              <w:rPr>
                <w:b/>
                <w:color w:val="294C48"/>
                <w:sz w:val="19"/>
              </w:rPr>
              <w:t xml:space="preserve">Adresse: </w:t>
            </w:r>
            <w:r>
              <w:rPr>
                <w:color w:val="333333"/>
                <w:sz w:val="19"/>
              </w:rPr>
              <w:t>[Straße, PLZ Ort]</w:t>
            </w:r>
          </w:p>
          <w:p w14:paraId="5E72B4F0" w14:textId="77777777" w:rsidR="00F34EFB" w:rsidRDefault="00000000">
            <w:pPr>
              <w:spacing w:after="20"/>
            </w:pPr>
            <w:r>
              <w:rPr>
                <w:b/>
                <w:color w:val="294C48"/>
                <w:sz w:val="19"/>
              </w:rPr>
              <w:t xml:space="preserve">Telefon: </w:t>
            </w:r>
            <w:r>
              <w:rPr>
                <w:color w:val="333333"/>
                <w:sz w:val="19"/>
              </w:rPr>
              <w:t>[Telefonnummer]</w:t>
            </w:r>
          </w:p>
          <w:p w14:paraId="71943F5D" w14:textId="77777777" w:rsidR="00F34EFB" w:rsidRDefault="00000000">
            <w:pPr>
              <w:spacing w:after="20"/>
            </w:pPr>
            <w:r>
              <w:rPr>
                <w:b/>
                <w:color w:val="294C48"/>
                <w:sz w:val="19"/>
              </w:rPr>
              <w:t xml:space="preserve">E-Mail: </w:t>
            </w:r>
            <w:r>
              <w:rPr>
                <w:color w:val="333333"/>
                <w:sz w:val="19"/>
              </w:rPr>
              <w:t>[E-Mail-Adresse]</w:t>
            </w:r>
          </w:p>
          <w:p w14:paraId="5F4FCD5E" w14:textId="77777777" w:rsidR="00F34EFB" w:rsidRDefault="00000000">
            <w:pPr>
              <w:spacing w:after="20"/>
            </w:pPr>
            <w:r>
              <w:rPr>
                <w:b/>
                <w:color w:val="294C48"/>
                <w:sz w:val="19"/>
              </w:rPr>
              <w:t xml:space="preserve">Geburtsdatum: </w:t>
            </w:r>
            <w:r>
              <w:rPr>
                <w:color w:val="333333"/>
                <w:sz w:val="19"/>
              </w:rPr>
              <w:t>[TT.MM.JJJJ]</w:t>
            </w:r>
          </w:p>
          <w:p w14:paraId="53EE1822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302DEB79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13866F49" w14:textId="7020AA30" w:rsidR="00F34EFB" w:rsidRDefault="00000000">
            <w:pPr>
              <w:spacing w:before="40" w:after="40"/>
            </w:pPr>
            <w:r>
              <w:rPr>
                <w:b/>
                <w:color w:val="294C48"/>
                <w:sz w:val="22"/>
              </w:rPr>
              <w:t>Profil</w:t>
            </w:r>
          </w:p>
          <w:p w14:paraId="2767F8B8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[2 kurze Sätze zu Motivation, Stärken und Interesse an der Ausbildung.]</w:t>
            </w:r>
          </w:p>
          <w:p w14:paraId="5ABD8355" w14:textId="77777777" w:rsidR="00F34EFB" w:rsidRDefault="00000000">
            <w:pPr>
              <w:spacing w:after="40" w:line="240" w:lineRule="auto"/>
            </w:pPr>
            <w:r>
              <w:rPr>
                <w:color w:val="333333"/>
                <w:sz w:val="18"/>
              </w:rPr>
              <w:t>[Beispiel: zuverlässig, lernbereit, freundlich und teamorientiert.]</w:t>
            </w:r>
          </w:p>
          <w:p w14:paraId="1E2F964D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4D81E084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33644193" w14:textId="22A5CBA3" w:rsidR="00F34EFB" w:rsidRDefault="00000000">
            <w:pPr>
              <w:spacing w:before="40" w:after="40"/>
            </w:pPr>
            <w:r>
              <w:rPr>
                <w:b/>
                <w:color w:val="294C48"/>
                <w:sz w:val="22"/>
              </w:rPr>
              <w:t>Stärken</w:t>
            </w:r>
          </w:p>
          <w:p w14:paraId="28347B3F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[Stärke 1]</w:t>
            </w:r>
          </w:p>
          <w:p w14:paraId="0068E75F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[Stärke 2]</w:t>
            </w:r>
          </w:p>
          <w:p w14:paraId="5380E5ED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[Stärke 3]</w:t>
            </w:r>
          </w:p>
          <w:p w14:paraId="13019AB4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[Stärke 4]</w:t>
            </w:r>
          </w:p>
          <w:p w14:paraId="2A0868A5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57E56642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3F98B8F1" w14:textId="1FA3544A" w:rsidR="00F34EFB" w:rsidRDefault="00000000">
            <w:pPr>
              <w:spacing w:before="40" w:after="40"/>
            </w:pPr>
            <w:r>
              <w:rPr>
                <w:b/>
                <w:color w:val="294C48"/>
                <w:sz w:val="22"/>
              </w:rPr>
              <w:t>Kenntnisse</w:t>
            </w:r>
          </w:p>
          <w:p w14:paraId="60FBCF50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[MS Office / Tools]</w:t>
            </w:r>
          </w:p>
          <w:p w14:paraId="374D2121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[Sprachkenntnis 1]</w:t>
            </w:r>
          </w:p>
          <w:p w14:paraId="24FCCC80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[Sprachkenntnis 2]</w:t>
            </w:r>
          </w:p>
          <w:p w14:paraId="113E185B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[Weitere Fähigkeit]</w:t>
            </w:r>
          </w:p>
          <w:p w14:paraId="501AF23B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00FCAA85" w14:textId="77777777" w:rsidR="00B43F87" w:rsidRDefault="00B43F87">
            <w:pPr>
              <w:spacing w:before="40" w:after="40"/>
              <w:rPr>
                <w:b/>
                <w:color w:val="294C48"/>
                <w:sz w:val="22"/>
              </w:rPr>
            </w:pPr>
          </w:p>
          <w:p w14:paraId="163903F9" w14:textId="34CB9415" w:rsidR="00F34EFB" w:rsidRDefault="00000000">
            <w:pPr>
              <w:spacing w:before="40" w:after="40"/>
            </w:pPr>
            <w:r>
              <w:rPr>
                <w:b/>
                <w:color w:val="294C48"/>
                <w:sz w:val="22"/>
              </w:rPr>
              <w:t>Interessen</w:t>
            </w:r>
          </w:p>
          <w:p w14:paraId="245A21AE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[Interesse 1]</w:t>
            </w:r>
          </w:p>
          <w:p w14:paraId="30CAC8DC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[Interesse 2]</w:t>
            </w:r>
          </w:p>
          <w:p w14:paraId="6E885FAF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[Interesse 3]</w:t>
            </w:r>
          </w:p>
          <w:p w14:paraId="00CBAC85" w14:textId="77777777" w:rsidR="00F34EFB" w:rsidRDefault="00000000">
            <w:pPr>
              <w:spacing w:after="20" w:line="240" w:lineRule="auto"/>
            </w:pPr>
            <w:r>
              <w:rPr>
                <w:color w:val="333333"/>
                <w:sz w:val="18"/>
              </w:rPr>
              <w:t>[Interesse 4]</w:t>
            </w:r>
          </w:p>
        </w:tc>
        <w:tc>
          <w:tcPr>
            <w:tcW w:w="7627" w:type="dxa"/>
            <w:shd w:val="clear" w:color="auto" w:fill="FBFAF7"/>
            <w:tcMar>
              <w:top w:w="145" w:type="dxa"/>
              <w:left w:w="130" w:type="dxa"/>
              <w:bottom w:w="145" w:type="dxa"/>
              <w:right w:w="130" w:type="dxa"/>
            </w:tcMar>
          </w:tcPr>
          <w:p w14:paraId="20A62C2E" w14:textId="77777777" w:rsidR="00F34EFB" w:rsidRDefault="00F34EFB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23"/>
            </w:tblGrid>
            <w:tr w:rsidR="00F34EFB" w14:paraId="5CA9537E" w14:textId="77777777">
              <w:tc>
                <w:tcPr>
                  <w:tcW w:w="6123" w:type="dxa"/>
                  <w:shd w:val="clear" w:color="auto" w:fill="F3EEE7"/>
                  <w:tcMar>
                    <w:top w:w="95" w:type="dxa"/>
                    <w:left w:w="150" w:type="dxa"/>
                    <w:bottom w:w="90" w:type="dxa"/>
                    <w:right w:w="140" w:type="dxa"/>
                  </w:tcMar>
                </w:tcPr>
                <w:p w14:paraId="21F9AD97" w14:textId="77777777" w:rsidR="00F34EFB" w:rsidRDefault="00000000">
                  <w:pPr>
                    <w:spacing w:after="20"/>
                  </w:pPr>
                  <w:r>
                    <w:rPr>
                      <w:b/>
                      <w:caps/>
                      <w:color w:val="8D7A58"/>
                      <w:sz w:val="17"/>
                    </w:rPr>
                    <w:t>LEBENSLAUF</w:t>
                  </w:r>
                </w:p>
                <w:p w14:paraId="028546C6" w14:textId="77777777" w:rsidR="00F34EFB" w:rsidRDefault="00000000">
                  <w:pPr>
                    <w:spacing w:after="0"/>
                  </w:pPr>
                  <w:r>
                    <w:rPr>
                      <w:b/>
                      <w:color w:val="1F3533"/>
                      <w:sz w:val="42"/>
                    </w:rPr>
                    <w:t>[Vorname Nachname]</w:t>
                  </w:r>
                </w:p>
                <w:p w14:paraId="4DF8CBA5" w14:textId="77777777" w:rsidR="00F34EFB" w:rsidRDefault="00000000">
                  <w:pPr>
                    <w:pBdr>
                      <w:bottom w:val="single" w:sz="10" w:space="4" w:color="D7C9AD"/>
                    </w:pBdr>
                    <w:spacing w:after="60"/>
                  </w:pPr>
                  <w:r>
                    <w:rPr>
                      <w:color w:val="3E4C4A"/>
                      <w:sz w:val="19"/>
                    </w:rPr>
                    <w:t>[Bewerbung um eine Ausbildung als ...]</w:t>
                  </w:r>
                </w:p>
              </w:tc>
            </w:tr>
          </w:tbl>
          <w:p w14:paraId="66F4FA10" w14:textId="77777777" w:rsidR="00F34EFB" w:rsidRDefault="00F34EFB"/>
          <w:p w14:paraId="5F2A2A3A" w14:textId="77777777" w:rsidR="00F34EFB" w:rsidRDefault="00000000">
            <w:pPr>
              <w:spacing w:before="100" w:after="40"/>
            </w:pPr>
            <w:r>
              <w:rPr>
                <w:b/>
                <w:color w:val="294C48"/>
                <w:sz w:val="24"/>
              </w:rPr>
              <w:t>Kurzprofil</w:t>
            </w:r>
          </w:p>
          <w:p w14:paraId="6FA2DAEB" w14:textId="77777777" w:rsidR="00F34EFB" w:rsidRDefault="00000000">
            <w:pPr>
              <w:spacing w:after="80"/>
            </w:pPr>
            <w:r>
              <w:rPr>
                <w:color w:val="333333"/>
                <w:sz w:val="19"/>
              </w:rPr>
              <w:t>[3 kurze Zeilen: schulischer Schwerpunkt, erste Erfahrung, Motivation für die Stelle.]</w:t>
            </w:r>
          </w:p>
          <w:p w14:paraId="55B56022" w14:textId="77777777" w:rsidR="00F34EFB" w:rsidRDefault="00000000">
            <w:pPr>
              <w:spacing w:before="60" w:after="40"/>
            </w:pPr>
            <w:r>
              <w:rPr>
                <w:b/>
                <w:color w:val="294C48"/>
                <w:sz w:val="24"/>
              </w:rPr>
              <w:t>Schulbildung</w:t>
            </w:r>
          </w:p>
          <w:p w14:paraId="2A35CE72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[MM/JJJJ – heute]</w:t>
            </w:r>
          </w:p>
          <w:p w14:paraId="6D3DB9F0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[Schule / Gymnasium / Realschule]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[Ort]</w:t>
            </w:r>
          </w:p>
          <w:p w14:paraId="741313CF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[Abschluss oder voraussichtlicher Abschluss, Schwerpunkt falls sinnvoll]</w:t>
            </w:r>
          </w:p>
          <w:p w14:paraId="7D7C2BDC" w14:textId="77777777" w:rsidR="00B43F87" w:rsidRDefault="00B43F87">
            <w:pPr>
              <w:spacing w:after="80" w:line="240" w:lineRule="auto"/>
            </w:pPr>
          </w:p>
          <w:p w14:paraId="1AEBF47F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[MM/JJJJ – MM/JJJJ]</w:t>
            </w:r>
          </w:p>
          <w:p w14:paraId="690F6F32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[Vorherige Schule]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[Ort]</w:t>
            </w:r>
          </w:p>
          <w:p w14:paraId="1029C0CF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[Abschluss / Schulform]</w:t>
            </w:r>
          </w:p>
          <w:p w14:paraId="1569D172" w14:textId="77777777" w:rsidR="00B43F87" w:rsidRDefault="00B43F87">
            <w:pPr>
              <w:spacing w:after="80" w:line="240" w:lineRule="auto"/>
              <w:rPr>
                <w:color w:val="333333"/>
                <w:sz w:val="18"/>
              </w:rPr>
            </w:pPr>
          </w:p>
          <w:p w14:paraId="40C4C9F9" w14:textId="77777777" w:rsidR="00B43F87" w:rsidRDefault="00B43F87">
            <w:pPr>
              <w:spacing w:after="80" w:line="240" w:lineRule="auto"/>
            </w:pPr>
          </w:p>
          <w:p w14:paraId="2CD69167" w14:textId="77777777" w:rsidR="00F34EFB" w:rsidRDefault="00000000">
            <w:pPr>
              <w:spacing w:before="60" w:after="40"/>
            </w:pPr>
            <w:r>
              <w:rPr>
                <w:b/>
                <w:color w:val="294C48"/>
                <w:sz w:val="24"/>
              </w:rPr>
              <w:t>Praktische Erfahrung</w:t>
            </w:r>
          </w:p>
          <w:p w14:paraId="3E94EBD8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[MM/JJJJ]</w:t>
            </w:r>
          </w:p>
          <w:p w14:paraId="7228859F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[Schulpraktikum / Ferienjob]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[Unternehmen / Ort]</w:t>
            </w:r>
          </w:p>
          <w:p w14:paraId="179B21E5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[3 bis 5 Aufgaben mit klarem Bezug zur Ausbildung]</w:t>
            </w:r>
          </w:p>
          <w:p w14:paraId="071E37AD" w14:textId="77777777" w:rsidR="00B43F87" w:rsidRDefault="00B43F87">
            <w:pPr>
              <w:spacing w:after="80" w:line="240" w:lineRule="auto"/>
            </w:pPr>
          </w:p>
          <w:p w14:paraId="35700EDB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[seit MM/JJJJ]</w:t>
            </w:r>
          </w:p>
          <w:p w14:paraId="26F6B809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[Nebenjob / Aushilfe]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[Unternehmen / Ort]</w:t>
            </w:r>
          </w:p>
          <w:p w14:paraId="61FEE7E4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[Kundenkontakt, Organisation, Unterstützung im Team oder ähnliche Aufgaben]</w:t>
            </w:r>
          </w:p>
          <w:p w14:paraId="20E53FF5" w14:textId="77777777" w:rsidR="00B43F87" w:rsidRDefault="00B43F87">
            <w:pPr>
              <w:spacing w:after="80" w:line="240" w:lineRule="auto"/>
            </w:pPr>
          </w:p>
          <w:p w14:paraId="5D6E50C8" w14:textId="77777777" w:rsidR="00B43F87" w:rsidRDefault="00B43F87">
            <w:pPr>
              <w:spacing w:after="80" w:line="240" w:lineRule="auto"/>
            </w:pPr>
          </w:p>
          <w:p w14:paraId="0B12FFA1" w14:textId="77777777" w:rsidR="00F34EFB" w:rsidRDefault="00000000">
            <w:pPr>
              <w:spacing w:before="60" w:after="40"/>
            </w:pPr>
            <w:r>
              <w:rPr>
                <w:b/>
                <w:color w:val="294C48"/>
                <w:sz w:val="24"/>
              </w:rPr>
              <w:t>Engagement &amp; Projekte</w:t>
            </w:r>
          </w:p>
          <w:p w14:paraId="72E5893E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[seit JJJJ]</w:t>
            </w:r>
          </w:p>
          <w:p w14:paraId="6ACF13D8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[Klassensprecher/in / Verein / Ehrenamt]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[Schule / Organisation]</w:t>
            </w:r>
          </w:p>
          <w:p w14:paraId="25393D48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[Verantwortung, Mitarbeit, Organisation, Kommunikation]</w:t>
            </w:r>
          </w:p>
          <w:p w14:paraId="6983747F" w14:textId="77777777" w:rsidR="00B43F87" w:rsidRDefault="00B43F87">
            <w:pPr>
              <w:spacing w:after="80" w:line="240" w:lineRule="auto"/>
            </w:pPr>
          </w:p>
          <w:p w14:paraId="1FF0B7B8" w14:textId="77777777" w:rsidR="00F34EFB" w:rsidRDefault="00000000">
            <w:pPr>
              <w:spacing w:after="0"/>
            </w:pPr>
            <w:r>
              <w:rPr>
                <w:b/>
                <w:color w:val="8D7A58"/>
                <w:sz w:val="18"/>
              </w:rPr>
              <w:t>[JJJJ]</w:t>
            </w:r>
          </w:p>
          <w:p w14:paraId="70C4C909" w14:textId="77777777" w:rsidR="00F34EFB" w:rsidRDefault="00000000">
            <w:pPr>
              <w:spacing w:after="0"/>
            </w:pPr>
            <w:r>
              <w:rPr>
                <w:b/>
                <w:color w:val="1F3533"/>
              </w:rPr>
              <w:t>[Projekt / Wettbewerb / Schulaktion]</w:t>
            </w:r>
            <w:r>
              <w:rPr>
                <w:color w:val="777777"/>
                <w:sz w:val="18"/>
              </w:rPr>
              <w:t xml:space="preserve"> | </w:t>
            </w:r>
            <w:r>
              <w:rPr>
                <w:color w:val="3B4A48"/>
                <w:sz w:val="18"/>
              </w:rPr>
              <w:t>[Team / Schule]</w:t>
            </w:r>
          </w:p>
          <w:p w14:paraId="48614B24" w14:textId="77777777" w:rsidR="00F34EFB" w:rsidRDefault="00000000">
            <w:pPr>
              <w:spacing w:after="80" w:line="240" w:lineRule="auto"/>
              <w:rPr>
                <w:color w:val="333333"/>
                <w:sz w:val="18"/>
              </w:rPr>
            </w:pPr>
            <w:r>
              <w:rPr>
                <w:color w:val="333333"/>
                <w:sz w:val="18"/>
              </w:rPr>
              <w:t>[Kurzer Ergebnis- oder Aufgabenbezug]</w:t>
            </w:r>
          </w:p>
          <w:p w14:paraId="242C20CB" w14:textId="77777777" w:rsidR="00B43F87" w:rsidRDefault="00B43F87">
            <w:pPr>
              <w:spacing w:after="80" w:line="240" w:lineRule="auto"/>
              <w:rPr>
                <w:color w:val="333333"/>
                <w:sz w:val="18"/>
              </w:rPr>
            </w:pPr>
          </w:p>
          <w:p w14:paraId="3D566015" w14:textId="77777777" w:rsidR="00B43F87" w:rsidRDefault="00B43F87">
            <w:pPr>
              <w:spacing w:after="80" w:line="240" w:lineRule="auto"/>
            </w:pPr>
          </w:p>
          <w:p w14:paraId="578C7B12" w14:textId="77777777" w:rsidR="00F34EFB" w:rsidRDefault="00000000">
            <w:pPr>
              <w:spacing w:before="60" w:after="40"/>
            </w:pPr>
            <w:r>
              <w:rPr>
                <w:b/>
                <w:color w:val="294C48"/>
                <w:sz w:val="24"/>
              </w:rPr>
              <w:t>Zusätzliche Angaben</w:t>
            </w:r>
          </w:p>
          <w:p w14:paraId="435A36F5" w14:textId="77777777" w:rsidR="00F34EFB" w:rsidRDefault="00000000">
            <w:pPr>
              <w:spacing w:after="0"/>
            </w:pPr>
            <w:r>
              <w:rPr>
                <w:color w:val="333333"/>
                <w:sz w:val="18"/>
              </w:rPr>
              <w:t>[Optional: Führerschein, Verfügbarkeit, Bewerbungsfoto, Anlagen.]</w:t>
            </w:r>
          </w:p>
        </w:tc>
      </w:tr>
    </w:tbl>
    <w:p w14:paraId="1DA8617D" w14:textId="77777777" w:rsidR="007F7DEB" w:rsidRDefault="007F7DEB"/>
    <w:sectPr w:rsidR="007F7DEB" w:rsidSect="00034616">
      <w:pgSz w:w="11906" w:h="16838"/>
      <w:pgMar w:top="539" w:right="539" w:bottom="539" w:left="5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7726016">
    <w:abstractNumId w:val="8"/>
  </w:num>
  <w:num w:numId="2" w16cid:durableId="632757722">
    <w:abstractNumId w:val="6"/>
  </w:num>
  <w:num w:numId="3" w16cid:durableId="1396002711">
    <w:abstractNumId w:val="5"/>
  </w:num>
  <w:num w:numId="4" w16cid:durableId="843712354">
    <w:abstractNumId w:val="4"/>
  </w:num>
  <w:num w:numId="5" w16cid:durableId="1780028451">
    <w:abstractNumId w:val="7"/>
  </w:num>
  <w:num w:numId="6" w16cid:durableId="695930866">
    <w:abstractNumId w:val="3"/>
  </w:num>
  <w:num w:numId="7" w16cid:durableId="1668443001">
    <w:abstractNumId w:val="2"/>
  </w:num>
  <w:num w:numId="8" w16cid:durableId="2065637984">
    <w:abstractNumId w:val="1"/>
  </w:num>
  <w:num w:numId="9" w16cid:durableId="269167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023D"/>
    <w:rsid w:val="0015074B"/>
    <w:rsid w:val="0029639D"/>
    <w:rsid w:val="00326F90"/>
    <w:rsid w:val="007F7DEB"/>
    <w:rsid w:val="00AA1D8D"/>
    <w:rsid w:val="00B43F87"/>
    <w:rsid w:val="00B47730"/>
    <w:rsid w:val="00CB0664"/>
    <w:rsid w:val="00F34EF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00842B"/>
  <w14:defaultImageDpi w14:val="300"/>
  <w15:docId w15:val="{1E7C0773-DA11-4176-A3DA-37B3EBB97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2026-04-02T14:05:00Z</dcterms:modified>
  <cp:category/>
</cp:coreProperties>
</file>