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31"/>
        <w:gridCol w:w="5131"/>
      </w:tblGrid>
      <w:tr>
        <w:trPr>
          <w:trHeight w:val="2835"/>
        </w:trPr>
        <w:tc>
          <w:tcPr>
            <w:tcW w:type="dxa" w:w="7541"/>
            <w:shd w:fill="ECECEC" w:val="clear"/>
            <w:tcMar>
              <w:top w:w="110" w:type="dxa"/>
              <w:start w:w="140" w:type="dxa"/>
              <w:bottom w:w="110" w:type="dxa"/>
              <w:end w:w="140" w:type="dxa"/>
            </w:tcMar>
            <w:vAlign w:val="center"/>
          </w:tcPr>
          <w:p>
            <w:pPr>
              <w:spacing w:after="20"/>
              <w:jc w:val="left"/>
            </w:pPr>
            <w:r>
              <w:rPr>
                <w:b/>
                <w:color w:val="2B2B2B"/>
                <w:sz w:val="40"/>
              </w:rPr>
              <w:t>VORNAME NACHNAME</w:t>
            </w:r>
          </w:p>
          <w:p>
            <w:pPr>
              <w:spacing w:before="0" w:after="80"/>
            </w:pPr>
            <w:r>
              <w:rPr>
                <w:i/>
                <w:color w:val="5C5C5C"/>
                <w:sz w:val="21"/>
              </w:rPr>
              <w:t>[Zielposition | Spezialisierung]</w:t>
            </w:r>
          </w:p>
          <w:p>
            <w:pPr>
              <w:spacing w:before="0" w:after="10"/>
            </w:pPr>
            <w:r>
              <w:rPr>
                <w:color w:val="5C5C5C"/>
                <w:sz w:val="18"/>
              </w:rPr>
              <w:t>[Ort, Land]</w:t>
            </w:r>
          </w:p>
          <w:p>
            <w:pPr>
              <w:spacing w:before="0" w:after="10"/>
            </w:pPr>
            <w:r>
              <w:rPr>
                <w:color w:val="5C5C5C"/>
                <w:sz w:val="18"/>
              </w:rPr>
              <w:t>[Telefon]</w:t>
            </w:r>
          </w:p>
          <w:p>
            <w:pPr>
              <w:spacing w:before="0" w:after="10"/>
            </w:pPr>
            <w:r>
              <w:rPr>
                <w:color w:val="5C5C5C"/>
                <w:sz w:val="18"/>
              </w:rPr>
              <w:t>[E-Mail]</w:t>
            </w:r>
          </w:p>
          <w:p>
            <w:pPr>
              <w:spacing w:before="0" w:after="10"/>
            </w:pPr>
            <w:r>
              <w:rPr>
                <w:color w:val="5C5C5C"/>
                <w:sz w:val="18"/>
              </w:rPr>
              <w:t>[LinkedIn / Portfolio]</w:t>
            </w:r>
          </w:p>
        </w:tc>
        <w:tc>
          <w:tcPr>
            <w:tcW w:type="dxa" w:w="2721"/>
            <w:shd w:fill="ECECEC" w:val="clear"/>
            <w:tcMar>
              <w:top w:w="110" w:type="dxa"/>
              <w:start w:w="140" w:type="dxa"/>
              <w:bottom w:w="110" w:type="dxa"/>
              <w:end w:w="140" w:type="dxa"/>
            </w:tcMar>
            <w:vAlign w:val="center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404000" cy="1835999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bewerbungsfoto_platzhalte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000" cy="183599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0"/>
      </w:pPr>
    </w:p>
    <w:p>
      <w:pPr>
        <w:spacing w:before="40" w:after="140"/>
      </w:pPr>
      <w:r>
        <w:rPr>
          <w:b/>
          <w:color w:val="2B2B2B"/>
          <w:sz w:val="31"/>
        </w:rPr>
        <w:t>Lebenslauf</w:t>
      </w:r>
    </w:p>
    <w:p>
      <w:pPr>
        <w:spacing w:before="60" w:after="60"/>
        <w:pBdr>
          <w:bottom w:val="single" w:sz="6" w:space="1" w:color="A6A6A6"/>
        </w:pBdr>
      </w:pPr>
      <w:r>
        <w:rPr>
          <w:b/>
          <w:color w:val="2B2B2B"/>
          <w:sz w:val="21"/>
        </w:rPr>
        <w:t>Persönliche Daten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565"/>
        <w:gridCol w:w="2565"/>
        <w:gridCol w:w="2565"/>
        <w:gridCol w:w="2565"/>
      </w:tblGrid>
      <w:tr>
        <w:tc>
          <w:tcPr>
            <w:tcW w:type="dxa" w:w="1814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2B2B2B"/>
                <w:sz w:val="18"/>
              </w:rPr>
              <w:t>Geburtsdatum</w:t>
            </w:r>
          </w:p>
        </w:tc>
        <w:tc>
          <w:tcPr>
            <w:tcW w:type="dxa" w:w="3061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i/>
                <w:color w:val="5C5C5C"/>
                <w:sz w:val="18"/>
              </w:rPr>
              <w:t>[TT.MM.JJJJ]</w:t>
            </w:r>
          </w:p>
        </w:tc>
        <w:tc>
          <w:tcPr>
            <w:tcW w:type="dxa" w:w="1701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2B2B2B"/>
                <w:sz w:val="18"/>
              </w:rPr>
              <w:t>Staatsangehörigkeit</w:t>
            </w:r>
          </w:p>
        </w:tc>
        <w:tc>
          <w:tcPr>
            <w:tcW w:type="dxa" w:w="3061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i/>
                <w:color w:val="5C5C5C"/>
                <w:sz w:val="18"/>
              </w:rPr>
              <w:t>[optional]</w:t>
            </w:r>
          </w:p>
        </w:tc>
      </w:tr>
      <w:tr>
        <w:tc>
          <w:tcPr>
            <w:tcW w:type="dxa" w:w="1814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2B2B2B"/>
                <w:sz w:val="18"/>
              </w:rPr>
              <w:t>Adresse</w:t>
            </w:r>
          </w:p>
        </w:tc>
        <w:tc>
          <w:tcPr>
            <w:tcW w:type="dxa" w:w="3061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i/>
                <w:color w:val="5C5C5C"/>
                <w:sz w:val="18"/>
              </w:rPr>
              <w:t>[Straße, PLZ Ort]</w:t>
            </w:r>
          </w:p>
        </w:tc>
        <w:tc>
          <w:tcPr>
            <w:tcW w:type="dxa" w:w="1701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b/>
                <w:color w:val="2B2B2B"/>
                <w:sz w:val="18"/>
              </w:rPr>
              <w:t>Führerschein</w:t>
            </w:r>
          </w:p>
        </w:tc>
        <w:tc>
          <w:tcPr>
            <w:tcW w:type="dxa" w:w="3061"/>
            <w:tcMar>
              <w:top w:w="25" w:type="dxa"/>
              <w:start w:w="15" w:type="dxa"/>
              <w:bottom w:w="25" w:type="dxa"/>
              <w:end w:w="15" w:type="dxa"/>
            </w:tcMar>
            <w:vAlign w:val="center"/>
          </w:tcPr>
          <w:p>
            <w:pPr>
              <w:spacing w:after="0"/>
            </w:pPr>
            <w:r>
              <w:rPr>
                <w:i/>
                <w:color w:val="5C5C5C"/>
                <w:sz w:val="18"/>
              </w:rPr>
              <w:t>[Klasse B / optional]</w:t>
            </w:r>
          </w:p>
        </w:tc>
      </w:tr>
    </w:tbl>
    <w:p>
      <w:pPr>
        <w:spacing w:before="60" w:after="60"/>
        <w:pBdr>
          <w:bottom w:val="single" w:sz="6" w:space="1" w:color="A6A6A6"/>
        </w:pBdr>
      </w:pPr>
      <w:r>
        <w:rPr>
          <w:b/>
          <w:color w:val="2B2B2B"/>
          <w:sz w:val="21"/>
        </w:rPr>
        <w:t>Kurzprofil</w:t>
      </w:r>
    </w:p>
    <w:p>
      <w:pPr>
        <w:spacing w:before="0" w:after="80" w:line="259" w:lineRule="auto"/>
      </w:pPr>
      <w:r>
        <w:rPr>
          <w:i/>
          <w:color w:val="5C5C5C"/>
          <w:sz w:val="19"/>
        </w:rPr>
        <w:t>Platz für 2–3 prägnante Sätze: Berufserfahrung, fachlicher Schwerpunkt, relevante Branchen und ein bis zwei messbare Erfolge.</w:t>
      </w:r>
    </w:p>
    <w:p>
      <w:pPr>
        <w:spacing w:before="60" w:after="60"/>
        <w:pBdr>
          <w:bottom w:val="single" w:sz="6" w:space="1" w:color="A6A6A6"/>
        </w:pBdr>
      </w:pPr>
      <w:r>
        <w:rPr>
          <w:b/>
          <w:color w:val="2B2B2B"/>
          <w:sz w:val="21"/>
        </w:rPr>
        <w:t>Kompetenzfelder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3421"/>
        <w:gridCol w:w="3421"/>
        <w:gridCol w:w="3421"/>
      </w:tblGrid>
      <w:tr>
        <w:tc>
          <w:tcPr>
            <w:tcW w:type="dxa" w:w="3231"/>
            <w:tcMar>
              <w:top w:w="50" w:type="dxa"/>
              <w:start w:w="25" w:type="dxa"/>
              <w:bottom w:w="50" w:type="dxa"/>
              <w:end w:w="25" w:type="dxa"/>
            </w:tcMar>
            <w:vAlign w:val="center"/>
            <w:shd w:fill="F3F3F3" w:val="clear"/>
            <w:tcBorders>
              <w:left w:val="single" w:sz="8" w:color="D0D0D0"/>
              <w:top w:val="single" w:sz="8" w:color="D0D0D0"/>
              <w:right w:val="single" w:sz="8" w:color="D0D0D0"/>
              <w:bottom w:val="single" w:sz="8" w:color="D0D0D0"/>
            </w:tcBorders>
          </w:tcPr>
          <w:p>
            <w:pPr>
              <w:spacing w:before="0" w:after="0"/>
              <w:jc w:val="center"/>
            </w:pPr>
            <w:r>
              <w:rPr>
                <w:color w:val="2B2B2B"/>
                <w:sz w:val="18"/>
              </w:rPr>
              <w:t>[Projektmanagement]</w:t>
            </w:r>
          </w:p>
        </w:tc>
        <w:tc>
          <w:tcPr>
            <w:tcW w:type="dxa" w:w="3231"/>
            <w:tcMar>
              <w:top w:w="50" w:type="dxa"/>
              <w:start w:w="25" w:type="dxa"/>
              <w:bottom w:w="50" w:type="dxa"/>
              <w:end w:w="25" w:type="dxa"/>
            </w:tcMar>
            <w:vAlign w:val="center"/>
            <w:shd w:fill="F3F3F3" w:val="clear"/>
            <w:tcBorders>
              <w:left w:val="single" w:sz="8" w:color="D0D0D0"/>
              <w:top w:val="single" w:sz="8" w:color="D0D0D0"/>
              <w:right w:val="single" w:sz="8" w:color="D0D0D0"/>
              <w:bottom w:val="single" w:sz="8" w:color="D0D0D0"/>
            </w:tcBorders>
          </w:tcPr>
          <w:p>
            <w:pPr>
              <w:spacing w:before="0" w:after="0"/>
              <w:jc w:val="center"/>
            </w:pPr>
            <w:r>
              <w:rPr>
                <w:color w:val="2B2B2B"/>
                <w:sz w:val="18"/>
              </w:rPr>
              <w:t>[Kundenbetreuung]</w:t>
            </w:r>
          </w:p>
        </w:tc>
        <w:tc>
          <w:tcPr>
            <w:tcW w:type="dxa" w:w="3231"/>
            <w:tcMar>
              <w:top w:w="50" w:type="dxa"/>
              <w:start w:w="25" w:type="dxa"/>
              <w:bottom w:w="50" w:type="dxa"/>
              <w:end w:w="25" w:type="dxa"/>
            </w:tcMar>
            <w:vAlign w:val="center"/>
            <w:shd w:fill="F3F3F3" w:val="clear"/>
            <w:tcBorders>
              <w:left w:val="single" w:sz="8" w:color="D0D0D0"/>
              <w:top w:val="single" w:sz="8" w:color="D0D0D0"/>
              <w:right w:val="single" w:sz="8" w:color="D0D0D0"/>
              <w:bottom w:val="single" w:sz="8" w:color="D0D0D0"/>
            </w:tcBorders>
          </w:tcPr>
          <w:p>
            <w:pPr>
              <w:spacing w:before="0" w:after="0"/>
              <w:jc w:val="center"/>
            </w:pPr>
            <w:r>
              <w:rPr>
                <w:color w:val="2B2B2B"/>
                <w:sz w:val="18"/>
              </w:rPr>
              <w:t>[Vertrieb]</w:t>
            </w:r>
          </w:p>
        </w:tc>
      </w:tr>
      <w:tr>
        <w:tc>
          <w:tcPr>
            <w:tcW w:type="dxa" w:w="3231"/>
            <w:tcMar>
              <w:top w:w="50" w:type="dxa"/>
              <w:start w:w="25" w:type="dxa"/>
              <w:bottom w:w="50" w:type="dxa"/>
              <w:end w:w="25" w:type="dxa"/>
            </w:tcMar>
            <w:vAlign w:val="center"/>
            <w:shd w:fill="F3F3F3" w:val="clear"/>
            <w:tcBorders>
              <w:left w:val="single" w:sz="8" w:color="D0D0D0"/>
              <w:top w:val="single" w:sz="8" w:color="D0D0D0"/>
              <w:right w:val="single" w:sz="8" w:color="D0D0D0"/>
              <w:bottom w:val="single" w:sz="8" w:color="D0D0D0"/>
            </w:tcBorders>
          </w:tcPr>
          <w:p>
            <w:pPr>
              <w:spacing w:before="0" w:after="0"/>
              <w:jc w:val="center"/>
            </w:pPr>
            <w:r>
              <w:rPr>
                <w:color w:val="2B2B2B"/>
                <w:sz w:val="18"/>
              </w:rPr>
              <w:t>[Prozessoptimierung]</w:t>
            </w:r>
          </w:p>
        </w:tc>
        <w:tc>
          <w:tcPr>
            <w:tcW w:type="dxa" w:w="3231"/>
            <w:tcMar>
              <w:top w:w="50" w:type="dxa"/>
              <w:start w:w="25" w:type="dxa"/>
              <w:bottom w:w="50" w:type="dxa"/>
              <w:end w:w="25" w:type="dxa"/>
            </w:tcMar>
            <w:vAlign w:val="center"/>
            <w:shd w:fill="F3F3F3" w:val="clear"/>
            <w:tcBorders>
              <w:left w:val="single" w:sz="8" w:color="D0D0D0"/>
              <w:top w:val="single" w:sz="8" w:color="D0D0D0"/>
              <w:right w:val="single" w:sz="8" w:color="D0D0D0"/>
              <w:bottom w:val="single" w:sz="8" w:color="D0D0D0"/>
            </w:tcBorders>
          </w:tcPr>
          <w:p>
            <w:pPr>
              <w:spacing w:before="0" w:after="0"/>
              <w:jc w:val="center"/>
            </w:pPr>
            <w:r>
              <w:rPr>
                <w:color w:val="2B2B2B"/>
                <w:sz w:val="18"/>
              </w:rPr>
              <w:t>[Reporting]</w:t>
            </w:r>
          </w:p>
        </w:tc>
        <w:tc>
          <w:tcPr>
            <w:tcW w:type="dxa" w:w="3231"/>
            <w:tcMar>
              <w:top w:w="50" w:type="dxa"/>
              <w:start w:w="25" w:type="dxa"/>
              <w:bottom w:w="50" w:type="dxa"/>
              <w:end w:w="25" w:type="dxa"/>
            </w:tcMar>
            <w:vAlign w:val="center"/>
            <w:shd w:fill="F3F3F3" w:val="clear"/>
            <w:tcBorders>
              <w:left w:val="single" w:sz="8" w:color="D0D0D0"/>
              <w:top w:val="single" w:sz="8" w:color="D0D0D0"/>
              <w:right w:val="single" w:sz="8" w:color="D0D0D0"/>
              <w:bottom w:val="single" w:sz="8" w:color="D0D0D0"/>
            </w:tcBorders>
          </w:tcPr>
          <w:p>
            <w:pPr>
              <w:spacing w:before="0" w:after="0"/>
              <w:jc w:val="center"/>
            </w:pPr>
            <w:r>
              <w:rPr>
                <w:color w:val="2B2B2B"/>
                <w:sz w:val="18"/>
              </w:rPr>
              <w:t>[Digitalisierung]</w:t>
            </w:r>
          </w:p>
        </w:tc>
      </w:tr>
    </w:tbl>
    <w:p>
      <w:pPr>
        <w:spacing w:before="60" w:after="60"/>
        <w:pBdr>
          <w:bottom w:val="single" w:sz="6" w:space="1" w:color="A6A6A6"/>
        </w:pBdr>
      </w:pPr>
      <w:r>
        <w:rPr>
          <w:b/>
          <w:color w:val="2B2B2B"/>
          <w:sz w:val="21"/>
        </w:rPr>
        <w:t>Berufserfahrung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31"/>
        <w:gridCol w:w="5131"/>
      </w:tblGrid>
      <w:tr>
        <w:tc>
          <w:tcPr>
            <w:tcW w:type="dxa" w:w="1814"/>
            <w:vAlign w:val="top"/>
            <w:tcMar>
              <w:top w:w="20" w:type="dxa"/>
              <w:start w:w="10" w:type="dxa"/>
              <w:bottom w:w="45" w:type="dxa"/>
              <w:end w:w="40" w:type="dxa"/>
            </w:tcMar>
          </w:tcPr>
          <w:p>
            <w:pPr>
              <w:spacing w:after="0"/>
            </w:pPr>
            <w:r>
              <w:rPr>
                <w:b/>
                <w:color w:val="5C5C5C"/>
                <w:sz w:val="17"/>
              </w:rPr>
              <w:t>MM.JJJJ – heute</w:t>
            </w:r>
          </w:p>
        </w:tc>
        <w:tc>
          <w:tcPr>
            <w:tcW w:type="dxa" w:w="7881"/>
            <w:vAlign w:val="top"/>
            <w:tcMar>
              <w:top w:w="20" w:type="dxa"/>
              <w:start w:w="25" w:type="dxa"/>
              <w:bottom w:w="45" w:type="dxa"/>
              <w:end w:w="10" w:type="dxa"/>
            </w:tcMar>
          </w:tcPr>
          <w:p>
            <w:pPr>
              <w:spacing w:after="20"/>
            </w:pPr>
            <w:r>
              <w:rPr>
                <w:b/>
                <w:color w:val="2B2B2B"/>
                <w:sz w:val="20"/>
              </w:rPr>
              <w:t>[Position] | [Unternehmen], [Ort]</w:t>
            </w:r>
          </w:p>
          <w:p>
            <w:pPr>
              <w:spacing w:after="0"/>
              <w:ind w:left="170" w:hanging="102"/>
            </w:pPr>
            <w:r>
              <w:rPr>
                <w:color w:val="2B2B2B"/>
                <w:sz w:val="18"/>
              </w:rPr>
              <w:t>• Verantwortung, Aufgabenbereich oder Teamgröße kurz beschreiben.</w:t>
            </w:r>
          </w:p>
          <w:p>
            <w:pPr>
              <w:spacing w:after="0"/>
              <w:ind w:left="170" w:hanging="102"/>
            </w:pPr>
            <w:r>
              <w:rPr>
                <w:color w:val="2B2B2B"/>
                <w:sz w:val="18"/>
              </w:rPr>
              <w:t>• Wichtige Projekte, Prozesse oder Kunden nennen.</w:t>
            </w:r>
          </w:p>
          <w:p>
            <w:pPr>
              <w:spacing w:after="0"/>
              <w:ind w:left="170" w:hanging="102"/>
            </w:pPr>
            <w:r>
              <w:rPr>
                <w:color w:val="2B2B2B"/>
                <w:sz w:val="18"/>
              </w:rPr>
              <w:t>• Messbares Ergebnis ergänzen, z. B. Umsatz, Effizienz oder Wachstum.</w:t>
            </w:r>
          </w:p>
        </w:tc>
      </w:tr>
      <w:tr>
        <w:tc>
          <w:tcPr>
            <w:tcW w:type="dxa" w:w="1814"/>
            <w:vAlign w:val="top"/>
            <w:tcMar>
              <w:top w:w="20" w:type="dxa"/>
              <w:start w:w="10" w:type="dxa"/>
              <w:bottom w:w="45" w:type="dxa"/>
              <w:end w:w="40" w:type="dxa"/>
            </w:tcMar>
          </w:tcPr>
          <w:p>
            <w:pPr>
              <w:spacing w:after="0"/>
            </w:pPr>
            <w:r>
              <w:rPr>
                <w:b/>
                <w:color w:val="5C5C5C"/>
                <w:sz w:val="17"/>
              </w:rPr>
              <w:t>MM.JJJJ – MM.JJJJ</w:t>
            </w:r>
          </w:p>
        </w:tc>
        <w:tc>
          <w:tcPr>
            <w:tcW w:type="dxa" w:w="7881"/>
            <w:vAlign w:val="top"/>
            <w:tcMar>
              <w:top w:w="20" w:type="dxa"/>
              <w:start w:w="25" w:type="dxa"/>
              <w:bottom w:w="45" w:type="dxa"/>
              <w:end w:w="10" w:type="dxa"/>
            </w:tcMar>
          </w:tcPr>
          <w:p>
            <w:pPr>
              <w:spacing w:after="20"/>
            </w:pPr>
            <w:r>
              <w:rPr>
                <w:b/>
                <w:color w:val="2B2B2B"/>
                <w:sz w:val="20"/>
              </w:rPr>
              <w:t>[Position] | [Unternehmen], [Ort]</w:t>
            </w:r>
          </w:p>
          <w:p>
            <w:pPr>
              <w:spacing w:after="0"/>
              <w:ind w:left="170" w:hanging="102"/>
            </w:pPr>
            <w:r>
              <w:rPr>
                <w:color w:val="2B2B2B"/>
                <w:sz w:val="18"/>
              </w:rPr>
              <w:t>• Kernaufgaben in 1–2 Zeilen zusammenfassen.</w:t>
            </w:r>
          </w:p>
          <w:p>
            <w:pPr>
              <w:spacing w:after="0"/>
              <w:ind w:left="170" w:hanging="102"/>
            </w:pPr>
            <w:r>
              <w:rPr>
                <w:color w:val="2B2B2B"/>
                <w:sz w:val="18"/>
              </w:rPr>
              <w:t>• Besondere Erfolge, Optimierungen oder Führungsverantwortung ergänzen.</w:t>
            </w:r>
          </w:p>
        </w:tc>
      </w:tr>
      <w:tr>
        <w:tc>
          <w:tcPr>
            <w:tcW w:type="dxa" w:w="1814"/>
            <w:vAlign w:val="top"/>
            <w:tcMar>
              <w:top w:w="20" w:type="dxa"/>
              <w:start w:w="10" w:type="dxa"/>
              <w:bottom w:w="45" w:type="dxa"/>
              <w:end w:w="40" w:type="dxa"/>
            </w:tcMar>
          </w:tcPr>
          <w:p>
            <w:pPr>
              <w:spacing w:after="0"/>
            </w:pPr>
            <w:r>
              <w:rPr>
                <w:b/>
                <w:color w:val="5C5C5C"/>
                <w:sz w:val="17"/>
              </w:rPr>
              <w:t>MM.JJJJ – MM.JJJJ</w:t>
            </w:r>
          </w:p>
        </w:tc>
        <w:tc>
          <w:tcPr>
            <w:tcW w:type="dxa" w:w="7881"/>
            <w:vAlign w:val="top"/>
            <w:tcMar>
              <w:top w:w="20" w:type="dxa"/>
              <w:start w:w="25" w:type="dxa"/>
              <w:bottom w:w="45" w:type="dxa"/>
              <w:end w:w="10" w:type="dxa"/>
            </w:tcMar>
          </w:tcPr>
          <w:p>
            <w:pPr>
              <w:spacing w:after="20"/>
            </w:pPr>
            <w:r>
              <w:rPr>
                <w:b/>
                <w:color w:val="2B2B2B"/>
                <w:sz w:val="20"/>
              </w:rPr>
              <w:t>[Position] | [Unternehmen], [Ort]</w:t>
            </w:r>
          </w:p>
          <w:p>
            <w:pPr>
              <w:spacing w:after="0"/>
              <w:ind w:left="170" w:hanging="102"/>
            </w:pPr>
            <w:r>
              <w:rPr>
                <w:color w:val="2B2B2B"/>
                <w:sz w:val="18"/>
              </w:rPr>
              <w:t>• Optional: ältere Station oder relevante Praktika / Werkstudententätigkeit.</w:t>
            </w:r>
          </w:p>
        </w:tc>
      </w:tr>
    </w:tbl>
    <w:p>
      <w:pPr>
        <w:spacing w:before="60" w:after="60"/>
        <w:pBdr>
          <w:bottom w:val="single" w:sz="6" w:space="1" w:color="A6A6A6"/>
        </w:pBdr>
      </w:pPr>
      <w:r>
        <w:rPr>
          <w:b/>
          <w:color w:val="2B2B2B"/>
          <w:sz w:val="21"/>
        </w:rPr>
        <w:t>Ausbildung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131"/>
        <w:gridCol w:w="5131"/>
      </w:tblGrid>
      <w:tr>
        <w:tc>
          <w:tcPr>
            <w:tcW w:type="dxa" w:w="1814"/>
            <w:tcMar>
              <w:top w:w="20" w:type="dxa"/>
              <w:start w:w="10" w:type="dxa"/>
              <w:bottom w:w="20" w:type="dxa"/>
              <w:end w:w="40" w:type="dxa"/>
            </w:tcMar>
          </w:tcPr>
          <w:p>
            <w:pPr>
              <w:spacing w:after="0"/>
            </w:pPr>
            <w:r>
              <w:rPr>
                <w:b/>
                <w:color w:val="5C5C5C"/>
                <w:sz w:val="17"/>
              </w:rPr>
              <w:t>MM.JJJJ – MM.JJJJ</w:t>
            </w:r>
          </w:p>
        </w:tc>
        <w:tc>
          <w:tcPr>
            <w:tcW w:type="dxa" w:w="7881"/>
            <w:tcMar>
              <w:top w:w="20" w:type="dxa"/>
              <w:start w:w="25" w:type="dxa"/>
              <w:bottom w:w="20" w:type="dxa"/>
              <w:end w:w="10" w:type="dxa"/>
            </w:tcMar>
          </w:tcPr>
          <w:p>
            <w:pPr>
              <w:spacing w:after="0"/>
            </w:pPr>
            <w:r>
              <w:rPr>
                <w:b/>
                <w:color w:val="2B2B2B"/>
                <w:sz w:val="19"/>
              </w:rPr>
              <w:t>[Studium / Ausbildung] | [Institution], [Ort]</w:t>
            </w:r>
          </w:p>
        </w:tc>
      </w:tr>
      <w:tr>
        <w:tc>
          <w:tcPr>
            <w:tcW w:type="dxa" w:w="1814"/>
            <w:tcMar>
              <w:top w:w="20" w:type="dxa"/>
              <w:start w:w="10" w:type="dxa"/>
              <w:bottom w:w="20" w:type="dxa"/>
              <w:end w:w="40" w:type="dxa"/>
            </w:tcMar>
          </w:tcPr>
          <w:p>
            <w:pPr>
              <w:spacing w:after="0"/>
            </w:pPr>
            <w:r>
              <w:rPr>
                <w:b/>
                <w:color w:val="5C5C5C"/>
                <w:sz w:val="17"/>
              </w:rPr>
              <w:t>MM.JJJJ – MM.JJJJ</w:t>
            </w:r>
          </w:p>
        </w:tc>
        <w:tc>
          <w:tcPr>
            <w:tcW w:type="dxa" w:w="7881"/>
            <w:tcMar>
              <w:top w:w="20" w:type="dxa"/>
              <w:start w:w="25" w:type="dxa"/>
              <w:bottom w:w="20" w:type="dxa"/>
              <w:end w:w="10" w:type="dxa"/>
            </w:tcMar>
          </w:tcPr>
          <w:p>
            <w:pPr>
              <w:spacing w:after="0"/>
            </w:pPr>
            <w:r>
              <w:rPr>
                <w:b w:val="0"/>
                <w:color w:val="2B2B2B"/>
                <w:sz w:val="19"/>
              </w:rPr>
              <w:t>[Weiterbildung / Zertifikat] | [Anbieter]</w:t>
            </w:r>
          </w:p>
        </w:tc>
      </w:tr>
    </w:tbl>
    <w:p>
      <w:pPr>
        <w:spacing w:before="60" w:after="60"/>
        <w:pBdr>
          <w:bottom w:val="single" w:sz="6" w:space="1" w:color="A6A6A6"/>
        </w:pBdr>
      </w:pPr>
      <w:r>
        <w:rPr>
          <w:b/>
          <w:color w:val="2B2B2B"/>
          <w:sz w:val="21"/>
        </w:rPr>
        <w:t>Kenntnisse</w:t>
      </w:r>
    </w:p>
    <w:tbl>
      <w:tblPr>
        <w:tblW w:type="auto" w:w="0"/>
        <w:jc w:val="left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2565"/>
        <w:gridCol w:w="2565"/>
        <w:gridCol w:w="2565"/>
        <w:gridCol w:w="2565"/>
      </w:tblGrid>
      <w:tr>
        <w:tc>
          <w:tcPr>
            <w:tcW w:type="dxa" w:w="1474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b/>
                <w:color w:val="2B2B2B"/>
                <w:sz w:val="18"/>
              </w:rPr>
              <w:t>Sprachen</w:t>
            </w:r>
          </w:p>
        </w:tc>
        <w:tc>
          <w:tcPr>
            <w:tcW w:type="dxa" w:w="3515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i/>
                <w:color w:val="5C5C5C"/>
                <w:sz w:val="18"/>
              </w:rPr>
              <w:t>[Deutsch C2 | Englisch B2 | ...]</w:t>
            </w:r>
          </w:p>
        </w:tc>
        <w:tc>
          <w:tcPr>
            <w:tcW w:type="dxa" w:w="1360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b/>
                <w:color w:val="2B2B2B"/>
                <w:sz w:val="18"/>
              </w:rPr>
              <w:t>Software</w:t>
            </w:r>
          </w:p>
        </w:tc>
        <w:tc>
          <w:tcPr>
            <w:tcW w:type="dxa" w:w="3345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i/>
                <w:color w:val="5C5C5C"/>
                <w:sz w:val="18"/>
              </w:rPr>
              <w:t>[MS Office | SAP | CRM | ...]</w:t>
            </w:r>
          </w:p>
        </w:tc>
      </w:tr>
      <w:tr>
        <w:tc>
          <w:tcPr>
            <w:tcW w:type="dxa" w:w="1474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b/>
                <w:color w:val="2B2B2B"/>
                <w:sz w:val="18"/>
              </w:rPr>
              <w:t>Methoden</w:t>
            </w:r>
          </w:p>
        </w:tc>
        <w:tc>
          <w:tcPr>
            <w:tcW w:type="dxa" w:w="3515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i/>
                <w:color w:val="5C5C5C"/>
                <w:sz w:val="18"/>
              </w:rPr>
              <w:t>[Scrum | Kanban | Lean | ...]</w:t>
            </w:r>
          </w:p>
        </w:tc>
        <w:tc>
          <w:tcPr>
            <w:tcW w:type="dxa" w:w="1360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b/>
                <w:color w:val="2B2B2B"/>
                <w:sz w:val="18"/>
              </w:rPr>
              <w:t>Stärken</w:t>
            </w:r>
          </w:p>
        </w:tc>
        <w:tc>
          <w:tcPr>
            <w:tcW w:type="dxa" w:w="3345"/>
            <w:tcMar>
              <w:top w:w="20" w:type="dxa"/>
              <w:start w:w="10" w:type="dxa"/>
              <w:bottom w:w="20" w:type="dxa"/>
              <w:end w:w="10" w:type="dxa"/>
            </w:tcMar>
          </w:tcPr>
          <w:p>
            <w:r>
              <w:rPr>
                <w:i/>
                <w:color w:val="5C5C5C"/>
                <w:sz w:val="18"/>
              </w:rPr>
              <w:t>[analytisch | strukturiert | kommunikationsstark]</w:t>
            </w:r>
          </w:p>
        </w:tc>
      </w:tr>
    </w:tbl>
    <w:p>
      <w:pPr>
        <w:spacing w:before="100" w:after="0"/>
        <w:jc w:val="right"/>
      </w:pPr>
      <w:r>
        <w:rPr>
          <w:i/>
          <w:color w:val="5C5C5C"/>
          <w:sz w:val="16"/>
        </w:rPr>
        <w:t>Nicht benötigte Platzhalter einfach überschreiben oder löschen.</w:t>
      </w:r>
    </w:p>
    <w:sectPr w:rsidR="00FC693F" w:rsidRPr="0006063C" w:rsidSect="00034616">
      <w:pgSz w:w="11906" w:h="16838"/>
      <w:pgMar w:top="765" w:right="822" w:bottom="680" w:left="82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