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DFB51" w14:textId="77777777" w:rsidR="00E734AD" w:rsidRPr="000F6553" w:rsidRDefault="00000000">
      <w:pPr>
        <w:spacing w:after="0" w:line="240" w:lineRule="auto"/>
        <w:rPr>
          <w:sz w:val="32"/>
          <w:szCs w:val="32"/>
        </w:rPr>
      </w:pPr>
      <w:r w:rsidRPr="000F6553">
        <w:rPr>
          <w:b/>
          <w:sz w:val="32"/>
          <w:szCs w:val="32"/>
        </w:rPr>
        <w:t>Max Mustermann</w:t>
      </w:r>
    </w:p>
    <w:p w14:paraId="52DF26DF" w14:textId="7386D36E" w:rsidR="00E734AD" w:rsidRDefault="00000000">
      <w:pPr>
        <w:spacing w:after="80" w:line="240" w:lineRule="auto"/>
        <w:rPr>
          <w:color w:val="707070"/>
          <w:sz w:val="15"/>
        </w:rPr>
      </w:pPr>
      <w:r>
        <w:rPr>
          <w:color w:val="707070"/>
          <w:sz w:val="15"/>
        </w:rPr>
        <w:t xml:space="preserve">Musterstraße 12   |   12345 Musterstadt   |   +49 170 0000000   |   </w:t>
      </w:r>
      <w:hyperlink r:id="rId8" w:history="1">
        <w:r w:rsidR="000F6553" w:rsidRPr="00B62F78">
          <w:rPr>
            <w:rStyle w:val="Hyperlink"/>
            <w:sz w:val="15"/>
          </w:rPr>
          <w:t>max@mustermann.de</w:t>
        </w:r>
      </w:hyperlink>
    </w:p>
    <w:p w14:paraId="2167B569" w14:textId="77777777" w:rsidR="000F6553" w:rsidRDefault="000F6553">
      <w:pPr>
        <w:spacing w:after="80" w:line="240" w:lineRule="auto"/>
      </w:pPr>
    </w:p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0091"/>
      </w:tblGrid>
      <w:tr w:rsidR="00E734AD" w14:paraId="01AABA24" w14:textId="77777777">
        <w:trPr>
          <w:jc w:val="center"/>
        </w:trPr>
        <w:tc>
          <w:tcPr>
            <w:tcW w:w="10091" w:type="dxa"/>
            <w:shd w:val="clear" w:color="auto" w:fill="349DAC"/>
          </w:tcPr>
          <w:p w14:paraId="55E307AF" w14:textId="77777777" w:rsidR="00E734AD" w:rsidRDefault="00E734AD">
            <w:pPr>
              <w:spacing w:after="0" w:line="240" w:lineRule="auto"/>
            </w:pPr>
          </w:p>
        </w:tc>
      </w:tr>
    </w:tbl>
    <w:p w14:paraId="0DB3AA55" w14:textId="77777777" w:rsidR="00E734AD" w:rsidRPr="000F6553" w:rsidRDefault="00000000">
      <w:pPr>
        <w:spacing w:before="140" w:after="120" w:line="240" w:lineRule="auto"/>
        <w:rPr>
          <w:sz w:val="40"/>
          <w:szCs w:val="40"/>
        </w:rPr>
      </w:pPr>
      <w:r w:rsidRPr="000F6553">
        <w:rPr>
          <w:b/>
          <w:sz w:val="40"/>
          <w:szCs w:val="40"/>
        </w:rPr>
        <w:t>LEBENSLAUF</w:t>
      </w: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6576"/>
        <w:gridCol w:w="2324"/>
      </w:tblGrid>
      <w:tr w:rsidR="00E734AD" w14:paraId="6D16A99C" w14:textId="77777777">
        <w:tc>
          <w:tcPr>
            <w:tcW w:w="6576" w:type="dxa"/>
          </w:tcPr>
          <w:p w14:paraId="409A3BA6" w14:textId="77777777" w:rsidR="00E734AD" w:rsidRDefault="00000000">
            <w:pPr>
              <w:spacing w:after="80" w:line="240" w:lineRule="auto"/>
            </w:pPr>
            <w:r>
              <w:rPr>
                <w:b/>
                <w:sz w:val="19"/>
              </w:rPr>
              <w:t>Persönliche Daten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1"/>
              <w:gridCol w:w="4082"/>
            </w:tblGrid>
            <w:tr w:rsidR="00E734AD" w14:paraId="2CF024F5" w14:textId="77777777">
              <w:tc>
                <w:tcPr>
                  <w:tcW w:w="2041" w:type="dxa"/>
                </w:tcPr>
                <w:p w14:paraId="77EF25B2" w14:textId="77777777" w:rsidR="00E734AD" w:rsidRDefault="00000000">
                  <w:pPr>
                    <w:spacing w:after="0" w:line="240" w:lineRule="auto"/>
                  </w:pPr>
                  <w:r>
                    <w:rPr>
                      <w:b/>
                      <w:sz w:val="17"/>
                    </w:rPr>
                    <w:t>Geburtsdatum:</w:t>
                  </w:r>
                </w:p>
              </w:tc>
              <w:tc>
                <w:tcPr>
                  <w:tcW w:w="4082" w:type="dxa"/>
                </w:tcPr>
                <w:p w14:paraId="2C860810" w14:textId="77777777" w:rsidR="00E734AD" w:rsidRDefault="00000000">
                  <w:pPr>
                    <w:spacing w:after="0" w:line="240" w:lineRule="auto"/>
                  </w:pPr>
                  <w:r>
                    <w:rPr>
                      <w:color w:val="707070"/>
                    </w:rPr>
                    <w:t>[TT.MM.JJJJ]</w:t>
                  </w:r>
                </w:p>
              </w:tc>
            </w:tr>
            <w:tr w:rsidR="00E734AD" w14:paraId="61C2328F" w14:textId="77777777">
              <w:tc>
                <w:tcPr>
                  <w:tcW w:w="2041" w:type="dxa"/>
                </w:tcPr>
                <w:p w14:paraId="13C68800" w14:textId="77777777" w:rsidR="00E734AD" w:rsidRDefault="00000000">
                  <w:pPr>
                    <w:spacing w:after="0" w:line="240" w:lineRule="auto"/>
                  </w:pPr>
                  <w:r>
                    <w:rPr>
                      <w:b/>
                      <w:sz w:val="17"/>
                    </w:rPr>
                    <w:t>Geburtsort:</w:t>
                  </w:r>
                </w:p>
              </w:tc>
              <w:tc>
                <w:tcPr>
                  <w:tcW w:w="4082" w:type="dxa"/>
                </w:tcPr>
                <w:p w14:paraId="425C15EE" w14:textId="77777777" w:rsidR="00E734AD" w:rsidRDefault="00000000">
                  <w:pPr>
                    <w:spacing w:after="0" w:line="240" w:lineRule="auto"/>
                  </w:pPr>
                  <w:r>
                    <w:rPr>
                      <w:color w:val="707070"/>
                    </w:rPr>
                    <w:t>[Ort]</w:t>
                  </w:r>
                </w:p>
              </w:tc>
            </w:tr>
            <w:tr w:rsidR="00E734AD" w14:paraId="0E569226" w14:textId="77777777">
              <w:tc>
                <w:tcPr>
                  <w:tcW w:w="2041" w:type="dxa"/>
                </w:tcPr>
                <w:p w14:paraId="721A95C0" w14:textId="77777777" w:rsidR="00E734AD" w:rsidRDefault="00000000">
                  <w:pPr>
                    <w:spacing w:after="0" w:line="240" w:lineRule="auto"/>
                  </w:pPr>
                  <w:r>
                    <w:rPr>
                      <w:b/>
                      <w:sz w:val="17"/>
                    </w:rPr>
                    <w:t>Staatsangehörigkeit:</w:t>
                  </w:r>
                </w:p>
              </w:tc>
              <w:tc>
                <w:tcPr>
                  <w:tcW w:w="4082" w:type="dxa"/>
                </w:tcPr>
                <w:p w14:paraId="00EFE5FC" w14:textId="77777777" w:rsidR="00E734AD" w:rsidRDefault="00000000">
                  <w:pPr>
                    <w:spacing w:after="0" w:line="240" w:lineRule="auto"/>
                  </w:pPr>
                  <w:r>
                    <w:rPr>
                      <w:color w:val="707070"/>
                    </w:rPr>
                    <w:t>[Nationalität]</w:t>
                  </w:r>
                </w:p>
              </w:tc>
            </w:tr>
            <w:tr w:rsidR="00E734AD" w14:paraId="54C2F4A8" w14:textId="77777777">
              <w:tc>
                <w:tcPr>
                  <w:tcW w:w="2041" w:type="dxa"/>
                </w:tcPr>
                <w:p w14:paraId="2A31659E" w14:textId="77777777" w:rsidR="00E734AD" w:rsidRDefault="00000000">
                  <w:pPr>
                    <w:spacing w:after="0" w:line="240" w:lineRule="auto"/>
                  </w:pPr>
                  <w:r>
                    <w:rPr>
                      <w:b/>
                      <w:sz w:val="17"/>
                    </w:rPr>
                    <w:t>Telefon:</w:t>
                  </w:r>
                </w:p>
              </w:tc>
              <w:tc>
                <w:tcPr>
                  <w:tcW w:w="4082" w:type="dxa"/>
                </w:tcPr>
                <w:p w14:paraId="44142B03" w14:textId="77777777" w:rsidR="00E734AD" w:rsidRDefault="00000000">
                  <w:pPr>
                    <w:spacing w:after="0" w:line="240" w:lineRule="auto"/>
                  </w:pPr>
                  <w:r>
                    <w:rPr>
                      <w:color w:val="707070"/>
                    </w:rPr>
                    <w:t>[Telefonnummer]</w:t>
                  </w:r>
                </w:p>
              </w:tc>
            </w:tr>
            <w:tr w:rsidR="00E734AD" w14:paraId="6C8F11EC" w14:textId="77777777">
              <w:tc>
                <w:tcPr>
                  <w:tcW w:w="2041" w:type="dxa"/>
                </w:tcPr>
                <w:p w14:paraId="5630BC07" w14:textId="77777777" w:rsidR="00E734AD" w:rsidRDefault="00000000">
                  <w:pPr>
                    <w:spacing w:after="0" w:line="240" w:lineRule="auto"/>
                  </w:pPr>
                  <w:r>
                    <w:rPr>
                      <w:b/>
                      <w:sz w:val="17"/>
                    </w:rPr>
                    <w:t>E-Mail:</w:t>
                  </w:r>
                </w:p>
              </w:tc>
              <w:tc>
                <w:tcPr>
                  <w:tcW w:w="4082" w:type="dxa"/>
                </w:tcPr>
                <w:p w14:paraId="26AA4112" w14:textId="77777777" w:rsidR="00E734AD" w:rsidRDefault="00000000">
                  <w:pPr>
                    <w:spacing w:after="0" w:line="240" w:lineRule="auto"/>
                  </w:pPr>
                  <w:r>
                    <w:rPr>
                      <w:color w:val="707070"/>
                    </w:rPr>
                    <w:t>[E-Mail-Adresse]</w:t>
                  </w:r>
                </w:p>
              </w:tc>
            </w:tr>
          </w:tbl>
          <w:p w14:paraId="47AF8864" w14:textId="77777777" w:rsidR="00E734AD" w:rsidRDefault="00E734AD"/>
        </w:tc>
        <w:tc>
          <w:tcPr>
            <w:tcW w:w="2324" w:type="dxa"/>
          </w:tcPr>
          <w:p w14:paraId="34102F55" w14:textId="77777777" w:rsidR="00E734AD" w:rsidRDefault="00E734AD"/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83"/>
            </w:tblGrid>
            <w:tr w:rsidR="00E734AD" w14:paraId="231A3549" w14:textId="77777777" w:rsidTr="000F6553">
              <w:trPr>
                <w:trHeight w:val="2805"/>
                <w:jc w:val="center"/>
              </w:trPr>
              <w:tc>
                <w:tcPr>
                  <w:tcW w:w="2183" w:type="dxa"/>
                  <w:tcBorders>
                    <w:top w:val="single" w:sz="6" w:space="0" w:color="D5D5D5"/>
                    <w:left w:val="single" w:sz="6" w:space="0" w:color="D5D5D5"/>
                    <w:bottom w:val="single" w:sz="6" w:space="0" w:color="D5D5D5"/>
                    <w:right w:val="single" w:sz="6" w:space="0" w:color="D5D5D5"/>
                  </w:tcBorders>
                  <w:shd w:val="clear" w:color="auto" w:fill="EEEEEE"/>
                </w:tcPr>
                <w:p w14:paraId="6BF4A2E6" w14:textId="77777777" w:rsidR="00E734AD" w:rsidRDefault="00000000">
                  <w:pPr>
                    <w:spacing w:before="840" w:after="0" w:line="240" w:lineRule="auto"/>
                    <w:jc w:val="center"/>
                  </w:pPr>
                  <w:r>
                    <w:rPr>
                      <w:b/>
                      <w:color w:val="707070"/>
                      <w:sz w:val="21"/>
                    </w:rPr>
                    <w:t>Foto</w:t>
                  </w:r>
                </w:p>
              </w:tc>
            </w:tr>
          </w:tbl>
          <w:p w14:paraId="3F7B025E" w14:textId="77777777" w:rsidR="00E734AD" w:rsidRDefault="00E734AD"/>
        </w:tc>
      </w:tr>
    </w:tbl>
    <w:p w14:paraId="29D718D1" w14:textId="77777777" w:rsidR="002A7F63" w:rsidRDefault="002A7F63">
      <w:pPr>
        <w:spacing w:before="160" w:after="60" w:line="240" w:lineRule="auto"/>
        <w:rPr>
          <w:b/>
          <w:sz w:val="24"/>
          <w:szCs w:val="24"/>
        </w:rPr>
      </w:pPr>
    </w:p>
    <w:p w14:paraId="1975C13B" w14:textId="1F556381" w:rsidR="00E734AD" w:rsidRPr="000F6553" w:rsidRDefault="00000000">
      <w:pPr>
        <w:spacing w:before="160" w:after="60" w:line="240" w:lineRule="auto"/>
        <w:rPr>
          <w:b/>
          <w:sz w:val="24"/>
          <w:szCs w:val="24"/>
        </w:rPr>
      </w:pPr>
      <w:r w:rsidRPr="000F6553">
        <w:rPr>
          <w:b/>
          <w:sz w:val="24"/>
          <w:szCs w:val="24"/>
        </w:rPr>
        <w:t>BERUFSERFAHRUNGEN</w:t>
      </w:r>
    </w:p>
    <w:p w14:paraId="0A4B4FD0" w14:textId="77777777" w:rsidR="000F6553" w:rsidRDefault="000F6553">
      <w:pPr>
        <w:spacing w:before="160" w:after="60" w:line="240" w:lineRule="auto"/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200"/>
      </w:tblGrid>
      <w:tr w:rsidR="00E734AD" w14:paraId="1FD91474" w14:textId="77777777">
        <w:tc>
          <w:tcPr>
            <w:tcW w:w="1701" w:type="dxa"/>
          </w:tcPr>
          <w:p w14:paraId="5582BC24" w14:textId="77777777" w:rsidR="00E734AD" w:rsidRDefault="00000000">
            <w:pPr>
              <w:spacing w:after="0" w:line="240" w:lineRule="auto"/>
            </w:pPr>
            <w:r>
              <w:rPr>
                <w:b/>
                <w:color w:val="707070"/>
                <w:sz w:val="16"/>
              </w:rPr>
              <w:t>MM/JJJJ – heute</w:t>
            </w:r>
          </w:p>
        </w:tc>
        <w:tc>
          <w:tcPr>
            <w:tcW w:w="7200" w:type="dxa"/>
          </w:tcPr>
          <w:p w14:paraId="13788467" w14:textId="77777777" w:rsidR="00E734AD" w:rsidRDefault="00000000">
            <w:pPr>
              <w:spacing w:after="0" w:line="240" w:lineRule="auto"/>
            </w:pPr>
            <w:r>
              <w:rPr>
                <w:b/>
              </w:rPr>
              <w:t>[Jobtitel] bei [Unternehmen]</w:t>
            </w:r>
          </w:p>
          <w:p w14:paraId="117C164C" w14:textId="77777777" w:rsidR="00E734AD" w:rsidRDefault="00000000">
            <w:pPr>
              <w:spacing w:after="0" w:line="240" w:lineRule="auto"/>
            </w:pPr>
            <w:r>
              <w:t>• [Wichtige Aufgabe oder Verantwortung]</w:t>
            </w:r>
          </w:p>
          <w:p w14:paraId="607021E5" w14:textId="77777777" w:rsidR="00E734AD" w:rsidRDefault="00000000">
            <w:pPr>
              <w:spacing w:after="0" w:line="240" w:lineRule="auto"/>
            </w:pPr>
            <w:r>
              <w:t>• [Relevantes Projekt oder Erfolg]</w:t>
            </w:r>
          </w:p>
          <w:p w14:paraId="48D1488D" w14:textId="77777777" w:rsidR="00E734AD" w:rsidRDefault="00000000">
            <w:pPr>
              <w:spacing w:after="80" w:line="240" w:lineRule="auto"/>
            </w:pPr>
            <w:r>
              <w:t>• [Zusätzliche Tätigkeit oder Schwerpunkt]</w:t>
            </w:r>
          </w:p>
        </w:tc>
      </w:tr>
      <w:tr w:rsidR="00E734AD" w14:paraId="6B0616B0" w14:textId="77777777">
        <w:tc>
          <w:tcPr>
            <w:tcW w:w="1701" w:type="dxa"/>
          </w:tcPr>
          <w:p w14:paraId="65F267B3" w14:textId="77777777" w:rsidR="00E734AD" w:rsidRDefault="00000000">
            <w:pPr>
              <w:spacing w:after="0" w:line="240" w:lineRule="auto"/>
            </w:pPr>
            <w:r>
              <w:rPr>
                <w:b/>
                <w:color w:val="707070"/>
                <w:sz w:val="16"/>
              </w:rPr>
              <w:t>MM/JJJJ – MM/JJJJ</w:t>
            </w:r>
          </w:p>
        </w:tc>
        <w:tc>
          <w:tcPr>
            <w:tcW w:w="7200" w:type="dxa"/>
          </w:tcPr>
          <w:p w14:paraId="1F813BC2" w14:textId="77777777" w:rsidR="00E734AD" w:rsidRDefault="00000000">
            <w:pPr>
              <w:spacing w:after="0" w:line="240" w:lineRule="auto"/>
            </w:pPr>
            <w:r>
              <w:rPr>
                <w:b/>
              </w:rPr>
              <w:t>[Jobtitel] bei [Unternehmen]</w:t>
            </w:r>
          </w:p>
          <w:p w14:paraId="3BDE5360" w14:textId="77777777" w:rsidR="00E734AD" w:rsidRDefault="00000000">
            <w:pPr>
              <w:spacing w:after="0" w:line="240" w:lineRule="auto"/>
            </w:pPr>
            <w:r>
              <w:t>• [Wichtige Aufgabe oder Verantwortung]</w:t>
            </w:r>
          </w:p>
          <w:p w14:paraId="5B3151CE" w14:textId="77777777" w:rsidR="00E734AD" w:rsidRDefault="00000000">
            <w:pPr>
              <w:spacing w:after="0" w:line="240" w:lineRule="auto"/>
            </w:pPr>
            <w:r>
              <w:t>• [Relevantes Projekt oder Erfolg]</w:t>
            </w:r>
          </w:p>
          <w:p w14:paraId="0E1C3411" w14:textId="77777777" w:rsidR="00E734AD" w:rsidRDefault="00000000">
            <w:pPr>
              <w:spacing w:after="80" w:line="240" w:lineRule="auto"/>
            </w:pPr>
            <w:r>
              <w:t>• [Zusätzliche Tätigkeit oder Schwerpunkt]</w:t>
            </w:r>
          </w:p>
        </w:tc>
      </w:tr>
      <w:tr w:rsidR="00E734AD" w14:paraId="2CECB400" w14:textId="77777777">
        <w:tc>
          <w:tcPr>
            <w:tcW w:w="1701" w:type="dxa"/>
          </w:tcPr>
          <w:p w14:paraId="63A145B6" w14:textId="77777777" w:rsidR="00E734AD" w:rsidRDefault="00000000">
            <w:pPr>
              <w:spacing w:after="0" w:line="240" w:lineRule="auto"/>
            </w:pPr>
            <w:r>
              <w:rPr>
                <w:b/>
                <w:color w:val="707070"/>
                <w:sz w:val="16"/>
              </w:rPr>
              <w:t>MM/JJJJ – MM/JJJJ</w:t>
            </w:r>
          </w:p>
        </w:tc>
        <w:tc>
          <w:tcPr>
            <w:tcW w:w="7200" w:type="dxa"/>
          </w:tcPr>
          <w:p w14:paraId="3CFC46FC" w14:textId="77777777" w:rsidR="00E734AD" w:rsidRDefault="00000000">
            <w:pPr>
              <w:spacing w:after="0" w:line="240" w:lineRule="auto"/>
            </w:pPr>
            <w:r>
              <w:rPr>
                <w:b/>
              </w:rPr>
              <w:t>[Jobtitel] bei [Unternehmen]</w:t>
            </w:r>
          </w:p>
          <w:p w14:paraId="353C12A8" w14:textId="77777777" w:rsidR="00E734AD" w:rsidRDefault="00000000">
            <w:pPr>
              <w:spacing w:after="0" w:line="240" w:lineRule="auto"/>
            </w:pPr>
            <w:r>
              <w:t>• [Wichtige Aufgabe oder Verantwortung]</w:t>
            </w:r>
          </w:p>
          <w:p w14:paraId="5CA47A17" w14:textId="77777777" w:rsidR="00E734AD" w:rsidRDefault="00000000">
            <w:pPr>
              <w:spacing w:after="80" w:line="240" w:lineRule="auto"/>
            </w:pPr>
            <w:r>
              <w:t>• [Relevantes Projekt oder Erfolg]</w:t>
            </w:r>
          </w:p>
        </w:tc>
      </w:tr>
    </w:tbl>
    <w:p w14:paraId="4038B462" w14:textId="77777777" w:rsidR="000F6553" w:rsidRDefault="000F6553">
      <w:pPr>
        <w:spacing w:before="160" w:after="60" w:line="240" w:lineRule="auto"/>
        <w:rPr>
          <w:b/>
          <w:sz w:val="24"/>
          <w:szCs w:val="24"/>
        </w:rPr>
      </w:pPr>
    </w:p>
    <w:p w14:paraId="2D5B36E3" w14:textId="77777777" w:rsidR="002A7F63" w:rsidRDefault="002A7F63">
      <w:pPr>
        <w:spacing w:before="160" w:after="60" w:line="240" w:lineRule="auto"/>
        <w:rPr>
          <w:b/>
          <w:sz w:val="24"/>
          <w:szCs w:val="24"/>
        </w:rPr>
      </w:pPr>
    </w:p>
    <w:p w14:paraId="0FC23035" w14:textId="70747EFD" w:rsidR="00E734AD" w:rsidRDefault="00000000">
      <w:pPr>
        <w:spacing w:before="160" w:after="60" w:line="240" w:lineRule="auto"/>
        <w:rPr>
          <w:b/>
          <w:sz w:val="24"/>
          <w:szCs w:val="24"/>
        </w:rPr>
      </w:pPr>
      <w:r w:rsidRPr="000F6553">
        <w:rPr>
          <w:b/>
          <w:sz w:val="24"/>
          <w:szCs w:val="24"/>
        </w:rPr>
        <w:t>AUSBILDUNG</w:t>
      </w:r>
    </w:p>
    <w:p w14:paraId="20ACD06A" w14:textId="77777777" w:rsidR="000F6553" w:rsidRPr="000F6553" w:rsidRDefault="000F6553">
      <w:pPr>
        <w:spacing w:before="160" w:after="60" w:line="240" w:lineRule="auto"/>
        <w:rPr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200"/>
      </w:tblGrid>
      <w:tr w:rsidR="00E734AD" w14:paraId="40078813" w14:textId="77777777">
        <w:tc>
          <w:tcPr>
            <w:tcW w:w="1701" w:type="dxa"/>
          </w:tcPr>
          <w:p w14:paraId="27C00A51" w14:textId="77777777" w:rsidR="00E734AD" w:rsidRDefault="00000000">
            <w:pPr>
              <w:spacing w:after="0" w:line="240" w:lineRule="auto"/>
            </w:pPr>
            <w:r>
              <w:rPr>
                <w:b/>
                <w:color w:val="707070"/>
                <w:sz w:val="16"/>
              </w:rPr>
              <w:t>MM/JJJJ – MM/JJJJ</w:t>
            </w:r>
          </w:p>
        </w:tc>
        <w:tc>
          <w:tcPr>
            <w:tcW w:w="7200" w:type="dxa"/>
          </w:tcPr>
          <w:p w14:paraId="0D588D96" w14:textId="77777777" w:rsidR="00E734AD" w:rsidRDefault="00000000">
            <w:pPr>
              <w:spacing w:after="0" w:line="240" w:lineRule="auto"/>
            </w:pPr>
            <w:r>
              <w:rPr>
                <w:b/>
              </w:rPr>
              <w:t>[Ausbildung / Studium]</w:t>
            </w:r>
          </w:p>
          <w:p w14:paraId="193C63E6" w14:textId="77777777" w:rsidR="00E734AD" w:rsidRDefault="00000000">
            <w:pPr>
              <w:spacing w:after="0" w:line="240" w:lineRule="auto"/>
            </w:pPr>
            <w:r>
              <w:t>[Schule / Hochschule / Institution]</w:t>
            </w:r>
          </w:p>
          <w:p w14:paraId="3CD12F12" w14:textId="77777777" w:rsidR="00E734AD" w:rsidRDefault="00000000">
            <w:pPr>
              <w:spacing w:after="80" w:line="240" w:lineRule="auto"/>
            </w:pPr>
            <w:r>
              <w:t>[Abschluss: …]</w:t>
            </w:r>
          </w:p>
        </w:tc>
      </w:tr>
      <w:tr w:rsidR="00E734AD" w14:paraId="1AB549D6" w14:textId="77777777">
        <w:tc>
          <w:tcPr>
            <w:tcW w:w="1701" w:type="dxa"/>
          </w:tcPr>
          <w:p w14:paraId="7BFC2621" w14:textId="77777777" w:rsidR="00E734AD" w:rsidRDefault="00000000">
            <w:pPr>
              <w:spacing w:after="0" w:line="240" w:lineRule="auto"/>
            </w:pPr>
            <w:r>
              <w:rPr>
                <w:b/>
                <w:color w:val="707070"/>
                <w:sz w:val="16"/>
              </w:rPr>
              <w:t>MM/JJJJ – MM/JJJJ</w:t>
            </w:r>
          </w:p>
        </w:tc>
        <w:tc>
          <w:tcPr>
            <w:tcW w:w="7200" w:type="dxa"/>
          </w:tcPr>
          <w:p w14:paraId="134FA90A" w14:textId="77777777" w:rsidR="00E734AD" w:rsidRDefault="00000000">
            <w:pPr>
              <w:spacing w:after="0" w:line="240" w:lineRule="auto"/>
            </w:pPr>
            <w:r>
              <w:rPr>
                <w:b/>
              </w:rPr>
              <w:t>[Ausbildung / Schule]</w:t>
            </w:r>
          </w:p>
          <w:p w14:paraId="7214B195" w14:textId="77777777" w:rsidR="00E734AD" w:rsidRDefault="00000000">
            <w:pPr>
              <w:spacing w:after="0" w:line="240" w:lineRule="auto"/>
            </w:pPr>
            <w:r>
              <w:t>[Schule / Institution]</w:t>
            </w:r>
          </w:p>
          <w:p w14:paraId="1EED8FE0" w14:textId="77777777" w:rsidR="00E734AD" w:rsidRDefault="00000000">
            <w:pPr>
              <w:spacing w:after="80" w:line="240" w:lineRule="auto"/>
            </w:pPr>
            <w:r>
              <w:t>[Abschluss: …]</w:t>
            </w:r>
          </w:p>
        </w:tc>
      </w:tr>
    </w:tbl>
    <w:p w14:paraId="37DE58D4" w14:textId="77777777" w:rsidR="00E734AD" w:rsidRDefault="00E734AD">
      <w:pPr>
        <w:spacing w:before="200" w:after="40" w:line="240" w:lineRule="auto"/>
      </w:pPr>
    </w:p>
    <w:p w14:paraId="14F01918" w14:textId="77777777" w:rsidR="002A7F63" w:rsidRDefault="002A7F63">
      <w:pPr>
        <w:spacing w:before="200" w:after="40" w:line="240" w:lineRule="auto"/>
      </w:pPr>
    </w:p>
    <w:p w14:paraId="350FAF09" w14:textId="77777777" w:rsidR="002A7F63" w:rsidRDefault="002A7F63">
      <w:pPr>
        <w:spacing w:before="200" w:after="40" w:line="240" w:lineRule="auto"/>
      </w:pPr>
    </w:p>
    <w:p w14:paraId="583DDE21" w14:textId="77777777" w:rsidR="002A7F63" w:rsidRDefault="002A7F63">
      <w:pPr>
        <w:spacing w:before="200" w:after="40" w:line="240" w:lineRule="auto"/>
      </w:pPr>
    </w:p>
    <w:tbl>
      <w:tblPr>
        <w:tblW w:w="0" w:type="auto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10091"/>
      </w:tblGrid>
      <w:tr w:rsidR="00E734AD" w14:paraId="4792D386" w14:textId="77777777">
        <w:trPr>
          <w:jc w:val="center"/>
        </w:trPr>
        <w:tc>
          <w:tcPr>
            <w:tcW w:w="10091" w:type="dxa"/>
            <w:shd w:val="clear" w:color="auto" w:fill="349DAC"/>
          </w:tcPr>
          <w:p w14:paraId="68029ECC" w14:textId="77777777" w:rsidR="00E734AD" w:rsidRDefault="00E734AD">
            <w:pPr>
              <w:spacing w:after="0" w:line="240" w:lineRule="auto"/>
            </w:pPr>
          </w:p>
        </w:tc>
      </w:tr>
    </w:tbl>
    <w:p w14:paraId="66C9863B" w14:textId="77777777" w:rsidR="00E734AD" w:rsidRDefault="00000000">
      <w:pPr>
        <w:spacing w:after="0" w:line="240" w:lineRule="auto"/>
      </w:pPr>
      <w:r>
        <w:rPr>
          <w:color w:val="707070"/>
          <w:sz w:val="14"/>
        </w:rPr>
        <w:t>Lebenslaufvorlage | tabellarisch | schlicht</w:t>
      </w:r>
    </w:p>
    <w:sectPr w:rsidR="00E734AD" w:rsidSect="000F6553">
      <w:pgSz w:w="12240" w:h="15840"/>
      <w:pgMar w:top="851" w:right="964" w:bottom="652" w:left="9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E5884" w14:textId="77777777" w:rsidR="00FD0E59" w:rsidRDefault="00FD0E59" w:rsidP="000F6553">
      <w:pPr>
        <w:spacing w:after="0" w:line="240" w:lineRule="auto"/>
      </w:pPr>
      <w:r>
        <w:separator/>
      </w:r>
    </w:p>
  </w:endnote>
  <w:endnote w:type="continuationSeparator" w:id="0">
    <w:p w14:paraId="0E4F782F" w14:textId="77777777" w:rsidR="00FD0E59" w:rsidRDefault="00FD0E59" w:rsidP="000F65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62CD38" w14:textId="77777777" w:rsidR="00FD0E59" w:rsidRDefault="00FD0E59" w:rsidP="000F6553">
      <w:pPr>
        <w:spacing w:after="0" w:line="240" w:lineRule="auto"/>
      </w:pPr>
      <w:r>
        <w:separator/>
      </w:r>
    </w:p>
  </w:footnote>
  <w:footnote w:type="continuationSeparator" w:id="0">
    <w:p w14:paraId="5816A151" w14:textId="77777777" w:rsidR="00FD0E59" w:rsidRDefault="00FD0E59" w:rsidP="000F65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60879383">
    <w:abstractNumId w:val="8"/>
  </w:num>
  <w:num w:numId="2" w16cid:durableId="325059375">
    <w:abstractNumId w:val="6"/>
  </w:num>
  <w:num w:numId="3" w16cid:durableId="2061514299">
    <w:abstractNumId w:val="5"/>
  </w:num>
  <w:num w:numId="4" w16cid:durableId="315110861">
    <w:abstractNumId w:val="4"/>
  </w:num>
  <w:num w:numId="5" w16cid:durableId="861093524">
    <w:abstractNumId w:val="7"/>
  </w:num>
  <w:num w:numId="6" w16cid:durableId="1594895807">
    <w:abstractNumId w:val="3"/>
  </w:num>
  <w:num w:numId="7" w16cid:durableId="503208110">
    <w:abstractNumId w:val="2"/>
  </w:num>
  <w:num w:numId="8" w16cid:durableId="471025196">
    <w:abstractNumId w:val="1"/>
  </w:num>
  <w:num w:numId="9" w16cid:durableId="2095122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F6553"/>
    <w:rsid w:val="0015074B"/>
    <w:rsid w:val="00182206"/>
    <w:rsid w:val="0029639D"/>
    <w:rsid w:val="002A7F63"/>
    <w:rsid w:val="00326F90"/>
    <w:rsid w:val="00AA1D8D"/>
    <w:rsid w:val="00B01A1A"/>
    <w:rsid w:val="00B47730"/>
    <w:rsid w:val="00CB0664"/>
    <w:rsid w:val="00E43ABF"/>
    <w:rsid w:val="00E734AD"/>
    <w:rsid w:val="00FC693F"/>
    <w:rsid w:val="00FD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044401"/>
  <w14:defaultImageDpi w14:val="300"/>
  <w15:docId w15:val="{7CDEB3F8-53E4-4F74-BE8D-D537F909E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  <w:rPr>
      <w:rFonts w:ascii="Arial" w:eastAsia="Arial" w:hAnsi="Arial"/>
      <w:color w:val="303030"/>
      <w:sz w:val="1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Absatz-Standardschriftart"/>
    <w:uiPriority w:val="99"/>
    <w:unhideWhenUsed/>
    <w:rsid w:val="000F6553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F65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x@mustermann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Sergio Jiménez Canales</cp:lastModifiedBy>
  <cp:revision>4</cp:revision>
  <dcterms:created xsi:type="dcterms:W3CDTF">2013-12-23T23:15:00Z</dcterms:created>
  <dcterms:modified xsi:type="dcterms:W3CDTF">2026-04-03T09:26:00Z</dcterms:modified>
  <cp:category/>
</cp:coreProperties>
</file>