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jc w:val="center"/>
        <w:tblBorders>
          <w:top w:val="single" w:sz="0" w:color="FFFFFF"/>
          <w:left w:val="single" w:sz="0" w:color="FFFFFF"/>
          <w:bottom w:val="single" w:sz="0" w:color="FFFFFF"/>
          <w:right w:val="single" w:sz="0" w:color="FFFFFF"/>
          <w:insideH w:val="single" w:sz="0" w:color="FFFFFF"/>
          <w:insideV w:val="single" w:sz="0" w:color="FFFFFF"/>
        </w:tblBorders>
      </w:tblPr>
      <w:tblGrid>
        <w:gridCol w:w="7632"/>
        <w:gridCol w:w="2592"/>
      </w:tblGrid>
      <w:tr>
        <w:tc>
          <w:tcPr>
            <w:tcW w:type="dxa" w:w="5386"/>
            <w:tcBorders>
              <w:left w:val="nil"/>
              <w:top w:val="nil"/>
              <w:right w:val="nil"/>
              <w:bottom w:val="nil"/>
            </w:tcBorders>
            <w:shd w:fill="233746"/>
            <w:tcMar>
              <w:top w:w="260" w:type="dxa"/>
              <w:start w:w="220" w:type="dxa"/>
              <w:bottom w:w="220" w:type="dxa"/>
              <w:end w:w="180" w:type="dxa"/>
            </w:tcMar>
          </w:tcPr>
          <w:p>
            <w:pPr>
              <w:spacing w:before="0" w:after="40" w:line="240" w:lineRule="auto"/>
            </w:pPr>
            <w:r>
              <w:rPr>
                <w:rFonts w:ascii="Aptos" w:hAnsi="Aptos" w:eastAsia="Aptos"/>
                <w:b/>
                <w:i w:val="0"/>
                <w:color w:val="FFFFFF"/>
                <w:sz w:val="38"/>
              </w:rPr>
              <w:t>LEBENSLAUF</w:t>
            </w: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FFFFFF"/>
                <w:sz w:val="26"/>
              </w:rPr>
              <w:t>Vorname Nachname</w:t>
            </w:r>
          </w:p>
          <w:p>
            <w:pPr>
              <w:spacing w:before="0" w:after="40" w:line="240" w:lineRule="auto"/>
            </w:pPr>
            <w:r>
              <w:rPr>
                <w:rFonts w:ascii="Aptos" w:hAnsi="Aptos" w:eastAsia="Aptos"/>
                <w:b w:val="0"/>
                <w:i w:val="0"/>
                <w:color w:val="D9E4E8"/>
                <w:sz w:val="19"/>
              </w:rPr>
              <w:t>Berufsbezeichnung / Zielposition</w:t>
            </w:r>
          </w:p>
          <w:p>
            <w:pPr>
              <w:spacing w:before="0" w:after="0" w:line="240" w:lineRule="auto"/>
            </w:pPr>
            <w:r>
              <w:rPr>
                <w:rFonts w:ascii="Aptos" w:hAnsi="Aptos" w:eastAsia="Aptos"/>
                <w:b w:val="0"/>
                <w:i w:val="0"/>
                <w:color w:val="D9E4E8"/>
                <w:sz w:val="17"/>
              </w:rPr>
              <w:t>Klar strukturierte, moderne Vorlage für Bewerbungen in Deutschland.</w:t>
            </w:r>
          </w:p>
          <w:p>
            <w:pPr>
              <w:spacing w:before="40" w:after="0" w:line="240" w:lineRule="auto"/>
              <w:pBdr>
                <w:bottom w:val="single" w:sz="18" w:space="1" w:color="C79A63"/>
              </w:pBdr>
            </w:pPr>
          </w:p>
        </w:tc>
        <w:tc>
          <w:tcPr>
            <w:tcW w:type="dxa" w:w="5386"/>
            <w:tcBorders>
              <w:left w:val="nil"/>
              <w:top w:val="nil"/>
              <w:right w:val="nil"/>
              <w:bottom w:val="nil"/>
            </w:tcBorders>
            <w:shd w:fill="EEF2F3"/>
            <w:tcMar>
              <w:top w:w="160" w:type="dxa"/>
              <w:start w:w="90" w:type="dxa"/>
              <w:bottom w:w="16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88720" cy="118872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v_photo_placeholde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118872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0" w:after="40" w:line="240" w:lineRule="auto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center"/>
        <w:tblBorders>
          <w:top w:val="single" w:sz="0" w:color="FFFFFF"/>
          <w:left w:val="single" w:sz="0" w:color="FFFFFF"/>
          <w:bottom w:val="single" w:sz="0" w:color="FFFFFF"/>
          <w:right w:val="single" w:sz="0" w:color="FFFFFF"/>
          <w:insideH w:val="single" w:sz="0" w:color="FFFFFF"/>
          <w:insideV w:val="single" w:sz="0" w:color="FFFFFF"/>
        </w:tblBorders>
      </w:tblPr>
      <w:tblGrid>
        <w:gridCol w:w="3168"/>
        <w:gridCol w:w="7056"/>
      </w:tblGrid>
      <w:tr>
        <w:tc>
          <w:tcPr>
            <w:tcW w:type="dxa" w:w="5386"/>
            <w:tcBorders>
              <w:left w:val="nil"/>
              <w:top w:val="nil"/>
              <w:right w:val="nil"/>
              <w:bottom w:val="nil"/>
            </w:tcBorders>
            <w:shd w:fill="EEF2F3"/>
            <w:tcMar>
              <w:top w:w="160" w:type="dxa"/>
              <w:start w:w="140" w:type="dxa"/>
              <w:bottom w:w="140" w:type="dxa"/>
              <w:end w:w="120" w:type="dxa"/>
            </w:tcMar>
            <w:vAlign w:val="top"/>
          </w:tcPr>
          <w:p/>
          <w:p>
            <w:pPr>
              <w:spacing w:before="100" w:after="40" w:line="240" w:lineRule="auto"/>
            </w:pPr>
            <w:r>
              <w:rPr>
                <w:rFonts w:ascii="Aptos" w:hAnsi="Aptos" w:eastAsia="Aptos"/>
                <w:b/>
                <w:i w:val="0"/>
                <w:color w:val="233746"/>
                <w:sz w:val="18"/>
              </w:rPr>
              <w:t>PERSÖNLICHE DATEN</w:t>
            </w:r>
          </w:p>
          <w:p>
            <w:pPr>
              <w:spacing w:before="0" w:after="80" w:line="240" w:lineRule="auto"/>
              <w:pBdr>
                <w:bottom w:val="single" w:sz="10" w:space="1" w:color="C79A63"/>
              </w:pBdr>
            </w:pP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6A6F73"/>
                <w:sz w:val="15"/>
              </w:rPr>
              <w:t>Geburtsdatum</w:t>
              <w:br/>
            </w:r>
            <w:r>
              <w:rPr>
                <w:rFonts w:ascii="Aptos" w:hAnsi="Aptos" w:eastAsia="Aptos"/>
                <w:b w:val="0"/>
                <w:i w:val="0"/>
                <w:color w:val="222222"/>
                <w:sz w:val="18"/>
              </w:rPr>
              <w:t>TT.MM.JJJJ</w:t>
            </w: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6A6F73"/>
                <w:sz w:val="15"/>
              </w:rPr>
              <w:t>Adresse</w:t>
              <w:br/>
            </w:r>
            <w:r>
              <w:rPr>
                <w:rFonts w:ascii="Aptos" w:hAnsi="Aptos" w:eastAsia="Aptos"/>
                <w:b w:val="0"/>
                <w:i w:val="0"/>
                <w:color w:val="222222"/>
                <w:sz w:val="18"/>
              </w:rPr>
              <w:t>Musterstraße 12</w:t>
              <w:br/>
              <w:t>12345 Musterstadt</w:t>
            </w: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6A6F73"/>
                <w:sz w:val="15"/>
              </w:rPr>
              <w:t>Telefon</w:t>
              <w:br/>
            </w:r>
            <w:r>
              <w:rPr>
                <w:rFonts w:ascii="Aptos" w:hAnsi="Aptos" w:eastAsia="Aptos"/>
                <w:b w:val="0"/>
                <w:i w:val="0"/>
                <w:color w:val="222222"/>
                <w:sz w:val="18"/>
              </w:rPr>
              <w:t>+49 170 1234567</w:t>
            </w: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6A6F73"/>
                <w:sz w:val="15"/>
              </w:rPr>
              <w:t>E-Mail</w:t>
              <w:br/>
            </w:r>
            <w:r>
              <w:rPr>
                <w:rFonts w:ascii="Aptos" w:hAnsi="Aptos" w:eastAsia="Aptos"/>
                <w:b w:val="0"/>
                <w:i w:val="0"/>
                <w:color w:val="222222"/>
                <w:sz w:val="18"/>
              </w:rPr>
              <w:t>vorname.nachname@email.de</w:t>
            </w: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6A6F73"/>
                <w:sz w:val="15"/>
              </w:rPr>
              <w:t>LinkedIn</w:t>
              <w:br/>
            </w:r>
            <w:r>
              <w:rPr>
                <w:rFonts w:ascii="Aptos" w:hAnsi="Aptos" w:eastAsia="Aptos"/>
                <w:b w:val="0"/>
                <w:i w:val="0"/>
                <w:color w:val="222222"/>
                <w:sz w:val="18"/>
              </w:rPr>
              <w:t>linkedin.com/in/vorname-nachname</w:t>
            </w:r>
          </w:p>
          <w:p>
            <w:pPr>
              <w:spacing w:before="100" w:after="40" w:line="240" w:lineRule="auto"/>
            </w:pPr>
            <w:r>
              <w:rPr>
                <w:rFonts w:ascii="Aptos" w:hAnsi="Aptos" w:eastAsia="Aptos"/>
                <w:b/>
                <w:i w:val="0"/>
                <w:color w:val="233746"/>
                <w:sz w:val="18"/>
              </w:rPr>
              <w:t>PROFIL</w:t>
            </w:r>
          </w:p>
          <w:p>
            <w:pPr>
              <w:spacing w:before="0" w:after="80" w:line="240" w:lineRule="auto"/>
              <w:pBdr>
                <w:bottom w:val="single" w:sz="10" w:space="1" w:color="C79A63"/>
              </w:pBdr>
            </w:pPr>
          </w:p>
          <w:p>
            <w:pPr>
              <w:spacing w:before="0" w:after="40" w:line="259" w:lineRule="auto"/>
            </w:pP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Kurzes Profil mit 2–3 Zeilen zu Erfahrung, Schwerpunkt und Mehrwert für die Zielposition.</w:t>
            </w:r>
          </w:p>
          <w:p>
            <w:pPr>
              <w:spacing w:before="100" w:after="40" w:line="240" w:lineRule="auto"/>
            </w:pPr>
            <w:r>
              <w:rPr>
                <w:rFonts w:ascii="Aptos" w:hAnsi="Aptos" w:eastAsia="Aptos"/>
                <w:b/>
                <w:i w:val="0"/>
                <w:color w:val="233746"/>
                <w:sz w:val="18"/>
              </w:rPr>
              <w:t>KOMPETENZEN</w:t>
            </w:r>
          </w:p>
          <w:p>
            <w:pPr>
              <w:spacing w:before="0" w:after="80" w:line="240" w:lineRule="auto"/>
              <w:pBdr>
                <w:bottom w:val="single" w:sz="10" w:space="1" w:color="C79A63"/>
              </w:pBdr>
            </w:pP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C79A63"/>
                <w:sz w:val="18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Projektmanagement und Prozessoptimierung</w:t>
            </w: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C79A63"/>
                <w:sz w:val="18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Datenanalyse, Reporting und Stakeholder-Kommunikation</w:t>
            </w: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C79A63"/>
                <w:sz w:val="18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MS Office, ERP-/CRM-Systeme, digitale Tools</w:t>
            </w:r>
          </w:p>
          <w:p>
            <w:pPr>
              <w:spacing w:before="100" w:after="40" w:line="240" w:lineRule="auto"/>
            </w:pPr>
            <w:r>
              <w:rPr>
                <w:rFonts w:ascii="Aptos" w:hAnsi="Aptos" w:eastAsia="Aptos"/>
                <w:b/>
                <w:i w:val="0"/>
                <w:color w:val="233746"/>
                <w:sz w:val="18"/>
              </w:rPr>
              <w:t>SPRACHEN</w:t>
            </w:r>
          </w:p>
          <w:p>
            <w:pPr>
              <w:spacing w:before="0" w:after="80" w:line="240" w:lineRule="auto"/>
              <w:pBdr>
                <w:bottom w:val="single" w:sz="10" w:space="1" w:color="C79A63"/>
              </w:pBdr>
            </w:pP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222222"/>
                <w:sz w:val="17"/>
              </w:rPr>
              <w:t xml:space="preserve">Deutsch: </w:t>
            </w: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Muttersprache</w:t>
            </w: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222222"/>
                <w:sz w:val="17"/>
              </w:rPr>
              <w:t xml:space="preserve">Englisch: </w:t>
            </w: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Verhandlungssicher</w:t>
            </w: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222222"/>
                <w:sz w:val="17"/>
              </w:rPr>
              <w:t xml:space="preserve">Weitere Sprache: </w:t>
            </w: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Gute Kenntnisse</w:t>
            </w:r>
          </w:p>
          <w:p>
            <w:pPr>
              <w:spacing w:before="100" w:after="40" w:line="240" w:lineRule="auto"/>
            </w:pPr>
            <w:r>
              <w:rPr>
                <w:rFonts w:ascii="Aptos" w:hAnsi="Aptos" w:eastAsia="Aptos"/>
                <w:b/>
                <w:i w:val="0"/>
                <w:color w:val="233746"/>
                <w:sz w:val="18"/>
              </w:rPr>
              <w:t>INTERESSEN</w:t>
            </w:r>
          </w:p>
          <w:p>
            <w:pPr>
              <w:spacing w:before="0" w:after="80" w:line="240" w:lineRule="auto"/>
              <w:pBdr>
                <w:bottom w:val="single" w:sz="10" w:space="1" w:color="C79A63"/>
              </w:pBdr>
            </w:pPr>
          </w:p>
          <w:p>
            <w:pPr>
              <w:spacing w:before="0" w:after="0" w:line="240" w:lineRule="auto"/>
            </w:pP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Zum Beispiel: Sport, Reisen, Ehrenamt, Technologie</w:t>
            </w:r>
          </w:p>
        </w:tc>
        <w:tc>
          <w:tcPr>
            <w:tcW w:type="dxa" w:w="5386"/>
            <w:tcBorders>
              <w:left w:val="nil"/>
              <w:top w:val="nil"/>
              <w:right w:val="nil"/>
              <w:bottom w:val="nil"/>
            </w:tcBorders>
            <w:tcMar>
              <w:top w:w="70" w:type="dxa"/>
              <w:start w:w="180" w:type="dxa"/>
              <w:bottom w:w="70" w:type="dxa"/>
              <w:end w:w="40" w:type="dxa"/>
            </w:tcMar>
            <w:vAlign w:val="top"/>
          </w:tcPr>
          <w:p/>
          <w:p>
            <w:pPr>
              <w:spacing w:before="100" w:after="40" w:line="240" w:lineRule="auto"/>
            </w:pPr>
            <w:r>
              <w:rPr>
                <w:rFonts w:ascii="Aptos" w:hAnsi="Aptos" w:eastAsia="Aptos"/>
                <w:b/>
                <w:i w:val="0"/>
                <w:color w:val="233746"/>
                <w:sz w:val="18"/>
              </w:rPr>
              <w:t>BERUFSERFAHRUNG</w:t>
            </w:r>
          </w:p>
          <w:p>
            <w:pPr>
              <w:spacing w:before="0" w:after="80" w:line="240" w:lineRule="auto"/>
              <w:pBdr>
                <w:bottom w:val="single" w:sz="10" w:space="1" w:color="C79A63"/>
              </w:pBdr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left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1656"/>
              <w:gridCol w:w="5688"/>
            </w:tblGrid>
            <w:tr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50" w:type="dxa"/>
                    <w:end w:w="90" w:type="dxa"/>
                  </w:tcMar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6F8F99"/>
                      <w:sz w:val="16"/>
                    </w:rPr>
                    <w:t>seit 2022</w:t>
                  </w:r>
                </w:p>
              </w:tc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50" w:type="dxa"/>
                    <w:end w:w="0" w:type="dxa"/>
                  </w:tcMar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233746"/>
                      <w:sz w:val="20"/>
                    </w:rPr>
                    <w:t>Unternehmen Muster GmbH</w:t>
                  </w:r>
                </w:p>
                <w:p>
                  <w:pPr>
                    <w:spacing w:before="0" w:after="20" w:line="240" w:lineRule="auto"/>
                  </w:pPr>
                  <w:r>
                    <w:rPr>
                      <w:rFonts w:ascii="Aptos" w:hAnsi="Aptos" w:eastAsia="Aptos"/>
                      <w:b w:val="0"/>
                      <w:i/>
                      <w:color w:val="222222"/>
                      <w:sz w:val="18"/>
                    </w:rPr>
                    <w:t>Senior Position / Teamleitung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C79A63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222222"/>
                      <w:sz w:val="17"/>
                    </w:rPr>
                    <w:t>Verantwortung für Projekte, Prozesse und operative Umsetzung.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C79A63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222222"/>
                      <w:sz w:val="17"/>
                    </w:rPr>
                    <w:t>Koordination interner und externer Schnittstellen.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left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1656"/>
              <w:gridCol w:w="5688"/>
            </w:tblGrid>
            <w:tr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50" w:type="dxa"/>
                    <w:end w:w="90" w:type="dxa"/>
                  </w:tcMar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6F8F99"/>
                      <w:sz w:val="16"/>
                    </w:rPr>
                    <w:t>2018 – 2022</w:t>
                  </w:r>
                </w:p>
              </w:tc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50" w:type="dxa"/>
                    <w:end w:w="0" w:type="dxa"/>
                  </w:tcMar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233746"/>
                      <w:sz w:val="20"/>
                    </w:rPr>
                    <w:t>Beispiel AG</w:t>
                  </w:r>
                </w:p>
                <w:p>
                  <w:pPr>
                    <w:spacing w:before="0" w:after="20" w:line="240" w:lineRule="auto"/>
                  </w:pPr>
                  <w:r>
                    <w:rPr>
                      <w:rFonts w:ascii="Aptos" w:hAnsi="Aptos" w:eastAsia="Aptos"/>
                      <w:b w:val="0"/>
                      <w:i/>
                      <w:color w:val="222222"/>
                      <w:sz w:val="18"/>
                    </w:rPr>
                    <w:t>Fachposition / Projektmanagement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C79A63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222222"/>
                      <w:sz w:val="17"/>
                    </w:rPr>
                    <w:t>Steuerung von Arbeitspaketen, Terminen und Qualitätsanforderungen.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C79A63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222222"/>
                      <w:sz w:val="17"/>
                    </w:rPr>
                    <w:t>Analyse von Kennzahlen und Erstellung aussagekräftiger Reports.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left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1656"/>
              <w:gridCol w:w="5688"/>
            </w:tblGrid>
            <w:tr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50" w:type="dxa"/>
                    <w:end w:w="90" w:type="dxa"/>
                  </w:tcMar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6F8F99"/>
                      <w:sz w:val="16"/>
                    </w:rPr>
                    <w:t>2015 – 2018</w:t>
                  </w:r>
                </w:p>
              </w:tc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50" w:type="dxa"/>
                    <w:end w:w="0" w:type="dxa"/>
                  </w:tcMar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233746"/>
                      <w:sz w:val="20"/>
                    </w:rPr>
                    <w:t>Musterfirma KG</w:t>
                  </w:r>
                </w:p>
                <w:p>
                  <w:pPr>
                    <w:spacing w:before="0" w:after="20" w:line="240" w:lineRule="auto"/>
                  </w:pPr>
                  <w:r>
                    <w:rPr>
                      <w:rFonts w:ascii="Aptos" w:hAnsi="Aptos" w:eastAsia="Aptos"/>
                      <w:b w:val="0"/>
                      <w:i/>
                      <w:color w:val="222222"/>
                      <w:sz w:val="18"/>
                    </w:rPr>
                    <w:t>Junior Position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C79A63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222222"/>
                      <w:sz w:val="17"/>
                    </w:rPr>
                    <w:t>Mitarbeit an bereichsübergreifenden Projekten und Dokumentationen.</w:t>
                  </w:r>
                </w:p>
              </w:tc>
            </w:tr>
          </w:tbl>
          <w:p/>
          <w:p>
            <w:pPr>
              <w:spacing w:before="100" w:after="40" w:line="240" w:lineRule="auto"/>
            </w:pPr>
            <w:r>
              <w:rPr>
                <w:rFonts w:ascii="Aptos" w:hAnsi="Aptos" w:eastAsia="Aptos"/>
                <w:b/>
                <w:i w:val="0"/>
                <w:color w:val="233746"/>
                <w:sz w:val="18"/>
              </w:rPr>
              <w:t>AUSBILDUNG</w:t>
            </w:r>
          </w:p>
          <w:p>
            <w:pPr>
              <w:spacing w:before="0" w:after="80" w:line="240" w:lineRule="auto"/>
              <w:pBdr>
                <w:bottom w:val="single" w:sz="10" w:space="1" w:color="C79A63"/>
              </w:pBdr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left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1656"/>
              <w:gridCol w:w="5688"/>
            </w:tblGrid>
            <w:tr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40" w:type="dxa"/>
                    <w:end w:w="90" w:type="dxa"/>
                  </w:tcMar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6F8F99"/>
                      <w:sz w:val="16"/>
                    </w:rPr>
                    <w:t>2012 – 2015</w:t>
                  </w:r>
                </w:p>
              </w:tc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40" w:type="dxa"/>
                    <w:end w:w="0" w:type="dxa"/>
                  </w:tcMar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233746"/>
                      <w:sz w:val="19"/>
                    </w:rPr>
                    <w:t>Universität / Hochschule Musterstadt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 w:val="0"/>
                      <w:i w:val="0"/>
                      <w:color w:val="222222"/>
                      <w:sz w:val="17"/>
                    </w:rPr>
                    <w:t>Master oder Bachelor in Fachrichtung / Schwerpunkt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left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1656"/>
              <w:gridCol w:w="5688"/>
            </w:tblGrid>
            <w:tr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40" w:type="dxa"/>
                    <w:end w:w="90" w:type="dxa"/>
                  </w:tcMar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6F8F99"/>
                      <w:sz w:val="16"/>
                    </w:rPr>
                    <w:t>2009 – 2012</w:t>
                  </w:r>
                </w:p>
              </w:tc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40" w:type="dxa"/>
                    <w:end w:w="0" w:type="dxa"/>
                  </w:tcMar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233746"/>
                      <w:sz w:val="19"/>
                    </w:rPr>
                    <w:t>Berufsschule oder Hochschule Beispielstadt</w:t>
                  </w:r>
                </w:p>
                <w:p>
                  <w:pPr>
                    <w:spacing w:before="0" w:after="0" w:line="240" w:lineRule="auto"/>
                  </w:pPr>
                  <w:r>
                    <w:rPr>
                      <w:rFonts w:ascii="Aptos" w:hAnsi="Aptos" w:eastAsia="Aptos"/>
                      <w:b w:val="0"/>
                      <w:i w:val="0"/>
                      <w:color w:val="222222"/>
                      <w:sz w:val="17"/>
                    </w:rPr>
                    <w:t>Weitere Ausbildung / Studium / Qualifikation</w:t>
                  </w:r>
                </w:p>
              </w:tc>
            </w:tr>
          </w:tbl>
          <w:p/>
          <w:p>
            <w:pPr>
              <w:spacing w:before="100" w:after="40" w:line="240" w:lineRule="auto"/>
            </w:pPr>
            <w:r>
              <w:rPr>
                <w:rFonts w:ascii="Aptos" w:hAnsi="Aptos" w:eastAsia="Aptos"/>
                <w:b/>
                <w:i w:val="0"/>
                <w:color w:val="233746"/>
                <w:sz w:val="18"/>
              </w:rPr>
              <w:t>WEITERBILDUNGEN</w:t>
            </w:r>
          </w:p>
          <w:p>
            <w:pPr>
              <w:spacing w:before="0" w:after="80" w:line="240" w:lineRule="auto"/>
              <w:pBdr>
                <w:bottom w:val="single" w:sz="10" w:space="1" w:color="C79A63"/>
              </w:pBdr>
            </w:pPr>
          </w:p>
          <w:p>
            <w:pPr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6F8F99"/>
                <w:sz w:val="17"/>
              </w:rPr>
              <w:t xml:space="preserve">2024  </w:t>
            </w: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Zertifikat / Fortbildung / Kursbezeichnung</w:t>
            </w:r>
          </w:p>
          <w:p>
            <w:pPr>
              <w:spacing w:before="0" w:after="40" w:line="240" w:lineRule="auto"/>
            </w:pPr>
            <w:r>
              <w:rPr>
                <w:rFonts w:ascii="Aptos" w:hAnsi="Aptos" w:eastAsia="Aptos"/>
                <w:b/>
                <w:i w:val="0"/>
                <w:color w:val="6F8F99"/>
                <w:sz w:val="17"/>
              </w:rPr>
              <w:t xml:space="preserve">2023  </w:t>
            </w: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Seminar / Schulung / Zusatzqualifikation</w:t>
            </w:r>
          </w:p>
          <w:p>
            <w:pPr>
              <w:spacing w:before="100" w:after="40" w:line="240" w:lineRule="auto"/>
            </w:pPr>
            <w:r>
              <w:rPr>
                <w:rFonts w:ascii="Aptos" w:hAnsi="Aptos" w:eastAsia="Aptos"/>
                <w:b/>
                <w:i w:val="0"/>
                <w:color w:val="233746"/>
                <w:sz w:val="18"/>
              </w:rPr>
              <w:t>SOFTWARE &amp; TOOLS</w:t>
            </w:r>
          </w:p>
          <w:p>
            <w:pPr>
              <w:spacing w:before="0" w:after="80" w:line="240" w:lineRule="auto"/>
              <w:pBdr>
                <w:bottom w:val="single" w:sz="10" w:space="1" w:color="C79A63"/>
              </w:pBdr>
            </w:pPr>
          </w:p>
          <w:p>
            <w:pPr>
              <w:spacing w:before="0" w:after="0" w:line="252" w:lineRule="auto"/>
            </w:pPr>
            <w:r>
              <w:rPr>
                <w:rFonts w:ascii="Aptos" w:hAnsi="Aptos" w:eastAsia="Aptos"/>
                <w:b w:val="0"/>
                <w:i w:val="0"/>
                <w:color w:val="222222"/>
                <w:sz w:val="17"/>
              </w:rPr>
              <w:t>MS Office, SAP, Salesforce, Jira, Power BI, Python, SQL oder andere relevante Tools je nach Profil.</w:t>
            </w:r>
          </w:p>
        </w:tc>
      </w:tr>
    </w:tbl>
    <w:p>
      <w:pPr>
        <w:spacing w:before="80" w:after="0" w:line="240" w:lineRule="auto"/>
      </w:pPr>
      <w:r>
        <w:rPr>
          <w:rFonts w:ascii="Aptos" w:hAnsi="Aptos" w:eastAsia="Aptos"/>
          <w:b w:val="0"/>
          <w:i w:val="0"/>
          <w:color w:val="6A6F73"/>
          <w:sz w:val="16"/>
        </w:rPr>
        <w:t>Ort, Datum  |  Unterschrift optional</w:t>
      </w:r>
    </w:p>
    <w:sectPr w:rsidR="00FC693F" w:rsidRPr="0006063C" w:rsidSect="00034616">
      <w:pgSz w:w="11906" w:h="16838"/>
      <w:pgMar w:top="510" w:right="567" w:bottom="510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color w:val="222222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