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3515"/>
        <w:gridCol w:w="3515"/>
        <w:gridCol w:w="3515"/>
      </w:tblGrid>
      <w:tr w:rsidR="00646C49" w14:paraId="79B78F38" w14:textId="77777777">
        <w:tc>
          <w:tcPr>
            <w:tcW w:w="351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3AB2986" w14:textId="77777777" w:rsidR="00646C49" w:rsidRDefault="00000000">
            <w:pPr>
              <w:spacing w:after="0" w:line="240" w:lineRule="auto"/>
            </w:pPr>
            <w:r>
              <w:rPr>
                <w:noProof/>
              </w:rPr>
              <w:drawing>
                <wp:inline distT="0" distB="0" distL="0" distR="0" wp14:anchorId="0623F84E" wp14:editId="2CF98435">
                  <wp:extent cx="522000" cy="522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ellow_circle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000" cy="52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1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864F503" w14:textId="77777777" w:rsidR="00646C49" w:rsidRDefault="00000000">
            <w:pPr>
              <w:spacing w:after="0" w:line="240" w:lineRule="auto"/>
            </w:pPr>
            <w:r>
              <w:rPr>
                <w:b/>
                <w:sz w:val="50"/>
              </w:rPr>
              <w:t>LEBENSLAUF</w:t>
            </w:r>
          </w:p>
          <w:p w14:paraId="14184D2F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26"/>
              </w:rPr>
              <w:t>Vorname Nachname</w:t>
            </w:r>
          </w:p>
          <w:p w14:paraId="0355B66E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20"/>
              </w:rPr>
              <w:t>Berufsbezeichnung / Position</w:t>
            </w:r>
          </w:p>
        </w:tc>
        <w:tc>
          <w:tcPr>
            <w:tcW w:w="351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A444FD7" w14:textId="77777777" w:rsidR="00646C49" w:rsidRDefault="00000000">
            <w:pPr>
              <w:spacing w:after="0" w:line="240" w:lineRule="auto"/>
              <w:jc w:val="right"/>
            </w:pPr>
            <w:r>
              <w:rPr>
                <w:noProof/>
              </w:rPr>
              <w:drawing>
                <wp:inline distT="0" distB="0" distL="0" distR="0" wp14:anchorId="7B519DBF" wp14:editId="051DA6F2">
                  <wp:extent cx="1116000" cy="1116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oto_placeholder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6000" cy="11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FE4651" w14:textId="77777777" w:rsidR="00646C49" w:rsidRDefault="00646C49">
      <w:pPr>
        <w:spacing w:after="0" w:line="240" w:lineRule="auto"/>
      </w:pP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5273"/>
        <w:gridCol w:w="5273"/>
      </w:tblGrid>
      <w:tr w:rsidR="00646C49" w14:paraId="14A4AC98" w14:textId="77777777">
        <w:tc>
          <w:tcPr>
            <w:tcW w:w="5273" w:type="dxa"/>
            <w:tcBorders>
              <w:bottom w:val="single" w:sz="8" w:space="0" w:color="D9D9D9"/>
            </w:tcBorders>
            <w:tcMar>
              <w:top w:w="25" w:type="dxa"/>
              <w:left w:w="20" w:type="dxa"/>
              <w:bottom w:w="25" w:type="dxa"/>
              <w:right w:w="20" w:type="dxa"/>
            </w:tcMar>
          </w:tcPr>
          <w:p w14:paraId="62DC4559" w14:textId="77777777" w:rsidR="00646C49" w:rsidRDefault="00000000">
            <w:pPr>
              <w:spacing w:after="0" w:line="240" w:lineRule="auto"/>
            </w:pPr>
            <w:r>
              <w:rPr>
                <w:color w:val="5F5F5F"/>
              </w:rPr>
              <w:t>Geburtsdatum</w:t>
            </w:r>
          </w:p>
        </w:tc>
        <w:tc>
          <w:tcPr>
            <w:tcW w:w="5273" w:type="dxa"/>
            <w:tcBorders>
              <w:bottom w:val="single" w:sz="8" w:space="0" w:color="D9D9D9"/>
            </w:tcBorders>
            <w:tcMar>
              <w:top w:w="25" w:type="dxa"/>
              <w:left w:w="20" w:type="dxa"/>
              <w:bottom w:w="25" w:type="dxa"/>
              <w:right w:w="20" w:type="dxa"/>
            </w:tcMar>
          </w:tcPr>
          <w:p w14:paraId="375D62D1" w14:textId="77777777" w:rsidR="00646C49" w:rsidRDefault="00000000">
            <w:pPr>
              <w:spacing w:after="0" w:line="240" w:lineRule="auto"/>
            </w:pPr>
            <w:r>
              <w:t>TT.MM.JJJJ in Musterstadt</w:t>
            </w:r>
          </w:p>
        </w:tc>
      </w:tr>
      <w:tr w:rsidR="00646C49" w14:paraId="5448F44C" w14:textId="77777777">
        <w:tc>
          <w:tcPr>
            <w:tcW w:w="5273" w:type="dxa"/>
            <w:tcBorders>
              <w:bottom w:val="single" w:sz="8" w:space="0" w:color="D9D9D9"/>
            </w:tcBorders>
            <w:tcMar>
              <w:top w:w="25" w:type="dxa"/>
              <w:left w:w="20" w:type="dxa"/>
              <w:bottom w:w="25" w:type="dxa"/>
              <w:right w:w="20" w:type="dxa"/>
            </w:tcMar>
          </w:tcPr>
          <w:p w14:paraId="0C7DED55" w14:textId="77777777" w:rsidR="00646C49" w:rsidRDefault="00000000">
            <w:pPr>
              <w:spacing w:after="0" w:line="240" w:lineRule="auto"/>
            </w:pPr>
            <w:r>
              <w:rPr>
                <w:color w:val="5F5F5F"/>
              </w:rPr>
              <w:t>Adresse</w:t>
            </w:r>
          </w:p>
        </w:tc>
        <w:tc>
          <w:tcPr>
            <w:tcW w:w="5273" w:type="dxa"/>
            <w:tcBorders>
              <w:bottom w:val="single" w:sz="8" w:space="0" w:color="D9D9D9"/>
            </w:tcBorders>
            <w:tcMar>
              <w:top w:w="25" w:type="dxa"/>
              <w:left w:w="20" w:type="dxa"/>
              <w:bottom w:w="25" w:type="dxa"/>
              <w:right w:w="20" w:type="dxa"/>
            </w:tcMar>
          </w:tcPr>
          <w:p w14:paraId="56068C80" w14:textId="77777777" w:rsidR="00646C49" w:rsidRDefault="00000000">
            <w:pPr>
              <w:spacing w:after="0" w:line="240" w:lineRule="auto"/>
            </w:pPr>
            <w:r>
              <w:t>Musterstraße 12, 12345 Musterstadt</w:t>
            </w:r>
          </w:p>
        </w:tc>
      </w:tr>
      <w:tr w:rsidR="00646C49" w14:paraId="7431647C" w14:textId="77777777">
        <w:tc>
          <w:tcPr>
            <w:tcW w:w="5273" w:type="dxa"/>
            <w:tcBorders>
              <w:bottom w:val="single" w:sz="8" w:space="0" w:color="D9D9D9"/>
            </w:tcBorders>
            <w:tcMar>
              <w:top w:w="25" w:type="dxa"/>
              <w:left w:w="20" w:type="dxa"/>
              <w:bottom w:w="25" w:type="dxa"/>
              <w:right w:w="20" w:type="dxa"/>
            </w:tcMar>
          </w:tcPr>
          <w:p w14:paraId="0DD0F3BC" w14:textId="77777777" w:rsidR="00646C49" w:rsidRDefault="00000000">
            <w:pPr>
              <w:spacing w:after="0" w:line="240" w:lineRule="auto"/>
            </w:pPr>
            <w:r>
              <w:rPr>
                <w:color w:val="5F5F5F"/>
              </w:rPr>
              <w:t>Telefon</w:t>
            </w:r>
          </w:p>
        </w:tc>
        <w:tc>
          <w:tcPr>
            <w:tcW w:w="5273" w:type="dxa"/>
            <w:tcBorders>
              <w:bottom w:val="single" w:sz="8" w:space="0" w:color="D9D9D9"/>
            </w:tcBorders>
            <w:tcMar>
              <w:top w:w="25" w:type="dxa"/>
              <w:left w:w="20" w:type="dxa"/>
              <w:bottom w:w="25" w:type="dxa"/>
              <w:right w:w="20" w:type="dxa"/>
            </w:tcMar>
          </w:tcPr>
          <w:p w14:paraId="24232AE5" w14:textId="77777777" w:rsidR="00646C49" w:rsidRDefault="00000000">
            <w:pPr>
              <w:spacing w:after="0" w:line="240" w:lineRule="auto"/>
            </w:pPr>
            <w:r>
              <w:t>+49 000 0000000</w:t>
            </w:r>
          </w:p>
        </w:tc>
      </w:tr>
      <w:tr w:rsidR="00646C49" w14:paraId="7DEEE5A3" w14:textId="77777777">
        <w:tc>
          <w:tcPr>
            <w:tcW w:w="5273" w:type="dxa"/>
            <w:tcBorders>
              <w:bottom w:val="single" w:sz="8" w:space="0" w:color="D9D9D9"/>
            </w:tcBorders>
            <w:tcMar>
              <w:top w:w="25" w:type="dxa"/>
              <w:left w:w="20" w:type="dxa"/>
              <w:bottom w:w="25" w:type="dxa"/>
              <w:right w:w="20" w:type="dxa"/>
            </w:tcMar>
          </w:tcPr>
          <w:p w14:paraId="25E8EC53" w14:textId="77777777" w:rsidR="00646C49" w:rsidRDefault="00000000">
            <w:pPr>
              <w:spacing w:after="0" w:line="240" w:lineRule="auto"/>
            </w:pPr>
            <w:r>
              <w:rPr>
                <w:color w:val="5F5F5F"/>
              </w:rPr>
              <w:t>E-Mail</w:t>
            </w:r>
          </w:p>
        </w:tc>
        <w:tc>
          <w:tcPr>
            <w:tcW w:w="5273" w:type="dxa"/>
            <w:tcBorders>
              <w:bottom w:val="single" w:sz="8" w:space="0" w:color="D9D9D9"/>
            </w:tcBorders>
            <w:tcMar>
              <w:top w:w="25" w:type="dxa"/>
              <w:left w:w="20" w:type="dxa"/>
              <w:bottom w:w="25" w:type="dxa"/>
              <w:right w:w="20" w:type="dxa"/>
            </w:tcMar>
          </w:tcPr>
          <w:p w14:paraId="73BEE89E" w14:textId="77777777" w:rsidR="00646C49" w:rsidRDefault="00000000">
            <w:pPr>
              <w:spacing w:after="0" w:line="240" w:lineRule="auto"/>
            </w:pPr>
            <w:r>
              <w:t>vorname.nachname@example.de</w:t>
            </w:r>
          </w:p>
        </w:tc>
      </w:tr>
    </w:tbl>
    <w:p w14:paraId="50ECA250" w14:textId="77777777" w:rsidR="00646C49" w:rsidRDefault="00646C49">
      <w:pPr>
        <w:spacing w:after="0" w:line="240" w:lineRule="auto"/>
      </w:pP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520"/>
        <w:gridCol w:w="3515"/>
        <w:gridCol w:w="1763"/>
      </w:tblGrid>
      <w:tr w:rsidR="00646C49" w14:paraId="7687A01F" w14:textId="77777777" w:rsidTr="00E300D2">
        <w:tc>
          <w:tcPr>
            <w:tcW w:w="4938" w:type="dxa"/>
            <w:gridSpan w:val="2"/>
            <w:tcMar>
              <w:top w:w="10" w:type="dxa"/>
              <w:left w:w="0" w:type="dxa"/>
              <w:bottom w:w="5" w:type="dxa"/>
              <w:right w:w="0" w:type="dxa"/>
            </w:tcMar>
          </w:tcPr>
          <w:p w14:paraId="211BB9E5" w14:textId="77777777" w:rsidR="00646C49" w:rsidRDefault="00000000">
            <w:pPr>
              <w:spacing w:after="0" w:line="240" w:lineRule="auto"/>
            </w:pPr>
            <w:r>
              <w:rPr>
                <w:b/>
                <w:sz w:val="24"/>
              </w:rPr>
              <w:t>Berufserfahrung</w:t>
            </w:r>
          </w:p>
        </w:tc>
        <w:tc>
          <w:tcPr>
            <w:tcW w:w="5273" w:type="dxa"/>
            <w:gridSpan w:val="2"/>
            <w:tcBorders>
              <w:bottom w:val="single" w:sz="18" w:space="0" w:color="E1C300"/>
            </w:tcBorders>
            <w:tcMar>
              <w:top w:w="10" w:type="dxa"/>
              <w:left w:w="0" w:type="dxa"/>
              <w:bottom w:w="5" w:type="dxa"/>
              <w:right w:w="0" w:type="dxa"/>
            </w:tcMar>
          </w:tcPr>
          <w:p w14:paraId="3FB75012" w14:textId="77777777" w:rsidR="00646C49" w:rsidRDefault="00646C49"/>
        </w:tc>
      </w:tr>
      <w:tr w:rsidR="00646C49" w14:paraId="0292A572" w14:textId="77777777" w:rsidTr="00E300D2">
        <w:trPr>
          <w:gridAfter w:val="1"/>
          <w:wAfter w:w="1763" w:type="dxa"/>
        </w:trPr>
        <w:tc>
          <w:tcPr>
            <w:tcW w:w="1418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4C16C072" w14:textId="77777777" w:rsidR="00646C49" w:rsidRDefault="00000000">
            <w:pPr>
              <w:spacing w:after="0" w:line="240" w:lineRule="auto"/>
              <w:jc w:val="center"/>
            </w:pPr>
            <w:r>
              <w:rPr>
                <w:sz w:val="19"/>
              </w:rPr>
              <w:t>●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1FE1A092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seit MM/JJJJ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2DD9BBA2" w14:textId="77777777" w:rsidR="00646C49" w:rsidRDefault="00000000">
            <w:pPr>
              <w:spacing w:after="0" w:line="240" w:lineRule="auto"/>
            </w:pPr>
            <w:r>
              <w:rPr>
                <w:b/>
                <w:sz w:val="19"/>
              </w:rPr>
              <w:t>Unternehmen Eins GmbH</w:t>
            </w:r>
          </w:p>
          <w:p w14:paraId="15001158" w14:textId="77777777" w:rsidR="00646C49" w:rsidRDefault="00000000">
            <w:pPr>
              <w:spacing w:after="0" w:line="240" w:lineRule="auto"/>
            </w:pPr>
            <w:r>
              <w:rPr>
                <w:color w:val="5F5F5F"/>
              </w:rPr>
              <w:t>Senior Projektmanager / Senior Specialist</w:t>
            </w:r>
          </w:p>
          <w:p w14:paraId="3EA60821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• Verantwortung für Projekte, Prozesse oder Kunden in einem relevanten Fachbereich.</w:t>
            </w:r>
          </w:p>
        </w:tc>
      </w:tr>
      <w:tr w:rsidR="00646C49" w14:paraId="205AE88B" w14:textId="77777777" w:rsidTr="00E300D2">
        <w:trPr>
          <w:gridAfter w:val="1"/>
          <w:wAfter w:w="1763" w:type="dxa"/>
        </w:trPr>
        <w:tc>
          <w:tcPr>
            <w:tcW w:w="1418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4EE1B684" w14:textId="77777777" w:rsidR="00646C49" w:rsidRDefault="00000000">
            <w:pPr>
              <w:spacing w:after="0" w:line="240" w:lineRule="auto"/>
              <w:jc w:val="center"/>
            </w:pPr>
            <w:r>
              <w:rPr>
                <w:sz w:val="19"/>
              </w:rPr>
              <w:t>●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4423D752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MM/JJJJ – MM/JJJJ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2E084ED0" w14:textId="77777777" w:rsidR="00646C49" w:rsidRDefault="00000000">
            <w:pPr>
              <w:spacing w:after="0" w:line="240" w:lineRule="auto"/>
            </w:pPr>
            <w:r>
              <w:rPr>
                <w:b/>
                <w:sz w:val="19"/>
              </w:rPr>
              <w:t>Unternehmen Zwei GmbH &amp; Co. KG</w:t>
            </w:r>
          </w:p>
          <w:p w14:paraId="0FC45C3B" w14:textId="77777777" w:rsidR="00646C49" w:rsidRDefault="00000000">
            <w:pPr>
              <w:spacing w:after="0" w:line="240" w:lineRule="auto"/>
            </w:pPr>
            <w:r>
              <w:rPr>
                <w:color w:val="5F5F5F"/>
              </w:rPr>
              <w:t>Projektmanager / Consultant</w:t>
            </w:r>
          </w:p>
          <w:p w14:paraId="7B12EEAA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• Planung, Steuerung und erfolgreiche Umsetzung von Aufgaben im Team oder eigenverantwortlich.</w:t>
            </w:r>
          </w:p>
        </w:tc>
      </w:tr>
      <w:tr w:rsidR="00646C49" w14:paraId="517407FA" w14:textId="77777777" w:rsidTr="00E300D2">
        <w:trPr>
          <w:gridAfter w:val="1"/>
          <w:wAfter w:w="1763" w:type="dxa"/>
        </w:trPr>
        <w:tc>
          <w:tcPr>
            <w:tcW w:w="1418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5A97EED7" w14:textId="77777777" w:rsidR="00646C49" w:rsidRDefault="00000000">
            <w:pPr>
              <w:spacing w:after="0" w:line="240" w:lineRule="auto"/>
              <w:jc w:val="center"/>
            </w:pPr>
            <w:r>
              <w:rPr>
                <w:sz w:val="19"/>
              </w:rPr>
              <w:t>●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11B29FDA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MM/JJJJ – MM/JJJJ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0CAB1756" w14:textId="77777777" w:rsidR="00646C49" w:rsidRDefault="00000000">
            <w:pPr>
              <w:spacing w:after="0" w:line="240" w:lineRule="auto"/>
            </w:pPr>
            <w:r>
              <w:rPr>
                <w:b/>
                <w:sz w:val="19"/>
              </w:rPr>
              <w:t>Unternehmen Drei AG</w:t>
            </w:r>
          </w:p>
          <w:p w14:paraId="1AAAE701" w14:textId="77777777" w:rsidR="00646C49" w:rsidRDefault="00000000">
            <w:pPr>
              <w:spacing w:after="0" w:line="240" w:lineRule="auto"/>
            </w:pPr>
            <w:r>
              <w:rPr>
                <w:color w:val="5F5F5F"/>
              </w:rPr>
              <w:t>Junior Position / Einstieg</w:t>
            </w:r>
          </w:p>
          <w:p w14:paraId="296CE403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• Mitarbeit in Projekten sowie Unterstützung bei Analysen, Dokumentation oder operativen Themen.</w:t>
            </w:r>
          </w:p>
        </w:tc>
      </w:tr>
    </w:tbl>
    <w:p w14:paraId="6B62E732" w14:textId="77777777" w:rsidR="00646C49" w:rsidRDefault="00646C49">
      <w:pPr>
        <w:spacing w:after="0" w:line="240" w:lineRule="auto"/>
      </w:pP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520"/>
        <w:gridCol w:w="3515"/>
        <w:gridCol w:w="1763"/>
      </w:tblGrid>
      <w:tr w:rsidR="00646C49" w14:paraId="1EEACD21" w14:textId="77777777" w:rsidTr="00E300D2">
        <w:tc>
          <w:tcPr>
            <w:tcW w:w="4938" w:type="dxa"/>
            <w:gridSpan w:val="2"/>
            <w:tcMar>
              <w:top w:w="10" w:type="dxa"/>
              <w:left w:w="0" w:type="dxa"/>
              <w:bottom w:w="5" w:type="dxa"/>
              <w:right w:w="0" w:type="dxa"/>
            </w:tcMar>
          </w:tcPr>
          <w:p w14:paraId="4C4C6026" w14:textId="77777777" w:rsidR="00646C49" w:rsidRDefault="00000000">
            <w:pPr>
              <w:spacing w:after="0" w:line="240" w:lineRule="auto"/>
            </w:pPr>
            <w:r>
              <w:rPr>
                <w:b/>
                <w:sz w:val="24"/>
              </w:rPr>
              <w:t>Ausbildung</w:t>
            </w:r>
          </w:p>
        </w:tc>
        <w:tc>
          <w:tcPr>
            <w:tcW w:w="5273" w:type="dxa"/>
            <w:gridSpan w:val="2"/>
            <w:tcBorders>
              <w:bottom w:val="single" w:sz="18" w:space="0" w:color="E1C300"/>
            </w:tcBorders>
            <w:tcMar>
              <w:top w:w="10" w:type="dxa"/>
              <w:left w:w="0" w:type="dxa"/>
              <w:bottom w:w="5" w:type="dxa"/>
              <w:right w:w="0" w:type="dxa"/>
            </w:tcMar>
          </w:tcPr>
          <w:p w14:paraId="29117CBB" w14:textId="77777777" w:rsidR="00646C49" w:rsidRDefault="00646C49"/>
        </w:tc>
      </w:tr>
      <w:tr w:rsidR="00646C49" w14:paraId="320BEF69" w14:textId="77777777" w:rsidTr="00E300D2">
        <w:trPr>
          <w:gridAfter w:val="1"/>
          <w:wAfter w:w="1763" w:type="dxa"/>
        </w:trPr>
        <w:tc>
          <w:tcPr>
            <w:tcW w:w="1418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30CC317F" w14:textId="77777777" w:rsidR="00646C49" w:rsidRDefault="00000000">
            <w:pPr>
              <w:spacing w:after="0" w:line="240" w:lineRule="auto"/>
              <w:jc w:val="center"/>
            </w:pPr>
            <w:r>
              <w:rPr>
                <w:sz w:val="19"/>
              </w:rPr>
              <w:t>●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2493AC0E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MM/JJJJ – MM/JJJJ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503C6389" w14:textId="77777777" w:rsidR="00646C49" w:rsidRDefault="00000000">
            <w:pPr>
              <w:spacing w:after="0" w:line="240" w:lineRule="auto"/>
            </w:pPr>
            <w:r>
              <w:rPr>
                <w:b/>
                <w:sz w:val="19"/>
              </w:rPr>
              <w:t>Universität / Hochschule Musterstadt</w:t>
            </w:r>
          </w:p>
          <w:p w14:paraId="37C35F6E" w14:textId="77777777" w:rsidR="00646C49" w:rsidRDefault="00000000">
            <w:pPr>
              <w:spacing w:after="0" w:line="240" w:lineRule="auto"/>
            </w:pPr>
            <w:r>
              <w:rPr>
                <w:color w:val="5F5F5F"/>
              </w:rPr>
              <w:t>Studiengang / Abschluss</w:t>
            </w:r>
          </w:p>
          <w:p w14:paraId="5D30BE93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• Schwerpunkte: Fachgebiet eins, Fachgebiet zwei</w:t>
            </w:r>
          </w:p>
        </w:tc>
      </w:tr>
      <w:tr w:rsidR="00646C49" w14:paraId="2DEACE36" w14:textId="77777777" w:rsidTr="00E300D2">
        <w:trPr>
          <w:gridAfter w:val="1"/>
          <w:wAfter w:w="1763" w:type="dxa"/>
        </w:trPr>
        <w:tc>
          <w:tcPr>
            <w:tcW w:w="1418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0EEC591A" w14:textId="77777777" w:rsidR="00646C49" w:rsidRDefault="00000000">
            <w:pPr>
              <w:spacing w:after="0" w:line="240" w:lineRule="auto"/>
              <w:jc w:val="center"/>
            </w:pPr>
            <w:r>
              <w:rPr>
                <w:sz w:val="19"/>
              </w:rPr>
              <w:t>●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1C22F8A3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MM/JJJJ – MM/JJJJ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04A955EB" w14:textId="77777777" w:rsidR="00646C49" w:rsidRDefault="00000000">
            <w:pPr>
              <w:spacing w:after="0" w:line="240" w:lineRule="auto"/>
            </w:pPr>
            <w:r>
              <w:rPr>
                <w:b/>
                <w:sz w:val="19"/>
              </w:rPr>
              <w:t>Weiterbildung / Zertifikat</w:t>
            </w:r>
          </w:p>
          <w:p w14:paraId="6F51BD88" w14:textId="77777777" w:rsidR="00646C49" w:rsidRDefault="00000000">
            <w:pPr>
              <w:spacing w:after="0" w:line="240" w:lineRule="auto"/>
            </w:pPr>
            <w:r>
              <w:rPr>
                <w:color w:val="5F5F5F"/>
              </w:rPr>
              <w:t>Anbieter / Akademie</w:t>
            </w:r>
          </w:p>
          <w:p w14:paraId="2DE10E35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• Optional: relevante Zusatzqualifikation oder Spezialisierung</w:t>
            </w:r>
          </w:p>
        </w:tc>
      </w:tr>
      <w:tr w:rsidR="00646C49" w14:paraId="2EC21BCD" w14:textId="77777777" w:rsidTr="00E300D2">
        <w:trPr>
          <w:gridAfter w:val="1"/>
          <w:wAfter w:w="1763" w:type="dxa"/>
        </w:trPr>
        <w:tc>
          <w:tcPr>
            <w:tcW w:w="1418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23F5C7FC" w14:textId="77777777" w:rsidR="00646C49" w:rsidRDefault="00000000">
            <w:pPr>
              <w:spacing w:after="0" w:line="240" w:lineRule="auto"/>
              <w:jc w:val="center"/>
            </w:pPr>
            <w:r>
              <w:rPr>
                <w:sz w:val="19"/>
              </w:rPr>
              <w:t>●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2705C446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JJJJ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0" w:type="dxa"/>
              <w:left w:w="10" w:type="dxa"/>
              <w:bottom w:w="10" w:type="dxa"/>
              <w:right w:w="10" w:type="dxa"/>
            </w:tcMar>
          </w:tcPr>
          <w:p w14:paraId="23476DF9" w14:textId="77777777" w:rsidR="00646C49" w:rsidRDefault="00000000">
            <w:pPr>
              <w:spacing w:after="0" w:line="240" w:lineRule="auto"/>
            </w:pPr>
            <w:r>
              <w:rPr>
                <w:b/>
                <w:sz w:val="19"/>
              </w:rPr>
              <w:t>Schule / Abschluss</w:t>
            </w:r>
          </w:p>
          <w:p w14:paraId="0652BA4F" w14:textId="77777777" w:rsidR="00646C49" w:rsidRDefault="00000000">
            <w:pPr>
              <w:spacing w:after="0" w:line="240" w:lineRule="auto"/>
            </w:pPr>
            <w:r>
              <w:rPr>
                <w:color w:val="5F5F5F"/>
              </w:rPr>
              <w:t>Abitur / Fachhochschulreife / anderer Abschluss</w:t>
            </w:r>
          </w:p>
        </w:tc>
      </w:tr>
    </w:tbl>
    <w:p w14:paraId="67B15CAA" w14:textId="77777777" w:rsidR="00646C49" w:rsidRDefault="00646C49">
      <w:pPr>
        <w:spacing w:after="0" w:line="240" w:lineRule="auto"/>
      </w:pP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520"/>
        <w:gridCol w:w="3515"/>
        <w:gridCol w:w="1763"/>
      </w:tblGrid>
      <w:tr w:rsidR="00646C49" w14:paraId="191F3598" w14:textId="77777777" w:rsidTr="00E300D2">
        <w:tc>
          <w:tcPr>
            <w:tcW w:w="4938" w:type="dxa"/>
            <w:gridSpan w:val="2"/>
            <w:tcMar>
              <w:top w:w="10" w:type="dxa"/>
              <w:left w:w="0" w:type="dxa"/>
              <w:bottom w:w="5" w:type="dxa"/>
              <w:right w:w="0" w:type="dxa"/>
            </w:tcMar>
          </w:tcPr>
          <w:p w14:paraId="1A3CD3C1" w14:textId="77777777" w:rsidR="00646C49" w:rsidRDefault="00000000">
            <w:pPr>
              <w:spacing w:after="0" w:line="240" w:lineRule="auto"/>
            </w:pPr>
            <w:r>
              <w:rPr>
                <w:b/>
                <w:sz w:val="24"/>
              </w:rPr>
              <w:t>Kenntnisse</w:t>
            </w:r>
          </w:p>
        </w:tc>
        <w:tc>
          <w:tcPr>
            <w:tcW w:w="5273" w:type="dxa"/>
            <w:gridSpan w:val="2"/>
            <w:tcBorders>
              <w:bottom w:val="single" w:sz="18" w:space="0" w:color="E1C300"/>
            </w:tcBorders>
            <w:tcMar>
              <w:top w:w="10" w:type="dxa"/>
              <w:left w:w="0" w:type="dxa"/>
              <w:bottom w:w="5" w:type="dxa"/>
              <w:right w:w="0" w:type="dxa"/>
            </w:tcMar>
          </w:tcPr>
          <w:p w14:paraId="2A945F78" w14:textId="77777777" w:rsidR="00646C49" w:rsidRDefault="00646C49"/>
        </w:tc>
      </w:tr>
      <w:tr w:rsidR="00646C49" w14:paraId="62B8F7BC" w14:textId="77777777" w:rsidTr="00E300D2">
        <w:trPr>
          <w:gridAfter w:val="1"/>
          <w:wAfter w:w="1763" w:type="dxa"/>
        </w:trPr>
        <w:tc>
          <w:tcPr>
            <w:tcW w:w="1418" w:type="dxa"/>
            <w:tcBorders>
              <w:bottom w:val="single" w:sz="6" w:space="0" w:color="E3E3E3"/>
            </w:tcBorders>
            <w:tcMar>
              <w:top w:w="12" w:type="dxa"/>
              <w:left w:w="10" w:type="dxa"/>
              <w:bottom w:w="12" w:type="dxa"/>
              <w:right w:w="10" w:type="dxa"/>
            </w:tcMar>
          </w:tcPr>
          <w:p w14:paraId="5D57C822" w14:textId="77777777" w:rsidR="00646C49" w:rsidRDefault="00000000">
            <w:pPr>
              <w:spacing w:after="0" w:line="240" w:lineRule="auto"/>
              <w:jc w:val="center"/>
            </w:pPr>
            <w:r>
              <w:rPr>
                <w:sz w:val="19"/>
              </w:rPr>
              <w:t>●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2" w:type="dxa"/>
              <w:left w:w="10" w:type="dxa"/>
              <w:bottom w:w="12" w:type="dxa"/>
              <w:right w:w="10" w:type="dxa"/>
            </w:tcMar>
          </w:tcPr>
          <w:p w14:paraId="0BA597DF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Sprachen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2" w:type="dxa"/>
              <w:left w:w="10" w:type="dxa"/>
              <w:bottom w:w="12" w:type="dxa"/>
              <w:right w:w="10" w:type="dxa"/>
            </w:tcMar>
          </w:tcPr>
          <w:p w14:paraId="6ABFFF7B" w14:textId="77777777" w:rsidR="00646C49" w:rsidRDefault="00000000">
            <w:pPr>
              <w:spacing w:after="0" w:line="240" w:lineRule="auto"/>
            </w:pPr>
            <w:r>
              <w:rPr>
                <w:sz w:val="17"/>
              </w:rPr>
              <w:t>Deutsch: Muttersprache   |   Englisch: B2/C1   |   Weitere Sprache: A2/B1</w:t>
            </w:r>
          </w:p>
        </w:tc>
      </w:tr>
      <w:tr w:rsidR="00646C49" w14:paraId="1C38A252" w14:textId="77777777" w:rsidTr="00E300D2">
        <w:trPr>
          <w:gridAfter w:val="1"/>
          <w:wAfter w:w="1763" w:type="dxa"/>
        </w:trPr>
        <w:tc>
          <w:tcPr>
            <w:tcW w:w="1418" w:type="dxa"/>
            <w:tcBorders>
              <w:bottom w:val="single" w:sz="6" w:space="0" w:color="E3E3E3"/>
            </w:tcBorders>
            <w:tcMar>
              <w:top w:w="12" w:type="dxa"/>
              <w:left w:w="10" w:type="dxa"/>
              <w:bottom w:w="12" w:type="dxa"/>
              <w:right w:w="10" w:type="dxa"/>
            </w:tcMar>
          </w:tcPr>
          <w:p w14:paraId="6D04D045" w14:textId="77777777" w:rsidR="00646C49" w:rsidRDefault="00000000">
            <w:pPr>
              <w:spacing w:after="0" w:line="240" w:lineRule="auto"/>
              <w:jc w:val="center"/>
            </w:pPr>
            <w:r>
              <w:rPr>
                <w:sz w:val="19"/>
              </w:rPr>
              <w:t>●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2" w:type="dxa"/>
              <w:left w:w="10" w:type="dxa"/>
              <w:bottom w:w="12" w:type="dxa"/>
              <w:right w:w="10" w:type="dxa"/>
            </w:tcMar>
          </w:tcPr>
          <w:p w14:paraId="6CB6D343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IT-Kenntnisse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2" w:type="dxa"/>
              <w:left w:w="10" w:type="dxa"/>
              <w:bottom w:w="12" w:type="dxa"/>
              <w:right w:w="10" w:type="dxa"/>
            </w:tcMar>
          </w:tcPr>
          <w:p w14:paraId="3CD39645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MS Office, Excel, PowerPoint, ERP-/CRM-Systeme oder branchenspezifische Software</w:t>
            </w:r>
          </w:p>
        </w:tc>
      </w:tr>
      <w:tr w:rsidR="00646C49" w14:paraId="306D1C1E" w14:textId="77777777" w:rsidTr="00E300D2">
        <w:trPr>
          <w:gridAfter w:val="1"/>
          <w:wAfter w:w="1763" w:type="dxa"/>
        </w:trPr>
        <w:tc>
          <w:tcPr>
            <w:tcW w:w="1418" w:type="dxa"/>
            <w:tcBorders>
              <w:bottom w:val="single" w:sz="6" w:space="0" w:color="E3E3E3"/>
            </w:tcBorders>
            <w:tcMar>
              <w:top w:w="12" w:type="dxa"/>
              <w:left w:w="10" w:type="dxa"/>
              <w:bottom w:w="12" w:type="dxa"/>
              <w:right w:w="10" w:type="dxa"/>
            </w:tcMar>
          </w:tcPr>
          <w:p w14:paraId="43B7E1AE" w14:textId="77777777" w:rsidR="00646C49" w:rsidRDefault="00000000">
            <w:pPr>
              <w:spacing w:after="0" w:line="240" w:lineRule="auto"/>
              <w:jc w:val="center"/>
            </w:pPr>
            <w:r>
              <w:rPr>
                <w:sz w:val="19"/>
              </w:rPr>
              <w:t>●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2" w:type="dxa"/>
              <w:left w:w="10" w:type="dxa"/>
              <w:bottom w:w="12" w:type="dxa"/>
              <w:right w:w="10" w:type="dxa"/>
            </w:tcMar>
          </w:tcPr>
          <w:p w14:paraId="0059AB67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Stärken</w:t>
            </w:r>
          </w:p>
        </w:tc>
        <w:tc>
          <w:tcPr>
            <w:tcW w:w="3515" w:type="dxa"/>
            <w:tcBorders>
              <w:bottom w:val="single" w:sz="6" w:space="0" w:color="E3E3E3"/>
            </w:tcBorders>
            <w:tcMar>
              <w:top w:w="12" w:type="dxa"/>
              <w:left w:w="10" w:type="dxa"/>
              <w:bottom w:w="12" w:type="dxa"/>
              <w:right w:w="10" w:type="dxa"/>
            </w:tcMar>
          </w:tcPr>
          <w:p w14:paraId="0B114412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Analytisches Denken, strukturierte Arbeitsweise, Kommunikation, Zuverlässigkeit</w:t>
            </w:r>
          </w:p>
        </w:tc>
      </w:tr>
      <w:tr w:rsidR="00646C49" w14:paraId="2078CCD6" w14:textId="77777777" w:rsidTr="00E300D2">
        <w:trPr>
          <w:gridAfter w:val="1"/>
          <w:wAfter w:w="1763" w:type="dxa"/>
        </w:trPr>
        <w:tc>
          <w:tcPr>
            <w:tcW w:w="1418" w:type="dxa"/>
            <w:tcMar>
              <w:top w:w="18" w:type="dxa"/>
              <w:left w:w="10" w:type="dxa"/>
              <w:bottom w:w="0" w:type="dxa"/>
              <w:right w:w="10" w:type="dxa"/>
            </w:tcMar>
          </w:tcPr>
          <w:p w14:paraId="64DC67E1" w14:textId="77777777" w:rsidR="00646C49" w:rsidRDefault="00646C49">
            <w:pPr>
              <w:spacing w:after="0" w:line="240" w:lineRule="auto"/>
              <w:jc w:val="center"/>
            </w:pPr>
          </w:p>
        </w:tc>
        <w:tc>
          <w:tcPr>
            <w:tcW w:w="3515" w:type="dxa"/>
            <w:tcMar>
              <w:top w:w="18" w:type="dxa"/>
              <w:left w:w="10" w:type="dxa"/>
              <w:bottom w:w="0" w:type="dxa"/>
              <w:right w:w="10" w:type="dxa"/>
            </w:tcMar>
          </w:tcPr>
          <w:p w14:paraId="768A0E25" w14:textId="77777777" w:rsidR="00646C49" w:rsidRDefault="00000000">
            <w:pPr>
              <w:spacing w:after="0" w:line="240" w:lineRule="auto"/>
            </w:pPr>
            <w:r>
              <w:rPr>
                <w:color w:val="5F5F5F"/>
                <w:sz w:val="17"/>
              </w:rPr>
              <w:t>Ort, Datum</w:t>
            </w:r>
          </w:p>
        </w:tc>
        <w:tc>
          <w:tcPr>
            <w:tcW w:w="3515" w:type="dxa"/>
            <w:tcMar>
              <w:top w:w="18" w:type="dxa"/>
              <w:left w:w="10" w:type="dxa"/>
              <w:bottom w:w="0" w:type="dxa"/>
              <w:right w:w="10" w:type="dxa"/>
            </w:tcMar>
          </w:tcPr>
          <w:p w14:paraId="294D9D13" w14:textId="77777777" w:rsidR="00646C49" w:rsidRDefault="00000000">
            <w:pPr>
              <w:spacing w:after="0" w:line="240" w:lineRule="auto"/>
            </w:pPr>
            <w:r>
              <w:rPr>
                <w:i/>
                <w:color w:val="5F5F5F"/>
                <w:sz w:val="16"/>
              </w:rPr>
              <w:t>Musterstadt, TT.MM.JJJJ</w:t>
            </w:r>
          </w:p>
          <w:p w14:paraId="218FB0A7" w14:textId="77777777" w:rsidR="00646C49" w:rsidRDefault="00000000">
            <w:pPr>
              <w:spacing w:after="0" w:line="240" w:lineRule="auto"/>
            </w:pPr>
            <w:r>
              <w:rPr>
                <w:i/>
                <w:color w:val="5F5F5F"/>
                <w:sz w:val="16"/>
              </w:rPr>
              <w:t>Unterschrift</w:t>
            </w:r>
          </w:p>
        </w:tc>
      </w:tr>
    </w:tbl>
    <w:p w14:paraId="5557033C" w14:textId="77777777" w:rsidR="005B60F7" w:rsidRDefault="005B60F7"/>
    <w:sectPr w:rsidR="005B60F7" w:rsidSect="00034616">
      <w:pgSz w:w="11906" w:h="16838"/>
      <w:pgMar w:top="624" w:right="680" w:bottom="624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47953384">
    <w:abstractNumId w:val="8"/>
  </w:num>
  <w:num w:numId="2" w16cid:durableId="219442641">
    <w:abstractNumId w:val="6"/>
  </w:num>
  <w:num w:numId="3" w16cid:durableId="1683239365">
    <w:abstractNumId w:val="5"/>
  </w:num>
  <w:num w:numId="4" w16cid:durableId="903561768">
    <w:abstractNumId w:val="4"/>
  </w:num>
  <w:num w:numId="5" w16cid:durableId="1784883978">
    <w:abstractNumId w:val="7"/>
  </w:num>
  <w:num w:numId="6" w16cid:durableId="1271161763">
    <w:abstractNumId w:val="3"/>
  </w:num>
  <w:num w:numId="7" w16cid:durableId="631903450">
    <w:abstractNumId w:val="2"/>
  </w:num>
  <w:num w:numId="8" w16cid:durableId="915750158">
    <w:abstractNumId w:val="1"/>
  </w:num>
  <w:num w:numId="9" w16cid:durableId="338699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B60F7"/>
    <w:rsid w:val="00646C49"/>
    <w:rsid w:val="008630AE"/>
    <w:rsid w:val="00955913"/>
    <w:rsid w:val="009C6845"/>
    <w:rsid w:val="00AA1D8D"/>
    <w:rsid w:val="00B47730"/>
    <w:rsid w:val="00CB0664"/>
    <w:rsid w:val="00E300D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398110"/>
  <w14:defaultImageDpi w14:val="300"/>
  <w15:docId w15:val="{5F2B0908-C8F5-4982-845C-AAEDD9E71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rPr>
      <w:rFonts w:ascii="Aptos" w:hAnsi="Aptos"/>
      <w:color w:val="212121"/>
      <w:sz w:val="18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Sergio Jiménez Canales</cp:lastModifiedBy>
  <cp:revision>4</cp:revision>
  <dcterms:created xsi:type="dcterms:W3CDTF">2013-12-23T23:15:00Z</dcterms:created>
  <dcterms:modified xsi:type="dcterms:W3CDTF">2026-04-02T09:57:00Z</dcterms:modified>
  <cp:category/>
</cp:coreProperties>
</file>