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10261"/>
      </w:tblGrid>
      <w:tr w:rsidR="002D154A" w14:paraId="77FFEB64" w14:textId="77777777">
        <w:trPr>
          <w:jc w:val="center"/>
        </w:trPr>
        <w:tc>
          <w:tcPr>
            <w:tcW w:w="10261" w:type="dxa"/>
            <w:shd w:val="clear" w:color="auto" w:fill="214A5F"/>
          </w:tcPr>
          <w:p w14:paraId="6731AE7D" w14:textId="77777777" w:rsidR="002D154A" w:rsidRDefault="002D154A">
            <w:pPr>
              <w:spacing w:after="0" w:line="240" w:lineRule="auto"/>
            </w:pPr>
          </w:p>
        </w:tc>
      </w:tr>
    </w:tbl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863"/>
        <w:gridCol w:w="6293"/>
      </w:tblGrid>
      <w:tr w:rsidR="002D154A" w14:paraId="7DFF90EA" w14:textId="77777777" w:rsidTr="00F7108C">
        <w:trPr>
          <w:jc w:val="center"/>
        </w:trPr>
        <w:tc>
          <w:tcPr>
            <w:tcW w:w="3863" w:type="dxa"/>
            <w:tcBorders>
              <w:right w:val="single" w:sz="10" w:space="0" w:color="D7D1C9"/>
            </w:tcBorders>
            <w:shd w:val="clear" w:color="auto" w:fill="F4F0EB"/>
            <w:tcMar>
              <w:top w:w="102" w:type="dxa"/>
              <w:left w:w="124" w:type="dxa"/>
              <w:bottom w:w="102" w:type="dxa"/>
              <w:right w:w="113" w:type="dxa"/>
            </w:tcMar>
          </w:tcPr>
          <w:p w14:paraId="2FF65071" w14:textId="77777777" w:rsidR="002D154A" w:rsidRDefault="00000000">
            <w:pPr>
              <w:spacing w:after="0" w:line="240" w:lineRule="auto"/>
            </w:pPr>
            <w:r>
              <w:rPr>
                <w:b/>
                <w:color w:val="7E928B"/>
                <w:sz w:val="22"/>
              </w:rPr>
              <w:t>VORNAME</w:t>
            </w:r>
          </w:p>
          <w:p w14:paraId="1778D54C" w14:textId="77777777" w:rsidR="002D154A" w:rsidRDefault="00000000">
            <w:pPr>
              <w:spacing w:after="0" w:line="240" w:lineRule="auto"/>
            </w:pPr>
            <w:r>
              <w:rPr>
                <w:b/>
                <w:color w:val="214A5F"/>
                <w:sz w:val="30"/>
              </w:rPr>
              <w:t>NACHNAME</w:t>
            </w:r>
          </w:p>
          <w:p w14:paraId="119B7AB6" w14:textId="77777777" w:rsidR="002D154A" w:rsidRDefault="00000000">
            <w:pPr>
              <w:spacing w:after="160" w:line="240" w:lineRule="auto"/>
            </w:pPr>
            <w:r>
              <w:rPr>
                <w:i/>
                <w:color w:val="B57F51"/>
                <w:sz w:val="17"/>
              </w:rPr>
              <w:t>[Berufsbezeichnung]</w:t>
            </w:r>
          </w:p>
          <w:p w14:paraId="14BF5124" w14:textId="77777777" w:rsidR="002D154A" w:rsidRDefault="00000000">
            <w:pPr>
              <w:spacing w:after="14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9B816C9" wp14:editId="68345F09">
                  <wp:extent cx="2173184" cy="2837815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werbungsfoto_platzhalter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250" cy="2866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988E53" w14:textId="77777777" w:rsidR="002D154A" w:rsidRPr="00F7108C" w:rsidRDefault="00000000">
            <w:pPr>
              <w:pBdr>
                <w:bottom w:val="single" w:sz="7" w:space="2" w:color="B57F51"/>
              </w:pBdr>
              <w:spacing w:before="160" w:after="80" w:line="240" w:lineRule="auto"/>
              <w:rPr>
                <w:sz w:val="22"/>
              </w:rPr>
            </w:pPr>
            <w:r w:rsidRPr="00F7108C">
              <w:rPr>
                <w:b/>
                <w:caps/>
                <w:color w:val="214A5F"/>
                <w:sz w:val="22"/>
              </w:rPr>
              <w:t>Persönliche Daten</w:t>
            </w:r>
          </w:p>
          <w:p w14:paraId="1998BB21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Geburtsdatum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[TT.MM.JJJJ]</w:t>
            </w:r>
          </w:p>
          <w:p w14:paraId="134FA494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Geburtsort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[Ort]</w:t>
            </w:r>
          </w:p>
          <w:p w14:paraId="71696F18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Familienstand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[optional]</w:t>
            </w:r>
          </w:p>
          <w:p w14:paraId="74D7E7CC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Nationalität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[optional]</w:t>
            </w:r>
          </w:p>
          <w:p w14:paraId="19E47586" w14:textId="77777777" w:rsidR="002D154A" w:rsidRPr="00F7108C" w:rsidRDefault="00000000">
            <w:pPr>
              <w:pBdr>
                <w:bottom w:val="single" w:sz="7" w:space="2" w:color="B57F51"/>
              </w:pBdr>
              <w:spacing w:before="160" w:after="80" w:line="240" w:lineRule="auto"/>
              <w:rPr>
                <w:sz w:val="22"/>
              </w:rPr>
            </w:pPr>
            <w:r w:rsidRPr="00F7108C">
              <w:rPr>
                <w:b/>
                <w:caps/>
                <w:color w:val="214A5F"/>
                <w:sz w:val="22"/>
              </w:rPr>
              <w:t>Kontakt</w:t>
            </w:r>
          </w:p>
          <w:p w14:paraId="6C7D4542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Adresse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[Straße]</w:t>
            </w:r>
            <w:r w:rsidRPr="00F7108C">
              <w:rPr>
                <w:szCs w:val="18"/>
              </w:rPr>
              <w:br/>
              <w:t>[PLZ Ort]</w:t>
            </w:r>
          </w:p>
          <w:p w14:paraId="1CD6DBEE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Telefon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[+49 ...]</w:t>
            </w:r>
          </w:p>
          <w:p w14:paraId="79C0031D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E-Mail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[name@beispiel.de]</w:t>
            </w:r>
          </w:p>
          <w:p w14:paraId="56445E94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LinkedIn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[linkedin.com/in/...]</w:t>
            </w:r>
          </w:p>
          <w:p w14:paraId="17ED351A" w14:textId="77777777" w:rsidR="002D154A" w:rsidRPr="00F7108C" w:rsidRDefault="00000000">
            <w:pPr>
              <w:pBdr>
                <w:bottom w:val="single" w:sz="7" w:space="2" w:color="B57F51"/>
              </w:pBdr>
              <w:spacing w:before="160" w:after="80" w:line="240" w:lineRule="auto"/>
              <w:rPr>
                <w:sz w:val="22"/>
              </w:rPr>
            </w:pPr>
            <w:r w:rsidRPr="00F7108C">
              <w:rPr>
                <w:b/>
                <w:caps/>
                <w:color w:val="214A5F"/>
                <w:sz w:val="22"/>
              </w:rPr>
              <w:t>Kenntnisse</w:t>
            </w:r>
          </w:p>
          <w:p w14:paraId="021AD80D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Software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[MS Office, Excel, PowerPoint]</w:t>
            </w:r>
          </w:p>
          <w:p w14:paraId="5ADF27A3" w14:textId="77777777" w:rsidR="002D154A" w:rsidRPr="00F7108C" w:rsidRDefault="00000000">
            <w:pPr>
              <w:spacing w:after="20" w:line="240" w:lineRule="auto"/>
              <w:rPr>
                <w:szCs w:val="18"/>
              </w:rPr>
            </w:pPr>
            <w:r w:rsidRPr="00F7108C">
              <w:rPr>
                <w:b/>
                <w:color w:val="6C6C6C"/>
                <w:szCs w:val="18"/>
              </w:rPr>
              <w:t>Sprachen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[Deutsch C2, Englisch B2]</w:t>
            </w:r>
          </w:p>
          <w:p w14:paraId="3E008BE8" w14:textId="77777777" w:rsidR="002D154A" w:rsidRDefault="00000000">
            <w:pPr>
              <w:spacing w:after="20" w:line="240" w:lineRule="auto"/>
            </w:pPr>
            <w:r w:rsidRPr="00F7108C">
              <w:rPr>
                <w:b/>
                <w:color w:val="6C6C6C"/>
                <w:szCs w:val="18"/>
              </w:rPr>
              <w:t>Stärken</w:t>
            </w:r>
            <w:r w:rsidRPr="00F7108C">
              <w:rPr>
                <w:b/>
                <w:color w:val="6C6C6C"/>
                <w:szCs w:val="18"/>
              </w:rPr>
              <w:br/>
            </w:r>
            <w:r w:rsidRPr="00F7108C">
              <w:rPr>
                <w:szCs w:val="18"/>
              </w:rPr>
              <w:t>[Organisation, Kommunikation, Teamarbeit]</w:t>
            </w:r>
          </w:p>
        </w:tc>
        <w:tc>
          <w:tcPr>
            <w:tcW w:w="6293" w:type="dxa"/>
            <w:tcMar>
              <w:top w:w="102" w:type="dxa"/>
              <w:left w:w="124" w:type="dxa"/>
              <w:bottom w:w="102" w:type="dxa"/>
              <w:right w:w="68" w:type="dxa"/>
            </w:tcMar>
          </w:tcPr>
          <w:p w14:paraId="36041F25" w14:textId="77777777" w:rsidR="002D154A" w:rsidRDefault="00000000">
            <w:pPr>
              <w:spacing w:after="120" w:line="240" w:lineRule="auto"/>
              <w:rPr>
                <w:b/>
                <w:caps/>
                <w:color w:val="B57F51"/>
                <w:sz w:val="26"/>
                <w:szCs w:val="26"/>
              </w:rPr>
            </w:pPr>
            <w:r w:rsidRPr="00F7108C">
              <w:rPr>
                <w:b/>
                <w:caps/>
                <w:color w:val="B57F51"/>
                <w:sz w:val="26"/>
                <w:szCs w:val="26"/>
              </w:rPr>
              <w:t>WERDEGANG</w:t>
            </w:r>
          </w:p>
          <w:p w14:paraId="6C34867B" w14:textId="77777777" w:rsidR="00F7108C" w:rsidRPr="00F7108C" w:rsidRDefault="00F7108C">
            <w:pPr>
              <w:spacing w:after="120" w:line="240" w:lineRule="auto"/>
              <w:rPr>
                <w:sz w:val="26"/>
                <w:szCs w:val="26"/>
              </w:rPr>
            </w:pPr>
          </w:p>
          <w:p w14:paraId="572B9C71" w14:textId="77777777" w:rsidR="002D154A" w:rsidRPr="00F7108C" w:rsidRDefault="00000000">
            <w:pPr>
              <w:pBdr>
                <w:bottom w:val="single" w:sz="6" w:space="2" w:color="7E928B"/>
              </w:pBdr>
              <w:spacing w:after="100" w:line="240" w:lineRule="auto"/>
              <w:rPr>
                <w:sz w:val="24"/>
                <w:szCs w:val="24"/>
              </w:rPr>
            </w:pPr>
            <w:r w:rsidRPr="00F7108C">
              <w:rPr>
                <w:b/>
                <w:caps/>
                <w:color w:val="214A5F"/>
                <w:sz w:val="24"/>
                <w:szCs w:val="24"/>
              </w:rPr>
              <w:t>Berufserfahrung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4280"/>
            </w:tblGrid>
            <w:tr w:rsidR="002D154A" w:rsidRPr="00F7108C" w14:paraId="51C67976" w14:textId="77777777">
              <w:tc>
                <w:tcPr>
                  <w:tcW w:w="1134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3F1D7843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color w:val="B57F51"/>
                      <w:sz w:val="20"/>
                      <w:szCs w:val="20"/>
                    </w:rPr>
                    <w:t>09/2021 - heute</w:t>
                  </w:r>
                </w:p>
              </w:tc>
              <w:tc>
                <w:tcPr>
                  <w:tcW w:w="4280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689B7AAE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sz w:val="20"/>
                      <w:szCs w:val="20"/>
                    </w:rPr>
                    <w:t>[Position]</w:t>
                  </w:r>
                </w:p>
                <w:p w14:paraId="2FBE44F8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i/>
                      <w:color w:val="6C6C6C"/>
                      <w:sz w:val="20"/>
                      <w:szCs w:val="20"/>
                    </w:rPr>
                    <w:t>[Unternehmen, Ort]</w:t>
                  </w:r>
                </w:p>
                <w:p w14:paraId="3168BD2E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[Zentrale Aufgabe oder Verantwortung]</w:t>
                  </w:r>
                </w:p>
                <w:p w14:paraId="1A2E5472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[Projekt oder Beitrag]</w:t>
                  </w:r>
                </w:p>
                <w:p w14:paraId="7E6A5EDE" w14:textId="77777777" w:rsidR="002D154A" w:rsidRPr="00F7108C" w:rsidRDefault="002D154A">
                  <w:pPr>
                    <w:spacing w:after="40" w:line="24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2D154A" w:rsidRPr="00F7108C" w14:paraId="02BB6C1E" w14:textId="77777777">
              <w:tc>
                <w:tcPr>
                  <w:tcW w:w="1134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462E85CC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color w:val="B57F51"/>
                      <w:sz w:val="20"/>
                      <w:szCs w:val="20"/>
                    </w:rPr>
                    <w:t>04/2018 - 08/2021</w:t>
                  </w:r>
                </w:p>
              </w:tc>
              <w:tc>
                <w:tcPr>
                  <w:tcW w:w="4280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01CFCC76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sz w:val="20"/>
                      <w:szCs w:val="20"/>
                    </w:rPr>
                    <w:t>[Position]</w:t>
                  </w:r>
                </w:p>
                <w:p w14:paraId="1BE38D2E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i/>
                      <w:color w:val="6C6C6C"/>
                      <w:sz w:val="20"/>
                      <w:szCs w:val="20"/>
                    </w:rPr>
                    <w:t>[Unternehmen, Ort]</w:t>
                  </w:r>
                </w:p>
                <w:p w14:paraId="03ABEE0A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[Wichtige Tätigkeit oder Schwerpunkt]</w:t>
                  </w:r>
                </w:p>
                <w:p w14:paraId="75D7B552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[Zusätzliche Verantwortung]</w:t>
                  </w:r>
                </w:p>
                <w:p w14:paraId="6F53F3C3" w14:textId="77777777" w:rsidR="002D154A" w:rsidRPr="00F7108C" w:rsidRDefault="002D154A">
                  <w:pPr>
                    <w:spacing w:after="40" w:line="24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2D154A" w:rsidRPr="00F7108C" w14:paraId="6E8F5168" w14:textId="77777777">
              <w:tc>
                <w:tcPr>
                  <w:tcW w:w="1134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6B2F5A24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color w:val="B57F51"/>
                      <w:sz w:val="20"/>
                      <w:szCs w:val="20"/>
                    </w:rPr>
                    <w:t>01/2015 - 03/2018</w:t>
                  </w:r>
                </w:p>
              </w:tc>
              <w:tc>
                <w:tcPr>
                  <w:tcW w:w="4280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12A20D78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sz w:val="20"/>
                      <w:szCs w:val="20"/>
                    </w:rPr>
                    <w:t>[Position]</w:t>
                  </w:r>
                </w:p>
                <w:p w14:paraId="6DEB7ED8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i/>
                      <w:color w:val="6C6C6C"/>
                      <w:sz w:val="20"/>
                      <w:szCs w:val="20"/>
                    </w:rPr>
                    <w:t>[Unternehmen, Ort]</w:t>
                  </w:r>
                </w:p>
                <w:p w14:paraId="7E6E24E4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[Aufgabe oder Einstieg]</w:t>
                  </w:r>
                </w:p>
                <w:p w14:paraId="628A4BEB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[Erfahrung mit Entwicklung]</w:t>
                  </w:r>
                </w:p>
              </w:tc>
            </w:tr>
          </w:tbl>
          <w:p w14:paraId="0B32F739" w14:textId="77777777" w:rsidR="002D154A" w:rsidRDefault="002D154A"/>
          <w:p w14:paraId="54447737" w14:textId="77777777" w:rsidR="00F7108C" w:rsidRDefault="00F7108C"/>
          <w:p w14:paraId="3D4303AC" w14:textId="77777777" w:rsidR="002D154A" w:rsidRPr="00F7108C" w:rsidRDefault="00000000">
            <w:pPr>
              <w:pBdr>
                <w:bottom w:val="single" w:sz="6" w:space="2" w:color="7E928B"/>
              </w:pBdr>
              <w:spacing w:after="100" w:line="240" w:lineRule="auto"/>
              <w:rPr>
                <w:sz w:val="24"/>
                <w:szCs w:val="24"/>
              </w:rPr>
            </w:pPr>
            <w:r w:rsidRPr="00F7108C">
              <w:rPr>
                <w:b/>
                <w:caps/>
                <w:color w:val="214A5F"/>
                <w:sz w:val="24"/>
                <w:szCs w:val="24"/>
              </w:rPr>
              <w:t>Ausbildung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4280"/>
            </w:tblGrid>
            <w:tr w:rsidR="002D154A" w14:paraId="4A97A376" w14:textId="77777777">
              <w:tc>
                <w:tcPr>
                  <w:tcW w:w="1134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4EF0BFA4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color w:val="B57F51"/>
                      <w:sz w:val="20"/>
                      <w:szCs w:val="20"/>
                    </w:rPr>
                    <w:t>10/2011 - 09/2014</w:t>
                  </w:r>
                </w:p>
              </w:tc>
              <w:tc>
                <w:tcPr>
                  <w:tcW w:w="4280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04F4CE79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sz w:val="20"/>
                      <w:szCs w:val="20"/>
                    </w:rPr>
                    <w:t>[Studium / Ausbildung]</w:t>
                  </w:r>
                </w:p>
                <w:p w14:paraId="3EA1ADE8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i/>
                      <w:color w:val="6C6C6C"/>
                      <w:sz w:val="20"/>
                      <w:szCs w:val="20"/>
                    </w:rPr>
                    <w:t>[Hochschule / Schule, Ort]</w:t>
                  </w:r>
                </w:p>
                <w:p w14:paraId="5B996EBA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Abschluss: [z. B. Bachelor / IHK]</w:t>
                  </w:r>
                </w:p>
                <w:p w14:paraId="2839C06B" w14:textId="77777777" w:rsidR="002D154A" w:rsidRPr="00F7108C" w:rsidRDefault="002D154A">
                  <w:pPr>
                    <w:spacing w:after="40" w:line="24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2D154A" w14:paraId="68EDDC8F" w14:textId="77777777">
              <w:tc>
                <w:tcPr>
                  <w:tcW w:w="1134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3666B07F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color w:val="B57F51"/>
                      <w:sz w:val="20"/>
                      <w:szCs w:val="20"/>
                    </w:rPr>
                    <w:t>09/2008 - 06/2011</w:t>
                  </w:r>
                </w:p>
              </w:tc>
              <w:tc>
                <w:tcPr>
                  <w:tcW w:w="4280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1C8DCEAE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sz w:val="20"/>
                      <w:szCs w:val="20"/>
                    </w:rPr>
                    <w:t>[Schulbildung]</w:t>
                  </w:r>
                </w:p>
                <w:p w14:paraId="073EBB30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i/>
                      <w:color w:val="6C6C6C"/>
                      <w:sz w:val="20"/>
                      <w:szCs w:val="20"/>
                    </w:rPr>
                    <w:t>[Schule, Ort]</w:t>
                  </w:r>
                </w:p>
                <w:p w14:paraId="0C9FC8FA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Abschluss: [z. B. Abitur / Mittlere Reife]</w:t>
                  </w:r>
                </w:p>
              </w:tc>
            </w:tr>
          </w:tbl>
          <w:p w14:paraId="08334D91" w14:textId="77777777" w:rsidR="002D154A" w:rsidRDefault="002D154A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4280"/>
            </w:tblGrid>
            <w:tr w:rsidR="00F7108C" w:rsidRPr="00F7108C" w14:paraId="4A78C75D" w14:textId="77777777" w:rsidTr="00195312">
              <w:tc>
                <w:tcPr>
                  <w:tcW w:w="1134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0606418A" w14:textId="77777777" w:rsidR="00F7108C" w:rsidRPr="00F7108C" w:rsidRDefault="00F7108C" w:rsidP="00F7108C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color w:val="B57F51"/>
                      <w:sz w:val="20"/>
                      <w:szCs w:val="20"/>
                    </w:rPr>
                    <w:t>09/2008 - 06/2011</w:t>
                  </w:r>
                </w:p>
              </w:tc>
              <w:tc>
                <w:tcPr>
                  <w:tcW w:w="4280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390D019C" w14:textId="77777777" w:rsidR="00F7108C" w:rsidRPr="00F7108C" w:rsidRDefault="00F7108C" w:rsidP="00F7108C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sz w:val="20"/>
                      <w:szCs w:val="20"/>
                    </w:rPr>
                    <w:t>[</w:t>
                  </w:r>
                  <w:proofErr w:type="spellStart"/>
                  <w:r w:rsidRPr="00F7108C">
                    <w:rPr>
                      <w:b/>
                      <w:sz w:val="20"/>
                      <w:szCs w:val="20"/>
                    </w:rPr>
                    <w:t>Schulbildung</w:t>
                  </w:r>
                  <w:proofErr w:type="spellEnd"/>
                  <w:r w:rsidRPr="00F7108C">
                    <w:rPr>
                      <w:b/>
                      <w:sz w:val="20"/>
                      <w:szCs w:val="20"/>
                    </w:rPr>
                    <w:t>]</w:t>
                  </w:r>
                </w:p>
                <w:p w14:paraId="430380D4" w14:textId="77777777" w:rsidR="00F7108C" w:rsidRPr="00F7108C" w:rsidRDefault="00F7108C" w:rsidP="00F7108C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i/>
                      <w:color w:val="6C6C6C"/>
                      <w:sz w:val="20"/>
                      <w:szCs w:val="20"/>
                    </w:rPr>
                    <w:t>[Schule, Ort]</w:t>
                  </w:r>
                </w:p>
                <w:p w14:paraId="78720D65" w14:textId="77777777" w:rsidR="00F7108C" w:rsidRPr="00F7108C" w:rsidRDefault="00F7108C" w:rsidP="00F7108C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 xml:space="preserve">• </w:t>
                  </w:r>
                  <w:proofErr w:type="spellStart"/>
                  <w:r w:rsidRPr="00F7108C">
                    <w:rPr>
                      <w:sz w:val="20"/>
                      <w:szCs w:val="20"/>
                    </w:rPr>
                    <w:t>Abschluss</w:t>
                  </w:r>
                  <w:proofErr w:type="spellEnd"/>
                  <w:r w:rsidRPr="00F7108C">
                    <w:rPr>
                      <w:sz w:val="20"/>
                      <w:szCs w:val="20"/>
                    </w:rPr>
                    <w:t xml:space="preserve">: [z. B. Abitur / </w:t>
                  </w:r>
                  <w:proofErr w:type="spellStart"/>
                  <w:r w:rsidRPr="00F7108C">
                    <w:rPr>
                      <w:sz w:val="20"/>
                      <w:szCs w:val="20"/>
                    </w:rPr>
                    <w:t>Mittlere</w:t>
                  </w:r>
                  <w:proofErr w:type="spellEnd"/>
                  <w:r w:rsidRPr="00F7108C">
                    <w:rPr>
                      <w:sz w:val="20"/>
                      <w:szCs w:val="20"/>
                    </w:rPr>
                    <w:t xml:space="preserve"> Reife]</w:t>
                  </w:r>
                </w:p>
              </w:tc>
            </w:tr>
          </w:tbl>
          <w:p w14:paraId="14B912FC" w14:textId="77777777" w:rsidR="00F7108C" w:rsidRDefault="00F7108C"/>
          <w:p w14:paraId="0A91CE82" w14:textId="77777777" w:rsidR="00F7108C" w:rsidRDefault="00F7108C"/>
          <w:p w14:paraId="33337191" w14:textId="77777777" w:rsidR="002D154A" w:rsidRPr="00F7108C" w:rsidRDefault="00000000">
            <w:pPr>
              <w:pBdr>
                <w:bottom w:val="single" w:sz="6" w:space="2" w:color="7E928B"/>
              </w:pBdr>
              <w:spacing w:after="100" w:line="240" w:lineRule="auto"/>
              <w:rPr>
                <w:sz w:val="24"/>
                <w:szCs w:val="24"/>
              </w:rPr>
            </w:pPr>
            <w:r w:rsidRPr="00F7108C">
              <w:rPr>
                <w:b/>
                <w:caps/>
                <w:color w:val="214A5F"/>
                <w:sz w:val="24"/>
                <w:szCs w:val="24"/>
              </w:rPr>
              <w:t>Weiterbildung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4280"/>
            </w:tblGrid>
            <w:tr w:rsidR="002D154A" w14:paraId="56BB6C1B" w14:textId="77777777">
              <w:tc>
                <w:tcPr>
                  <w:tcW w:w="1134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5798A2DD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color w:val="B57F51"/>
                      <w:sz w:val="20"/>
                      <w:szCs w:val="20"/>
                    </w:rPr>
                    <w:t>seit 2023</w:t>
                  </w:r>
                </w:p>
              </w:tc>
              <w:tc>
                <w:tcPr>
                  <w:tcW w:w="4280" w:type="dxa"/>
                  <w:tcMar>
                    <w:top w:w="11" w:type="dxa"/>
                    <w:left w:w="22" w:type="dxa"/>
                    <w:bottom w:w="34" w:type="dxa"/>
                    <w:right w:w="45" w:type="dxa"/>
                  </w:tcMar>
                </w:tcPr>
                <w:p w14:paraId="15ACD44D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b/>
                      <w:sz w:val="20"/>
                      <w:szCs w:val="20"/>
                    </w:rPr>
                    <w:t>[Kurs / Zertifikat]</w:t>
                  </w:r>
                </w:p>
                <w:p w14:paraId="2259438C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i/>
                      <w:color w:val="6C6C6C"/>
                      <w:sz w:val="20"/>
                      <w:szCs w:val="20"/>
                    </w:rPr>
                    <w:t>[Anbieter oder Institution]</w:t>
                  </w:r>
                </w:p>
                <w:p w14:paraId="558126D4" w14:textId="77777777" w:rsidR="002D154A" w:rsidRPr="00F7108C" w:rsidRDefault="0000000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F7108C">
                    <w:rPr>
                      <w:sz w:val="20"/>
                      <w:szCs w:val="20"/>
                    </w:rPr>
                    <w:t>• [Optional: Schwerpunkt]</w:t>
                  </w:r>
                </w:p>
              </w:tc>
            </w:tr>
          </w:tbl>
          <w:p w14:paraId="6F2F2085" w14:textId="77777777" w:rsidR="002D154A" w:rsidRDefault="002D154A"/>
        </w:tc>
      </w:tr>
    </w:tbl>
    <w:p w14:paraId="506751ED" w14:textId="77777777" w:rsidR="002D154A" w:rsidRDefault="00000000">
      <w:pPr>
        <w:spacing w:before="120" w:after="40" w:line="240" w:lineRule="auto"/>
      </w:pPr>
      <w:r>
        <w:rPr>
          <w:color w:val="6C6C6C"/>
          <w:sz w:val="15"/>
        </w:rPr>
        <w:t xml:space="preserve">Vorlage | </w:t>
      </w:r>
      <w:proofErr w:type="spellStart"/>
      <w:r>
        <w:rPr>
          <w:color w:val="6C6C6C"/>
          <w:sz w:val="15"/>
        </w:rPr>
        <w:t>Tabellarischer</w:t>
      </w:r>
      <w:proofErr w:type="spellEnd"/>
      <w:r>
        <w:rPr>
          <w:color w:val="6C6C6C"/>
          <w:sz w:val="15"/>
        </w:rPr>
        <w:t xml:space="preserve"> </w:t>
      </w:r>
      <w:proofErr w:type="spellStart"/>
      <w:r>
        <w:rPr>
          <w:color w:val="6C6C6C"/>
          <w:sz w:val="15"/>
        </w:rPr>
        <w:t>Lebenslauf</w:t>
      </w:r>
      <w:proofErr w:type="spellEnd"/>
      <w:r>
        <w:rPr>
          <w:color w:val="6C6C6C"/>
          <w:sz w:val="15"/>
        </w:rPr>
        <w:t xml:space="preserve"> | modern und seriös</w:t>
      </w: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10261"/>
      </w:tblGrid>
      <w:tr w:rsidR="002D154A" w14:paraId="7EF53C72" w14:textId="77777777">
        <w:trPr>
          <w:jc w:val="center"/>
        </w:trPr>
        <w:tc>
          <w:tcPr>
            <w:tcW w:w="10261" w:type="dxa"/>
            <w:shd w:val="clear" w:color="auto" w:fill="7E928B"/>
          </w:tcPr>
          <w:p w14:paraId="26BEC0C0" w14:textId="77777777" w:rsidR="002D154A" w:rsidRDefault="002D154A">
            <w:pPr>
              <w:spacing w:after="0" w:line="240" w:lineRule="auto"/>
            </w:pPr>
          </w:p>
        </w:tc>
      </w:tr>
    </w:tbl>
    <w:p w14:paraId="211CD22F" w14:textId="77777777" w:rsidR="008C69B4" w:rsidRDefault="008C69B4"/>
    <w:sectPr w:rsidR="008C69B4" w:rsidSect="00034616">
      <w:pgSz w:w="12240" w:h="15840"/>
      <w:pgMar w:top="510" w:right="794" w:bottom="510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6483534">
    <w:abstractNumId w:val="8"/>
  </w:num>
  <w:num w:numId="2" w16cid:durableId="66348344">
    <w:abstractNumId w:val="6"/>
  </w:num>
  <w:num w:numId="3" w16cid:durableId="1086538167">
    <w:abstractNumId w:val="5"/>
  </w:num>
  <w:num w:numId="4" w16cid:durableId="294919224">
    <w:abstractNumId w:val="4"/>
  </w:num>
  <w:num w:numId="5" w16cid:durableId="153375250">
    <w:abstractNumId w:val="7"/>
  </w:num>
  <w:num w:numId="6" w16cid:durableId="198785244">
    <w:abstractNumId w:val="3"/>
  </w:num>
  <w:num w:numId="7" w16cid:durableId="590435165">
    <w:abstractNumId w:val="2"/>
  </w:num>
  <w:num w:numId="8" w16cid:durableId="1927566518">
    <w:abstractNumId w:val="1"/>
  </w:num>
  <w:num w:numId="9" w16cid:durableId="1413116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D154A"/>
    <w:rsid w:val="00326F90"/>
    <w:rsid w:val="008C69B4"/>
    <w:rsid w:val="00A825A3"/>
    <w:rsid w:val="00AA1D8D"/>
    <w:rsid w:val="00B47730"/>
    <w:rsid w:val="00CB0664"/>
    <w:rsid w:val="00F7108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BF13C4"/>
  <w14:defaultImageDpi w14:val="300"/>
  <w15:docId w15:val="{47F1C3B9-4BD7-4D7D-A3E0-A3DBA65F9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rial" w:eastAsia="Arial" w:hAnsi="Arial"/>
      <w:color w:val="343434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2</cp:revision>
  <dcterms:created xsi:type="dcterms:W3CDTF">2013-12-23T23:15:00Z</dcterms:created>
  <dcterms:modified xsi:type="dcterms:W3CDTF">2026-04-02T17:36:00Z</dcterms:modified>
  <cp:category/>
</cp:coreProperties>
</file>