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Deutschlandkart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