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geografische Karte von Deutschland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