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emp_stammbau vorlage 10 generationen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