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 vorlage 9 generatione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