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stammbau vorl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