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tammbaum familie mit geschwister vorlage grundschul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