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m vorlage hochzeit geschwist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