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m vorlage mit geschwistern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