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0"/>
        <w:jc w:val="center"/>
      </w:pPr>
      <w:r>
        <w:t>Reisevollmacht für ein minderjähriges Kind</w:t>
      </w:r>
    </w:p>
    <w:p>
      <w:pPr>
        <w:spacing w:after="140"/>
        <w:jc w:val="center"/>
      </w:pPr>
      <w:r>
        <w:rPr>
          <w:b/>
          <w:color w:val="2F6F73"/>
          <w:sz w:val="21"/>
        </w:rPr>
        <w:t>Einverständniserklärung bei Reise mit nur einem Elternteil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rPr>
          <w:trHeight w:hRule="atLeast"/>
        </w:trPr>
        <w:tc>
          <w:tcPr>
            <w:tcW w:type="dxa" w:w="10482"/>
            <w:shd w:fill="EEF4F4"/>
            <w:tcBorders>
              <w:left w:val="single" w:sz="8" w:color="2F6F73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2F6F73"/>
              </w:rPr>
              <w:t xml:space="preserve">Wichtig: </w:t>
            </w:r>
            <w:r>
              <w:rPr>
                <w:color w:val="5B6870"/>
                <w:sz w:val="16"/>
              </w:rPr>
              <w:t>Diese Vorlage dokumentiert die Zustimmung der nicht mitreisenden sorgeberechtigten Person. Sie ist kein amtliches Formular. Je nach Zielland können Beglaubigung, Übersetzung oder zusätzliche Nachweise verlangt werden.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9411"/>
      </w:tblGrid>
      <w:tr>
        <w:trPr>
          <w:trHeight w:hRule="atLeast"/>
        </w:trPr>
        <w:tc>
          <w:tcPr>
            <w:tcW w:type="dxa" w:w="5241"/>
            <w:shd w:fill="2F6F73"/>
            <w:tcBorders>
              <w:top w:val="single" w:sz="0" w:color="17324D"/>
              <w:left w:val="single" w:sz="0" w:color="17324D"/>
              <w:bottom w:val="single" w:sz="0" w:color="17324D"/>
              <w:right w:val="single" w:sz="0" w:color="17324D"/>
            </w:tcBorders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type="dxa" w:w="5241"/>
            <w:shd w:fill="17324D"/>
            <w:tcBorders>
              <w:top w:val="single" w:sz="0" w:color="17324D"/>
              <w:left w:val="single" w:sz="0" w:color="17324D"/>
              <w:bottom w:val="single" w:sz="0" w:color="17324D"/>
              <w:right w:val="single" w:sz="0" w:color="17324D"/>
            </w:tcBorders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r>
              <w:rPr>
                <w:b/>
                <w:color w:val="FFFFFF"/>
                <w:sz w:val="20"/>
              </w:rPr>
              <w:t>Angaben zum Kind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Vor- und Nachname</w:t>
            </w:r>
          </w:p>
          <w:p>
            <w:pPr>
              <w:pStyle w:val="FieldText"/>
            </w:pPr>
            <w:r>
              <w:rPr>
                <w:color w:val="24323A"/>
              </w:rPr>
              <w:t>[Vor- und Nachname]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Geburtsdatum</w:t>
            </w:r>
          </w:p>
          <w:p>
            <w:pPr>
              <w:pStyle w:val="FieldText"/>
            </w:pPr>
            <w:r>
              <w:rPr>
                <w:color w:val="24323A"/>
              </w:rPr>
              <w:t>[TT.MM.JJJJ]</w:t>
            </w:r>
          </w:p>
        </w:tc>
      </w:tr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Geburtsort</w:t>
            </w:r>
          </w:p>
          <w:p>
            <w:pPr>
              <w:pStyle w:val="FieldText"/>
            </w:pPr>
            <w:r>
              <w:rPr>
                <w:color w:val="24323A"/>
              </w:rPr>
              <w:t>[Geburtsort]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Staatsangehörigkeit</w:t>
            </w:r>
          </w:p>
          <w:p>
            <w:pPr>
              <w:pStyle w:val="FieldText"/>
            </w:pPr>
            <w:r>
              <w:rPr>
                <w:color w:val="24323A"/>
              </w:rPr>
              <w:t>[Staatsangehörigkeit]</w:t>
            </w:r>
          </w:p>
        </w:tc>
      </w:tr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Wohnanschrift</w:t>
            </w:r>
          </w:p>
          <w:p>
            <w:pPr>
              <w:pStyle w:val="FieldText"/>
            </w:pPr>
            <w:r>
              <w:rPr>
                <w:color w:val="24323A"/>
              </w:rPr>
              <w:t>[Straße, Hausnr., PLZ, Ort]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Reisedokument-Nr.</w:t>
            </w:r>
          </w:p>
          <w:p>
            <w:pPr>
              <w:pStyle w:val="FieldText"/>
            </w:pPr>
            <w:r>
              <w:rPr>
                <w:color w:val="24323A"/>
              </w:rPr>
              <w:t>[Reisepass / Personalausweis]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9411"/>
      </w:tblGrid>
      <w:tr>
        <w:trPr>
          <w:trHeight w:hRule="atLeast"/>
        </w:trPr>
        <w:tc>
          <w:tcPr>
            <w:tcW w:type="dxa" w:w="5241"/>
            <w:shd w:fill="2F6F73"/>
            <w:tcBorders>
              <w:top w:val="single" w:sz="0" w:color="17324D"/>
              <w:left w:val="single" w:sz="0" w:color="17324D"/>
              <w:bottom w:val="single" w:sz="0" w:color="17324D"/>
              <w:right w:val="single" w:sz="0" w:color="17324D"/>
            </w:tcBorders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type="dxa" w:w="5241"/>
            <w:shd w:fill="17324D"/>
            <w:tcBorders>
              <w:top w:val="single" w:sz="0" w:color="17324D"/>
              <w:left w:val="single" w:sz="0" w:color="17324D"/>
              <w:bottom w:val="single" w:sz="0" w:color="17324D"/>
              <w:right w:val="single" w:sz="0" w:color="17324D"/>
            </w:tcBorders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r>
              <w:rPr>
                <w:b/>
                <w:color w:val="FFFFFF"/>
                <w:sz w:val="20"/>
              </w:rPr>
              <w:t>Mitreisender Elternteil / sorgeberechtigte Person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Vor- und Nachname</w:t>
            </w:r>
          </w:p>
          <w:p>
            <w:pPr>
              <w:pStyle w:val="FieldText"/>
            </w:pPr>
            <w:r>
              <w:rPr>
                <w:color w:val="24323A"/>
              </w:rPr>
              <w:t>[Vor- und Nachname]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Geburtsdatum</w:t>
            </w:r>
          </w:p>
          <w:p>
            <w:pPr>
              <w:pStyle w:val="FieldText"/>
            </w:pPr>
            <w:r>
              <w:rPr>
                <w:color w:val="24323A"/>
              </w:rPr>
              <w:t>[TT.MM.JJJJ]</w:t>
            </w:r>
          </w:p>
        </w:tc>
      </w:tr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Anschrift</w:t>
            </w:r>
          </w:p>
          <w:p>
            <w:pPr>
              <w:pStyle w:val="FieldText"/>
            </w:pPr>
            <w:r>
              <w:rPr>
                <w:color w:val="24323A"/>
              </w:rPr>
              <w:t>[Straße, Hausnr., PLZ, Ort]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Telefon während der Reise</w:t>
            </w:r>
          </w:p>
          <w:p>
            <w:pPr>
              <w:pStyle w:val="FieldText"/>
            </w:pPr>
            <w:r>
              <w:rPr>
                <w:color w:val="24323A"/>
              </w:rPr>
              <w:t>[+49 …]</w:t>
            </w:r>
          </w:p>
        </w:tc>
      </w:tr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E-Mail</w:t>
            </w:r>
          </w:p>
          <w:p>
            <w:pPr>
              <w:pStyle w:val="FieldText"/>
            </w:pPr>
            <w:r>
              <w:rPr>
                <w:color w:val="24323A"/>
              </w:rPr>
              <w:t>[E-Mail-Adresse]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Reisedokument-Nr.</w:t>
            </w:r>
          </w:p>
          <w:p>
            <w:pPr>
              <w:pStyle w:val="FieldText"/>
            </w:pPr>
            <w:r>
              <w:rPr>
                <w:color w:val="24323A"/>
              </w:rPr>
              <w:t>[Reisepass / Personalausweis]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9411"/>
      </w:tblGrid>
      <w:tr>
        <w:trPr>
          <w:trHeight w:hRule="atLeast"/>
        </w:trPr>
        <w:tc>
          <w:tcPr>
            <w:tcW w:type="dxa" w:w="5241"/>
            <w:shd w:fill="2F6F73"/>
            <w:tcBorders>
              <w:top w:val="single" w:sz="0" w:color="17324D"/>
              <w:left w:val="single" w:sz="0" w:color="17324D"/>
              <w:bottom w:val="single" w:sz="0" w:color="17324D"/>
              <w:right w:val="single" w:sz="0" w:color="17324D"/>
            </w:tcBorders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type="dxa" w:w="5241"/>
            <w:shd w:fill="17324D"/>
            <w:tcBorders>
              <w:top w:val="single" w:sz="0" w:color="17324D"/>
              <w:left w:val="single" w:sz="0" w:color="17324D"/>
              <w:bottom w:val="single" w:sz="0" w:color="17324D"/>
              <w:right w:val="single" w:sz="0" w:color="17324D"/>
            </w:tcBorders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r>
              <w:rPr>
                <w:b/>
                <w:color w:val="FFFFFF"/>
                <w:sz w:val="20"/>
              </w:rPr>
              <w:t>Nicht mitreisende sorgeberechtigte Person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Vor- und Nachname</w:t>
            </w:r>
          </w:p>
          <w:p>
            <w:pPr>
              <w:pStyle w:val="FieldText"/>
            </w:pPr>
            <w:r>
              <w:rPr>
                <w:color w:val="24323A"/>
              </w:rPr>
              <w:t>[Vor- und Nachname]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Geburtsdatum</w:t>
            </w:r>
          </w:p>
          <w:p>
            <w:pPr>
              <w:pStyle w:val="FieldText"/>
            </w:pPr>
            <w:r>
              <w:rPr>
                <w:color w:val="24323A"/>
              </w:rPr>
              <w:t>[TT.MM.JJJJ]</w:t>
            </w:r>
          </w:p>
        </w:tc>
      </w:tr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Anschrift</w:t>
            </w:r>
          </w:p>
          <w:p>
            <w:pPr>
              <w:pStyle w:val="FieldText"/>
            </w:pPr>
            <w:r>
              <w:rPr>
                <w:color w:val="24323A"/>
              </w:rPr>
              <w:t>[Straße, Hausnr., PLZ, Ort]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Telefon / Erreichbarkeit</w:t>
            </w:r>
          </w:p>
          <w:p>
            <w:pPr>
              <w:pStyle w:val="FieldText"/>
            </w:pPr>
            <w:r>
              <w:rPr>
                <w:color w:val="24323A"/>
              </w:rPr>
              <w:t>[+49 …]</w:t>
            </w:r>
          </w:p>
        </w:tc>
      </w:tr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E-Mail</w:t>
            </w:r>
          </w:p>
          <w:p>
            <w:pPr>
              <w:pStyle w:val="FieldText"/>
            </w:pPr>
            <w:r>
              <w:rPr>
                <w:color w:val="24323A"/>
              </w:rPr>
              <w:t>[E-Mail-Adresse]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Reisedokument-Nr.</w:t>
            </w:r>
          </w:p>
          <w:p>
            <w:pPr>
              <w:pStyle w:val="FieldText"/>
            </w:pPr>
            <w:r>
              <w:rPr>
                <w:color w:val="24323A"/>
              </w:rPr>
              <w:t>[Reisepass / Personalausweis]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9411"/>
      </w:tblGrid>
      <w:tr>
        <w:trPr>
          <w:trHeight w:hRule="atLeast"/>
        </w:trPr>
        <w:tc>
          <w:tcPr>
            <w:tcW w:type="dxa" w:w="5241"/>
            <w:shd w:fill="2F6F73"/>
            <w:tcBorders>
              <w:top w:val="single" w:sz="0" w:color="17324D"/>
              <w:left w:val="single" w:sz="0" w:color="17324D"/>
              <w:bottom w:val="single" w:sz="0" w:color="17324D"/>
              <w:right w:val="single" w:sz="0" w:color="17324D"/>
            </w:tcBorders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type="dxa" w:w="5241"/>
            <w:shd w:fill="17324D"/>
            <w:tcBorders>
              <w:top w:val="single" w:sz="0" w:color="17324D"/>
              <w:left w:val="single" w:sz="0" w:color="17324D"/>
              <w:bottom w:val="single" w:sz="0" w:color="17324D"/>
              <w:right w:val="single" w:sz="0" w:color="17324D"/>
            </w:tcBorders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r>
              <w:rPr>
                <w:b/>
                <w:color w:val="FFFFFF"/>
                <w:sz w:val="20"/>
              </w:rPr>
              <w:t>Reiseangaben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0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Reisezeitraum</w:t>
            </w:r>
          </w:p>
          <w:p>
            <w:pPr>
              <w:pStyle w:val="FieldText"/>
            </w:pPr>
            <w:r>
              <w:rPr>
                <w:color w:val="24323A"/>
              </w:rPr>
              <w:t>von [TT.MM.JJJJ] bis [TT.MM.JJJJ]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0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Reiseziel / Zielland</w:t>
            </w:r>
          </w:p>
          <w:p>
            <w:pPr>
              <w:pStyle w:val="FieldText"/>
            </w:pPr>
            <w:r>
              <w:rPr>
                <w:color w:val="24323A"/>
              </w:rPr>
              <w:t>[Land / Ort]</w:t>
            </w:r>
          </w:p>
        </w:tc>
      </w:tr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0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Transitländer (falls vorhanden)</w:t>
            </w:r>
          </w:p>
          <w:p>
            <w:pPr>
              <w:pStyle w:val="FieldText"/>
            </w:pPr>
            <w:r>
              <w:rPr>
                <w:color w:val="24323A"/>
              </w:rPr>
              <w:t>[Land / Länder oder „keine“]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0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Verkehrsmittel</w:t>
            </w:r>
          </w:p>
          <w:p>
            <w:pPr>
              <w:pStyle w:val="FieldText"/>
            </w:pPr>
            <w:r>
              <w:rPr>
                <w:color w:val="24323A"/>
              </w:rPr>
              <w:t>[Flug / Bahn / Auto / Schiff / sonstiges]</w:t>
            </w:r>
          </w:p>
        </w:tc>
      </w:tr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0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Unterkunft / Aufenthaltsort</w:t>
            </w:r>
          </w:p>
          <w:p>
            <w:pPr>
              <w:pStyle w:val="FieldText"/>
            </w:pPr>
            <w:r>
              <w:rPr>
                <w:color w:val="24323A"/>
              </w:rPr>
              <w:t>[Name, Ort, Anschrift]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0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Buchungs-/Flugdaten (optional)</w:t>
            </w:r>
          </w:p>
          <w:p>
            <w:pPr>
              <w:pStyle w:val="FieldText"/>
            </w:pPr>
            <w:r>
              <w:rPr>
                <w:color w:val="24323A"/>
              </w:rPr>
              <w:t>[z. B. Flugnummer / Buchungsnr.]</w:t>
            </w:r>
          </w:p>
        </w:tc>
      </w:tr>
    </w:tbl>
    <w:p>
      <w:r>
        <w:br w:type="page"/>
      </w:r>
    </w:p>
    <w:p>
      <w:pPr>
        <w:pStyle w:val="Heading1"/>
        <w:spacing w:after="120"/>
        <w:jc w:val="center"/>
      </w:pPr>
      <w:r>
        <w:t>Einverständniserklärung &amp; Reise-Checkliste</w:t>
      </w:r>
    </w:p>
    <w:p>
      <w:pPr>
        <w:spacing w:before="40" w:after="40"/>
      </w:pPr>
      <w:r>
        <w:rPr>
          <w:b/>
          <w:color w:val="17324D"/>
          <w:sz w:val="21"/>
        </w:rPr>
        <w:t>Einverständniserklärung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82"/>
      </w:tblGrid>
      <w:tr>
        <w:trPr>
          <w:trHeight w:hRule="atLeast"/>
        </w:trPr>
        <w:tc>
          <w:tcPr>
            <w:tcW w:type="dxa" w:w="10482"/>
            <w:shd w:fill="F5F7F8"/>
            <w:tcBorders>
              <w:top w:val="single" w:sz="8" w:color="2F6F73"/>
              <w:left w:val="single" w:sz="8" w:color="2F6F73"/>
              <w:bottom w:val="single" w:sz="8" w:color="2F6F73"/>
              <w:right w:val="single" w:sz="8" w:color="2F6F73"/>
            </w:tcBorders>
            <w:tcMar>
              <w:top w:w="11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sz w:val="18"/>
              </w:rPr>
              <w:t>Ich erkläre hiermit mein Einverständnis, dass das oben genannte minderjährige Kind im angegebenen Reisezeitraum gemeinsam mit dem oben genannten mitreisenden Elternteil bzw. der sorgeberechtigten Person die beschriebene Reise durchführt.</w:t>
            </w:r>
          </w:p>
          <w:p>
            <w:pPr>
              <w:spacing w:after="0"/>
            </w:pPr>
            <w:r>
              <w:rPr>
                <w:sz w:val="18"/>
              </w:rPr>
              <w:t>Ich bestätige, dass mir Reiseziel und Reisezeitraum bekannt sind und dass die Reise mit meiner Zustimmung erfolgt. Für Rückfragen bin ich unter den oben angegebenen Kontaktdaten erreichbar.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0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Ort, Datum</w:t>
            </w:r>
          </w:p>
          <w:p>
            <w:pPr>
              <w:pStyle w:val="FieldText"/>
            </w:pPr>
            <w:r>
              <w:rPr>
                <w:color w:val="24323A"/>
              </w:rPr>
              <w:t>[Ort], [TT.MM.JJJJ]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0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Ort, Datum (optional)</w:t>
            </w:r>
          </w:p>
          <w:p>
            <w:pPr>
              <w:pStyle w:val="FieldText"/>
            </w:pPr>
            <w:r>
              <w:rPr>
                <w:color w:val="24323A"/>
              </w:rPr>
              <w:t>[Ort], [TT.MM.JJJJ]</w:t>
            </w:r>
          </w:p>
        </w:tc>
      </w:tr>
      <w:tr>
        <w:trPr>
          <w:trHeight w:hRule="atLeast"/>
        </w:trPr>
        <w:tc>
          <w:tcPr>
            <w:tcW w:type="dxa" w:w="5241"/>
            <w:shd w:fill="FFFFFF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65" w:type="dxa"/>
              <w:start w:w="90" w:type="dxa"/>
              <w:bottom w:w="45" w:type="dxa"/>
              <w:end w:w="90" w:type="dxa"/>
            </w:tcMar>
          </w:tcPr>
          <w:p>
            <w:pPr>
              <w:pStyle w:val="FieldLabel"/>
            </w:pPr>
            <w:r/>
            <w:r>
              <w:t>Unterschrift nicht mitreisende sorgeberechtigte Person</w:t>
            </w:r>
          </w:p>
          <w:p>
            <w:pPr>
              <w:spacing w:before="200" w:after="0"/>
            </w:pPr>
            <w:r>
              <w:rPr>
                <w:color w:val="5B6870"/>
                <w:sz w:val="16"/>
              </w:rPr>
              <w:t>________________________________________________</w:t>
            </w:r>
          </w:p>
        </w:tc>
        <w:tc>
          <w:tcPr>
            <w:tcW w:type="dxa" w:w="5241"/>
            <w:shd w:fill="FFFFFF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65" w:type="dxa"/>
              <w:start w:w="90" w:type="dxa"/>
              <w:bottom w:w="45" w:type="dxa"/>
              <w:end w:w="90" w:type="dxa"/>
            </w:tcMar>
          </w:tcPr>
          <w:p>
            <w:pPr>
              <w:pStyle w:val="FieldLabel"/>
            </w:pPr>
            <w:r/>
            <w:r>
              <w:t>Unterschrift mitreisender Elternteil (optional)</w:t>
            </w:r>
          </w:p>
          <w:p>
            <w:pPr>
              <w:spacing w:before="200" w:after="0"/>
            </w:pPr>
            <w:r>
              <w:rPr>
                <w:color w:val="5B6870"/>
                <w:sz w:val="16"/>
              </w:rPr>
              <w:t>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9411"/>
      </w:tblGrid>
      <w:tr>
        <w:trPr>
          <w:trHeight w:hRule="atLeast"/>
        </w:trPr>
        <w:tc>
          <w:tcPr>
            <w:tcW w:type="dxa" w:w="5241"/>
            <w:shd w:fill="2F6F73"/>
            <w:tcBorders>
              <w:top w:val="single" w:sz="0" w:color="17324D"/>
              <w:left w:val="single" w:sz="0" w:color="17324D"/>
              <w:bottom w:val="single" w:sz="0" w:color="17324D"/>
              <w:right w:val="single" w:sz="0" w:color="17324D"/>
            </w:tcBorders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5</w:t>
            </w:r>
          </w:p>
        </w:tc>
        <w:tc>
          <w:tcPr>
            <w:tcW w:type="dxa" w:w="5241"/>
            <w:shd w:fill="17324D"/>
            <w:tcBorders>
              <w:top w:val="single" w:sz="0" w:color="17324D"/>
              <w:left w:val="single" w:sz="0" w:color="17324D"/>
              <w:bottom w:val="single" w:sz="0" w:color="17324D"/>
              <w:right w:val="single" w:sz="0" w:color="17324D"/>
            </w:tcBorders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r>
              <w:rPr>
                <w:b/>
                <w:color w:val="FFFFFF"/>
                <w:sz w:val="20"/>
              </w:rPr>
              <w:t>Sorgerecht und Namensabweichungen</w:t>
            </w:r>
          </w:p>
        </w:tc>
      </w:tr>
    </w:tbl>
    <w:p>
      <w:pPr>
        <w:spacing w:after="0"/>
      </w:pPr>
    </w:p>
    <w:p>
      <w:pPr>
        <w:spacing w:after="20"/>
      </w:pPr>
      <w:r>
        <w:rPr>
          <w:color w:val="24323A"/>
          <w:sz w:val="18"/>
        </w:rPr>
        <w:t>☐  Die oben genannten Personen üben die elterliche Sorge gemeinsam aus.</w:t>
      </w:r>
    </w:p>
    <w:p>
      <w:pPr>
        <w:spacing w:after="20"/>
      </w:pPr>
      <w:r>
        <w:rPr>
          <w:color w:val="24323A"/>
          <w:sz w:val="18"/>
        </w:rPr>
        <w:t>☐  Der mitreisende Elternteil ist allein sorgeberechtigt. Ein entsprechender Nachweis wird mitgeführt.</w:t>
      </w:r>
    </w:p>
    <w:p>
      <w:pPr>
        <w:spacing w:after="20"/>
      </w:pPr>
      <w:r>
        <w:rPr>
          <w:color w:val="24323A"/>
          <w:sz w:val="18"/>
        </w:rPr>
        <w:t>☐  Kind und mitreisender Elternteil führen unterschiedliche Familiennamen. Ein Nachweis der Eltern-Kind-Beziehung wird mitgeführt.</w:t>
      </w:r>
    </w:p>
    <w:p>
      <w:pPr>
        <w:spacing w:after="20"/>
      </w:pPr>
      <w:r>
        <w:rPr>
          <w:color w:val="24323A"/>
          <w:sz w:val="18"/>
        </w:rPr>
        <w:t>☐  Besondere Sorgerechtsregelung / gerichtliche Entscheidung vorhanden (ggf. Nachweis beifügen).</w:t>
      </w:r>
    </w:p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482"/>
      </w:tblGrid>
      <w:tr>
        <w:trPr>
          <w:trHeight w:hRule="atLeast"/>
        </w:trPr>
        <w:tc>
          <w:tcPr>
            <w:tcW w:type="dxa" w:w="10482"/>
            <w:shd w:fill="FFFFFF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Erläuterung / besondere Sorgerechtsregelung (optional)</w:t>
            </w:r>
          </w:p>
          <w:p>
            <w:pPr>
              <w:pStyle w:val="FieldText"/>
            </w:pPr>
            <w:r>
              <w:rPr>
                <w:color w:val="24323A"/>
              </w:rPr>
              <w:t>[Freitext]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9411"/>
      </w:tblGrid>
      <w:tr>
        <w:trPr>
          <w:trHeight w:hRule="atLeast"/>
        </w:trPr>
        <w:tc>
          <w:tcPr>
            <w:tcW w:type="dxa" w:w="5241"/>
            <w:shd w:fill="2F6F73"/>
            <w:tcBorders>
              <w:top w:val="single" w:sz="0" w:color="17324D"/>
              <w:left w:val="single" w:sz="0" w:color="17324D"/>
              <w:bottom w:val="single" w:sz="0" w:color="17324D"/>
              <w:right w:val="single" w:sz="0" w:color="17324D"/>
            </w:tcBorders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6</w:t>
            </w:r>
          </w:p>
        </w:tc>
        <w:tc>
          <w:tcPr>
            <w:tcW w:type="dxa" w:w="5241"/>
            <w:shd w:fill="17324D"/>
            <w:tcBorders>
              <w:top w:val="single" w:sz="0" w:color="17324D"/>
              <w:left w:val="single" w:sz="0" w:color="17324D"/>
              <w:bottom w:val="single" w:sz="0" w:color="17324D"/>
              <w:right w:val="single" w:sz="0" w:color="17324D"/>
            </w:tcBorders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r>
              <w:rPr>
                <w:b/>
                <w:color w:val="FFFFFF"/>
                <w:sz w:val="20"/>
              </w:rPr>
              <w:t>Weitere Kontakt- und Notfallangaben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0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Zusätzliche Kontaktperson</w:t>
            </w:r>
          </w:p>
          <w:p>
            <w:pPr>
              <w:pStyle w:val="FieldText"/>
            </w:pPr>
            <w:r>
              <w:rPr>
                <w:color w:val="24323A"/>
              </w:rPr>
              <w:t>[Vor- und Nachname]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0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Telefon</w:t>
            </w:r>
          </w:p>
          <w:p>
            <w:pPr>
              <w:pStyle w:val="FieldText"/>
            </w:pPr>
            <w:r>
              <w:rPr>
                <w:color w:val="24323A"/>
              </w:rPr>
              <w:t>[+49 …]</w:t>
            </w:r>
          </w:p>
        </w:tc>
      </w:tr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0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Verhältnis zum Kind</w:t>
            </w:r>
          </w:p>
          <w:p>
            <w:pPr>
              <w:pStyle w:val="FieldText"/>
            </w:pPr>
            <w:r>
              <w:rPr>
                <w:color w:val="24323A"/>
              </w:rPr>
              <w:t>[z. B. Großelternteil]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0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E-Mail (optional)</w:t>
            </w:r>
          </w:p>
          <w:p>
            <w:pPr>
              <w:pStyle w:val="FieldText"/>
            </w:pPr>
            <w:r>
              <w:rPr>
                <w:color w:val="24323A"/>
              </w:rPr>
              <w:t>[E-Mail-Adresse]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482"/>
      </w:tblGrid>
      <w:tr>
        <w:trPr>
          <w:trHeight w:hRule="atLeast"/>
        </w:trPr>
        <w:tc>
          <w:tcPr>
            <w:tcW w:type="dxa" w:w="10482"/>
            <w:shd w:fill="FFFFFF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75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pStyle w:val="FieldLabel"/>
            </w:pPr>
            <w:r/>
            <w:r>
              <w:t>Medizinische / organisatorische Hinweise für die Reise (optional)</w:t>
            </w:r>
          </w:p>
          <w:p>
            <w:pPr>
              <w:pStyle w:val="FieldText"/>
            </w:pPr>
            <w:r>
              <w:rPr>
                <w:color w:val="24323A"/>
              </w:rPr>
              <w:t>[Nur notwendige Hinweise eintragen; sensible Angaben sparsam verwenden.]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9411"/>
      </w:tblGrid>
      <w:tr>
        <w:trPr>
          <w:trHeight w:hRule="atLeast"/>
        </w:trPr>
        <w:tc>
          <w:tcPr>
            <w:tcW w:type="dxa" w:w="5241"/>
            <w:shd w:fill="2F6F73"/>
            <w:tcBorders>
              <w:top w:val="single" w:sz="0" w:color="17324D"/>
              <w:left w:val="single" w:sz="0" w:color="17324D"/>
              <w:bottom w:val="single" w:sz="0" w:color="17324D"/>
              <w:right w:val="single" w:sz="0" w:color="17324D"/>
            </w:tcBorders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7</w:t>
            </w:r>
          </w:p>
        </w:tc>
        <w:tc>
          <w:tcPr>
            <w:tcW w:type="dxa" w:w="5241"/>
            <w:shd w:fill="17324D"/>
            <w:tcBorders>
              <w:top w:val="single" w:sz="0" w:color="17324D"/>
              <w:left w:val="single" w:sz="0" w:color="17324D"/>
              <w:bottom w:val="single" w:sz="0" w:color="17324D"/>
              <w:right w:val="single" w:sz="0" w:color="17324D"/>
            </w:tcBorders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r>
              <w:rPr>
                <w:b/>
                <w:color w:val="FFFFFF"/>
                <w:sz w:val="20"/>
              </w:rPr>
              <w:t>Unterlagen vor Reisebeginn prüfen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/>
            <w:r>
              <w:rPr>
                <w:color w:val="24323A"/>
                <w:sz w:val="15"/>
              </w:rPr>
              <w:t>☐  Gültiges Reisedokument des Kindes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/>
            <w:r>
              <w:rPr>
                <w:color w:val="24323A"/>
                <w:sz w:val="15"/>
              </w:rPr>
              <w:t>☐  Geburts-/Adoptionsurkunde bzw. Sorgerechtsnachweis bei Namensabweichung oder besonderer Sorgerechtslage</w:t>
            </w:r>
          </w:p>
        </w:tc>
      </w:tr>
      <w:tr>
        <w:trPr>
          <w:trHeight w:hRule="atLeast"/>
        </w:trPr>
        <w:tc>
          <w:tcPr>
            <w:tcW w:type="dxa" w:w="5241"/>
            <w:shd w:fill="FFFFFF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/>
            <w:r>
              <w:rPr>
                <w:color w:val="24323A"/>
                <w:sz w:val="15"/>
              </w:rPr>
              <w:t>☐  Reisedokument des mitreisenden Elternteils</w:t>
            </w:r>
          </w:p>
        </w:tc>
        <w:tc>
          <w:tcPr>
            <w:tcW w:type="dxa" w:w="5241"/>
            <w:shd w:fill="FFFFFF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/>
            <w:r>
              <w:rPr>
                <w:color w:val="24323A"/>
                <w:sz w:val="15"/>
              </w:rPr>
              <w:t>☐  Einreise-, Visum- und Transitbestimmungen geprüft</w:t>
            </w:r>
          </w:p>
        </w:tc>
      </w:tr>
      <w:tr>
        <w:trPr>
          <w:trHeight w:hRule="atLeast"/>
        </w:trPr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/>
            <w:r>
              <w:rPr>
                <w:color w:val="24323A"/>
                <w:sz w:val="15"/>
              </w:rPr>
              <w:t>☐  Kopie der Ausweis-/Passdatenseite der nicht mitreisenden sorgeberechtigten Person</w:t>
            </w:r>
          </w:p>
        </w:tc>
        <w:tc>
          <w:tcPr>
            <w:tcW w:type="dxa" w:w="5241"/>
            <w:shd w:fill="F5F7F8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/>
            <w:r>
              <w:rPr>
                <w:color w:val="24323A"/>
                <w:sz w:val="15"/>
              </w:rPr>
              <w:t>☐  Beglaubigung und ggf. Übersetzung geprüft</w:t>
            </w:r>
          </w:p>
        </w:tc>
      </w:tr>
      <w:tr>
        <w:trPr>
          <w:trHeight w:hRule="atLeast"/>
        </w:trPr>
        <w:tc>
          <w:tcPr>
            <w:tcW w:type="dxa" w:w="5241"/>
            <w:shd w:fill="FFFFFF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/>
            <w:r>
              <w:rPr>
                <w:color w:val="24323A"/>
                <w:sz w:val="15"/>
              </w:rPr>
              <w:t>☐  Original dieser unterschriebenen Einverständniserklärung</w:t>
            </w:r>
          </w:p>
        </w:tc>
        <w:tc>
          <w:tcPr>
            <w:tcW w:type="dxa" w:w="5241"/>
            <w:shd w:fill="FFFFFF"/>
            <w:tcBorders>
              <w:top w:val="single" w:sz="6" w:color="D7E1E4"/>
              <w:left w:val="single" w:sz="6" w:color="D7E1E4"/>
              <w:bottom w:val="single" w:sz="6" w:color="D7E1E4"/>
              <w:right w:val="single" w:sz="6" w:color="D7E1E4"/>
            </w:tcBorders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/>
            <w:r>
              <w:rPr>
                <w:color w:val="24323A"/>
                <w:sz w:val="15"/>
              </w:rPr>
              <w:t>☐  Vorgaben der Fluggesellschaft / des Beförderungsunternehmens geprüft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rPr>
          <w:trHeight w:hRule="atLeast"/>
        </w:trPr>
        <w:tc>
          <w:tcPr>
            <w:tcW w:type="dxa" w:w="10482"/>
            <w:shd w:fill="EEF4F4"/>
            <w:tcBorders>
              <w:left w:val="single" w:sz="8" w:color="2F6F73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2F6F73"/>
              </w:rPr>
              <w:t xml:space="preserve">Zur Verwendung: </w:t>
            </w:r>
            <w:r>
              <w:rPr>
                <w:color w:val="5B6870"/>
                <w:sz w:val="16"/>
              </w:rPr>
              <w:t>Vollmacht möglichst zeitnah vor der Reise unterschreiben und im Original mitführen. Anforderungen können je nach Ziel- und Transitland, Staatsangehörigkeit und Beförderungsunternehmen abweichen. Bei mehreren zustimmungsberechtigten Personen sollten deren Zustimmungen ebenfalls dokumentiert werden.</w:t>
            </w:r>
          </w:p>
        </w:tc>
      </w:tr>
    </w:tbl>
    <w:p>
      <w:pPr>
        <w:spacing w:before="80" w:after="0"/>
      </w:pPr>
      <w:r>
        <w:rPr>
          <w:i/>
          <w:color w:val="5B6870"/>
          <w:sz w:val="14"/>
        </w:rPr>
        <w:t>Hinweis: Diese Vorlage dient der praktischen Dokumentation einer Reiseeinwilligung und ersetzt keine individuelle rechtliche Beratung oder landesspezifische Einreiseinformation.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870"/>
        <w:sz w:val="14"/>
      </w:rPr>
      <w:t>Vorlage zur individuellen Verwendung · Vor Reiseantritt Anforderungen des Ziel- und Transitlandes prüfen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4961"/>
      <w:gridCol w:w="4961"/>
    </w:tblGrid>
    <w:tr>
      <w:tc>
        <w:tcPr>
          <w:tcW w:type="dxa" w:w="680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r>
            <w:rPr>
              <w:b/>
              <w:color w:val="2F6F73"/>
              <w:sz w:val="17"/>
            </w:rPr>
            <w:t>REISEVOLLMACHT</w:t>
          </w:r>
        </w:p>
      </w:tc>
      <w:tc>
        <w:tcPr>
          <w:tcW w:type="dxa" w:w="3118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color w:val="5B6870"/>
              <w:sz w:val="15"/>
            </w:rPr>
            <w:t>Kind reist mit einem Elternteil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Aptos" w:hAnsi="Aptos"/>
      <w:color w:val="24323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7324D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F6F73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80"/>
      <w:contextualSpacing/>
    </w:pPr>
    <w:rPr>
      <w:rFonts w:asciiTheme="majorHAnsi" w:eastAsiaTheme="majorEastAsia" w:hAnsiTheme="majorHAnsi" w:cstheme="majorBidi" w:ascii="Aptos Display" w:hAnsi="Aptos Display"/>
      <w:b/>
      <w:color w:val="17324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Label"/>
    <w:pPr>
      <w:spacing w:after="20"/>
    </w:pPr>
    <w:rPr>
      <w:rFonts w:ascii="Aptos" w:hAnsi="Aptos"/>
      <w:b/>
      <w:color w:val="5B6870"/>
      <w:sz w:val="15"/>
    </w:rPr>
  </w:style>
  <w:style w:type="paragraph" w:customStyle="1" w:styleId="FieldText">
    <w:name w:val="FieldText"/>
    <w:pPr>
      <w:spacing w:after="0"/>
    </w:pPr>
    <w:rPr>
      <w:rFonts w:ascii="Aptos" w:hAnsi="Aptos"/>
      <w:color w:val="24323A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Reisevollmacht Kind mit einem Elternteil – Vorlage</dc:title>
  <dc:subject>Einverständniserklärung für die Reise eines minderjährigen Kindes mit nur einem Elternteil</dc:subject>
  <dc:creator/>
  <cp:keywords>Reisevollmacht, Kind, Elternteil, Einverständniserklärung, Vorlage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