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shd w:fill="123F5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44"/>
              </w:rPr>
              <w:t>REISEVOLLMACHT</w:t>
            </w:r>
          </w:p>
          <w:p>
            <w:pPr>
              <w:spacing w:after="0"/>
            </w:pPr>
            <w:r>
              <w:rPr>
                <w:b/>
                <w:color w:val="DCECF6"/>
                <w:sz w:val="24"/>
              </w:rPr>
              <w:t>Kind reist mit dem Vater</w:t>
            </w:r>
          </w:p>
        </w:tc>
      </w:tr>
    </w:tbl>
    <w:p>
      <w:pPr>
        <w:spacing w:before="140" w:after="120"/>
      </w:pPr>
      <w:r>
        <w:rPr>
          <w:sz w:val="19"/>
        </w:rPr>
        <w:t>Einverständniserklärung der nicht mitreisenden sorgeberechtigten Person für eine Auslandsreise eines minderjährigen Kindes in Begleitung seines Vaters.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shd w:fill="EDF5FA"/>
            <w:tcMar>
              <w:top w:w="130" w:type="dxa"/>
              <w:start w:w="160" w:type="dxa"/>
              <w:bottom w:w="130" w:type="dxa"/>
              <w:end w:w="160" w:type="dxa"/>
            </w:tcMar>
            <w:tcBorders>
              <w:top w:val="single" w:sz="6" w:color="BFD5E4"/>
              <w:left w:val="single" w:sz="6" w:color="BFD5E4"/>
              <w:bottom w:val="single" w:sz="6" w:color="BFD5E4"/>
              <w:right w:val="single" w:sz="6" w:color="BFD5E4"/>
            </w:tcBorders>
          </w:tcPr>
          <w:p>
            <w:pPr>
              <w:spacing w:after="0"/>
            </w:pPr>
            <w:r>
              <w:rPr>
                <w:b/>
                <w:color w:val="143F5C"/>
                <w:sz w:val="17"/>
              </w:rPr>
              <w:t xml:space="preserve">Hinweis: </w:t>
            </w:r>
            <w:r>
              <w:rPr>
                <w:sz w:val="17"/>
              </w:rPr>
              <w:t>Die Einreisebestimmungen des Ziellandes können zusätzliche Anforderungen vorsehen, z. B. Beglaubigung, Übersetzung oder weitere Sorgerechtsnachweise.</w:t>
            </w:r>
          </w:p>
        </w:tc>
      </w:tr>
    </w:tbl>
    <w:p>
      <w:pPr>
        <w:spacing w:before="160" w:after="100"/>
      </w:pPr>
      <w:r>
        <w:rPr>
          <w:b/>
          <w:color w:val="143F5C"/>
          <w:sz w:val="25"/>
        </w:rPr>
        <w:t>1  Angaben zum Kind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Familienname, Vorname(n)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Geburtsdatum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Geburtsort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Staatsangehörigkeit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Wohnanschrift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Reisedokument (Art)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Dokumentennummer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Gültig bis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160" w:after="100"/>
      </w:pPr>
      <w:r>
        <w:rPr>
          <w:b/>
          <w:color w:val="143F5C"/>
          <w:sz w:val="25"/>
        </w:rPr>
        <w:t>2  Mitreisender Vater</w:t>
      </w:r>
    </w:p>
    <w:p>
      <w:pPr>
        <w:pStyle w:val="SmallNote"/>
        <w:spacing w:after="100"/>
      </w:pPr>
      <w:r>
        <w:t>Der Vater begleitet das Kind während der unten bezeichneten Reise.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Familienname, Vorname(n)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Geburtsdatum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Wohnanschrift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Telefon / Mobil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E-Mail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Reisedokument (Art)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Dokumentennummer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Gültig bis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r>
        <w:br w:type="page"/>
      </w:r>
    </w:p>
    <w:p>
      <w:pPr>
        <w:spacing w:before="160" w:after="100"/>
      </w:pPr>
      <w:r>
        <w:rPr>
          <w:b/>
          <w:color w:val="143F5C"/>
          <w:sz w:val="25"/>
        </w:rPr>
        <w:t>3  Nicht mitreisende sorgeberechtigte Person</w:t>
      </w:r>
    </w:p>
    <w:p>
      <w:pPr>
        <w:pStyle w:val="SmallNote"/>
        <w:spacing w:after="100"/>
      </w:pPr>
      <w:r>
        <w:t>Diese Person erteilt die Einwilligung zur Reise.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Familienname, Vorname(n)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Verhältnis zum Kind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Geburtsdatum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Wohnanschrift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Telefon / Mobil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E-Mail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Reisedokument (Art)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Dokumentennummer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160" w:after="100"/>
      </w:pPr>
      <w:r>
        <w:rPr>
          <w:b/>
          <w:color w:val="143F5C"/>
          <w:sz w:val="25"/>
        </w:rPr>
        <w:t>4  Reisedaten und Reiseverlauf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Reiseziel / Zielland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Weitere Länder / Zwischenstopps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Abreise am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Rückkehr am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Unterkunft / Aufenthaltsort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Verkehrsmittel / Flug- oder Buchungsdaten (optional)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Erreichbarkeit während der Reise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160" w:after="100"/>
      </w:pPr>
      <w:r>
        <w:rPr>
          <w:b/>
          <w:color w:val="143F5C"/>
          <w:sz w:val="25"/>
        </w:rPr>
        <w:t>5  Einverständniserklärung</w:t>
      </w:r>
    </w:p>
    <w:p>
      <w:pPr>
        <w:spacing w:after="100"/>
      </w:pPr>
      <w:r>
        <w:rPr>
          <w:sz w:val="19"/>
        </w:rPr>
        <w:t>Hiermit erkläre ich als nicht mitreisende sorgeberechtigte Person, dass ich damit einverstanden bin, dass das oben genannte minderjährige Kind im angegebenen Zeitraum gemeinsam mit seinem Vater die unter Ziffer 4 bezeichnete Reise unternimmt.</w:t>
      </w:r>
    </w:p>
    <w:p>
      <w:pPr>
        <w:spacing w:after="100"/>
      </w:pPr>
      <w:r>
        <w:rPr>
          <w:sz w:val="19"/>
        </w:rPr>
        <w:t>Ich bestätige, dass die Reise mit meinem Wissen und meiner Zustimmung erfolgt. Für Rückfragen von Grenz-, Polizei-, Beförderungs- oder sonstigen zuständigen Stellen bin ich unter den oben angegebenen Kontaktdaten erreichbar.</w:t>
      </w:r>
    </w:p>
    <w:p>
      <w:r>
        <w:br w:type="page"/>
      </w:r>
    </w:p>
    <w:p>
      <w:pPr>
        <w:spacing w:before="160" w:after="100"/>
      </w:pPr>
      <w:r>
        <w:rPr>
          <w:b/>
          <w:color w:val="143F5C"/>
          <w:sz w:val="25"/>
        </w:rPr>
        <w:t>6  Sorgerecht und besondere Nachweise</w:t>
      </w:r>
    </w:p>
    <w:p>
      <w:pPr>
        <w:spacing w:after="40"/>
        <w:ind w:left="0"/>
      </w:pPr>
      <w:r>
        <w:rPr>
          <w:sz w:val="19"/>
        </w:rPr>
        <w:t>☐  Für das Kind besteht gemeinsames Sorgerecht.</w:t>
      </w:r>
    </w:p>
    <w:p>
      <w:pPr>
        <w:spacing w:after="40"/>
        <w:ind w:left="0"/>
      </w:pPr>
      <w:r>
        <w:rPr>
          <w:sz w:val="19"/>
        </w:rPr>
        <w:t>☐  Der mitreisende Vater ist allein sorgeberechtigt; ein entsprechender Nachweis wird mitgeführt.</w:t>
      </w:r>
    </w:p>
    <w:p>
      <w:pPr>
        <w:spacing w:after="40"/>
        <w:ind w:left="0"/>
      </w:pPr>
      <w:r>
        <w:rPr>
          <w:sz w:val="19"/>
        </w:rPr>
        <w:t>☐  Die nicht mitreisende Person ist allein sorgeberechtigt und erteilt diese Reiseeinwilligung.</w:t>
      </w:r>
    </w:p>
    <w:p>
      <w:pPr>
        <w:spacing w:after="40"/>
        <w:ind w:left="0"/>
      </w:pPr>
      <w:r>
        <w:rPr>
          <w:sz w:val="19"/>
        </w:rPr>
        <w:t>☐  Kind und mitreisender Vater führen unterschiedliche Familiennamen.</w:t>
      </w:r>
    </w:p>
    <w:p>
      <w:pPr>
        <w:spacing w:after="40"/>
        <w:ind w:left="0"/>
      </w:pPr>
      <w:r>
        <w:rPr>
          <w:sz w:val="19"/>
        </w:rPr>
        <w:t>☐  Weitere für die Reise relevante Sorgerechts- oder Familienstandsnachweise werden mitgeführt.</w:t>
      </w:r>
    </w:p>
    <w:p>
      <w:pPr>
        <w:spacing w:before="160" w:after="100"/>
      </w:pPr>
      <w:r>
        <w:rPr>
          <w:b/>
          <w:color w:val="143F5C"/>
          <w:sz w:val="25"/>
        </w:rPr>
        <w:t>7  Unterschrift der nicht mitreisenden sorgeberechtigten Person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4876"/>
            <w:tcMar>
              <w:top w:w="160" w:type="dxa"/>
              <w:start w:w="120" w:type="dxa"/>
              <w:bottom w:w="100" w:type="dxa"/>
              <w:end w:w="120" w:type="dxa"/>
            </w:tcMar>
            <w:tcBorders>
              <w:top w:val="single" w:sz="4" w:color="D7DDE4"/>
              <w:left w:val="single" w:sz="4" w:color="D7DDE4"/>
              <w:bottom w:val="single" w:sz="4" w:color="D7DDE4"/>
              <w:right w:val="single" w:sz="4" w:color="D7DDE4"/>
            </w:tcBorders>
          </w:tcPr>
          <w:p>
            <w:r>
              <w:rPr>
                <w:sz w:val="20"/>
              </w:rPr>
              <w:t>____________________________________</w:t>
            </w:r>
          </w:p>
          <w:p>
            <w:pPr>
              <w:spacing w:after="0"/>
            </w:pPr>
            <w:r>
              <w:rPr>
                <w:color w:val="5A626A"/>
                <w:sz w:val="15"/>
              </w:rPr>
              <w:t>Ort</w:t>
            </w:r>
            <w:r/>
          </w:p>
        </w:tc>
        <w:tc>
          <w:tcPr>
            <w:tcW w:type="dxa" w:w="4876"/>
            <w:tcMar>
              <w:top w:w="160" w:type="dxa"/>
              <w:start w:w="120" w:type="dxa"/>
              <w:bottom w:w="100" w:type="dxa"/>
              <w:end w:w="120" w:type="dxa"/>
            </w:tcMar>
            <w:tcBorders>
              <w:top w:val="single" w:sz="4" w:color="D7DDE4"/>
              <w:left w:val="single" w:sz="4" w:color="D7DDE4"/>
              <w:bottom w:val="single" w:sz="4" w:color="D7DDE4"/>
              <w:right w:val="single" w:sz="4" w:color="D7DDE4"/>
            </w:tcBorders>
          </w:tcPr>
          <w:p>
            <w:r>
              <w:rPr>
                <w:sz w:val="20"/>
              </w:rPr>
              <w:t>____________________________________</w:t>
            </w:r>
          </w:p>
          <w:p>
            <w:pPr>
              <w:spacing w:after="0"/>
            </w:pPr>
            <w:r>
              <w:rPr>
                <w:color w:val="5A626A"/>
                <w:sz w:val="15"/>
              </w:rPr>
              <w:t>Datum</w:t>
            </w:r>
            <w:r/>
          </w:p>
        </w:tc>
      </w:tr>
      <w:tr>
        <w:trPr>
          <w:cantSplit/>
          <w:cantSplit/>
        </w:trPr>
        <w:tc>
          <w:tcPr>
            <w:tcW w:type="dxa" w:w="4876"/>
            <w:tcMar>
              <w:top w:w="160" w:type="dxa"/>
              <w:start w:w="120" w:type="dxa"/>
              <w:bottom w:w="100" w:type="dxa"/>
              <w:end w:w="120" w:type="dxa"/>
            </w:tcMar>
            <w:tcBorders>
              <w:top w:val="single" w:sz="4" w:color="D7DDE4"/>
              <w:left w:val="single" w:sz="4" w:color="D7DDE4"/>
              <w:bottom w:val="single" w:sz="4" w:color="D7DDE4"/>
              <w:right w:val="single" w:sz="4" w:color="D7DDE4"/>
            </w:tcBorders>
          </w:tcPr>
          <w:p>
            <w:r>
              <w:rPr>
                <w:sz w:val="20"/>
              </w:rPr>
              <w:t>____________________________________</w:t>
            </w:r>
          </w:p>
          <w:p>
            <w:pPr>
              <w:spacing w:after="0"/>
            </w:pPr>
            <w:r>
              <w:rPr>
                <w:color w:val="5A626A"/>
                <w:sz w:val="15"/>
              </w:rPr>
              <w:t>Unterschrift</w:t>
            </w:r>
            <w:r/>
          </w:p>
        </w:tc>
        <w:tc>
          <w:tcPr>
            <w:tcW w:type="dxa" w:w="4876"/>
            <w:tcMar>
              <w:top w:w="160" w:type="dxa"/>
              <w:start w:w="120" w:type="dxa"/>
              <w:bottom w:w="100" w:type="dxa"/>
              <w:end w:w="120" w:type="dxa"/>
            </w:tcMar>
            <w:tcBorders>
              <w:top w:val="single" w:sz="4" w:color="D7DDE4"/>
              <w:left w:val="single" w:sz="4" w:color="D7DDE4"/>
              <w:bottom w:val="single" w:sz="4" w:color="D7DDE4"/>
              <w:right w:val="single" w:sz="4" w:color="D7DDE4"/>
            </w:tcBorders>
          </w:tcPr>
          <w:p>
            <w:r>
              <w:rPr>
                <w:sz w:val="20"/>
              </w:rPr>
              <w:t>____________________________________</w:t>
            </w:r>
          </w:p>
          <w:p>
            <w:pPr>
              <w:spacing w:after="0"/>
            </w:pPr>
            <w:r>
              <w:rPr>
                <w:color w:val="5A626A"/>
                <w:sz w:val="15"/>
              </w:rPr>
              <w:t>Name in Druckbuchstaben</w:t>
            </w:r>
            <w:r/>
          </w:p>
        </w:tc>
      </w:tr>
    </w:tbl>
    <w:p>
      <w:pPr>
        <w:spacing w:before="160" w:after="100"/>
      </w:pPr>
      <w:r>
        <w:rPr>
          <w:b/>
          <w:color w:val="143F5C"/>
          <w:sz w:val="25"/>
        </w:rPr>
        <w:t>8  Empfohlene Unterlagen für die Reise</w:t>
      </w:r>
    </w:p>
    <w:p>
      <w:pPr>
        <w:spacing w:after="40"/>
        <w:ind w:left="0"/>
      </w:pPr>
      <w:r>
        <w:rPr>
          <w:sz w:val="19"/>
        </w:rPr>
        <w:t>☐  Gültiges Reisedokument des Kindes</w:t>
      </w:r>
    </w:p>
    <w:p>
      <w:pPr>
        <w:spacing w:after="40"/>
        <w:ind w:left="0"/>
      </w:pPr>
      <w:r>
        <w:rPr>
          <w:sz w:val="19"/>
        </w:rPr>
        <w:t>☐  Diese unterschriebene Reisevollmacht im Original</w:t>
      </w:r>
    </w:p>
    <w:p>
      <w:pPr>
        <w:spacing w:after="40"/>
        <w:ind w:left="0"/>
      </w:pPr>
      <w:r>
        <w:rPr>
          <w:sz w:val="19"/>
        </w:rPr>
        <w:t>☐  Kopie der Personaldatenseite des Ausweises/Reisepasses der nicht mitreisenden sorgeberechtigten Person</w:t>
      </w:r>
    </w:p>
    <w:p>
      <w:pPr>
        <w:spacing w:after="40"/>
        <w:ind w:left="0"/>
      </w:pPr>
      <w:r>
        <w:rPr>
          <w:sz w:val="19"/>
        </w:rPr>
        <w:t>☐  Geburts- oder Adoptionsurkunde, insbesondere bei unterschiedlichen Familiennamen</w:t>
      </w:r>
    </w:p>
    <w:p>
      <w:pPr>
        <w:spacing w:after="40"/>
        <w:ind w:left="0"/>
      </w:pPr>
      <w:r>
        <w:rPr>
          <w:sz w:val="19"/>
        </w:rPr>
        <w:t>☐  Nachweis über alleiniges Sorgerecht, falls zutreffend</w:t>
      </w:r>
    </w:p>
    <w:p>
      <w:pPr>
        <w:spacing w:after="40"/>
        <w:ind w:left="0"/>
      </w:pPr>
      <w:r>
        <w:rPr>
          <w:sz w:val="19"/>
        </w:rPr>
        <w:t>☐  Beglaubigung und/oder Übersetzung, sofern das Zielland dies verlangt</w:t>
      </w:r>
    </w:p>
    <w:p>
      <w:pPr>
        <w:spacing w:before="120" w:after="60"/>
      </w:pPr>
      <w:r>
        <w:rPr>
          <w:b/>
          <w:color w:val="143F5C"/>
          <w:sz w:val="18"/>
        </w:rPr>
        <w:t>Optionaler Bereich für Beglaubigung / amtlichen Vermerk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tcMar>
              <w:top w:w="180" w:type="dxa"/>
              <w:start w:w="160" w:type="dxa"/>
              <w:bottom w:w="300" w:type="dxa"/>
              <w:end w:w="160" w:type="dxa"/>
            </w:tcMar>
            <w:tcBorders>
              <w:top w:val="single" w:sz="5" w:color="BFC7D0"/>
              <w:left w:val="single" w:sz="5" w:color="BFC7D0"/>
              <w:bottom w:val="single" w:sz="5" w:color="BFC7D0"/>
              <w:right w:val="single" w:sz="5" w:color="BFC7D0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</w:tbl>
    <w:p>
      <w:pPr>
        <w:spacing w:before="120" w:after="0"/>
      </w:pPr>
      <w:r>
        <w:rPr>
          <w:b/>
          <w:color w:val="143F5C"/>
          <w:sz w:val="16"/>
        </w:rPr>
        <w:t xml:space="preserve">Prüfung vor Abreise: </w:t>
      </w:r>
      <w:r>
        <w:rPr>
          <w:color w:val="555E68"/>
          <w:sz w:val="16"/>
        </w:rPr>
        <w:t>Anforderungen des Ziellandes und des Beförderungsunternehmens prüfen. Diese Vorlage ersetzt keine individuelle Rechtsberatung und ist kein amtliches Dokument.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8"/>
        <w:sz w:val="15"/>
      </w:rPr>
      <w:t>Vorlage für private Auslandsreisen · Angaben vor Reiseantritt vollständig prüfen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5A646E"/>
        <w:sz w:val="16"/>
      </w:rPr>
      <w:t>REISEVOLLMACHT · KIND REIST MIT DEM VATER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ptos" w:hAnsi="Aptos"/>
      <w:color w:val="5C657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Reisevollmacht Kind mit einem Elternteil – Vater Vorlage</dc:title>
  <dc:subject>Einverständniserklärung für Reisen eines Kindes mit dem Vater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