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color w:val="243B53"/>
          <w:sz w:val="37"/>
        </w:rPr>
        <w:t>Reisevollmacht für ein Kind</w:t>
      </w:r>
    </w:p>
    <w:p>
      <w:pPr>
        <w:spacing w:after="100"/>
      </w:pPr>
      <w:r>
        <w:rPr>
          <w:b/>
          <w:color w:val="2F7D7D"/>
          <w:sz w:val="22"/>
        </w:rPr>
        <w:t>Einverständniserklärung – Reise mit der Mutter</w:t>
      </w:r>
    </w:p>
    <w:tbl>
      <w:tblPr>
        <w:tblW w:type="auto" w:w="0"/>
        <w:tblLayout w:type="fixed"/>
        <w:tblLook w:firstColumn="1" w:firstRow="1" w:lastColumn="0" w:lastRow="0" w:noHBand="0" w:noVBand="1" w:val="04A0"/>
      </w:tblPr>
      <w:tblGrid>
        <w:gridCol w:w="10091"/>
      </w:tblGrid>
      <w:tr>
        <w:tc>
          <w:tcPr>
            <w:tcW w:type="dxa" w:w="10092"/>
            <w:shd w:fill="F2F7F7"/>
            <w:tcBorders>
              <w:top w:val="single" w:sz="3" w:color="D9E8E8"/>
              <w:left w:val="single" w:sz="16" w:color="2F7D7D"/>
              <w:bottom w:val="single" w:sz="3" w:color="D9E8E8"/>
              <w:right w:val="single" w:sz="3" w:color="D9E8E8"/>
            </w:tcBorders>
            <w:tcMar>
              <w:top w:w="120" w:type="dxa"/>
              <w:start w:w="180" w:type="dxa"/>
              <w:bottom w:w="120" w:type="dxa"/>
              <w:end w:w="160" w:type="dxa"/>
            </w:tcMar>
          </w:tcPr>
          <w:p>
            <w:pPr>
              <w:spacing w:after="0"/>
            </w:pPr>
            <w:r>
              <w:rPr>
                <w:color w:val="394B56"/>
                <w:sz w:val="16"/>
              </w:rPr>
              <w:t>Diese Vorlage dokumentiert die Zustimmung der nicht mitreisenden sorgeberechtigten Person zur Reise des minderjährigen Kindes mit seiner Mutter. Angaben bitte entsprechend den Ausweisdokumenten eintragen.</w:t>
            </w:r>
          </w:p>
        </w:tc>
      </w:tr>
    </w:tbl>
    <w:p>
      <w:pPr>
        <w:spacing w:before="80" w:after="60"/>
        <w:keepNext/>
      </w:pPr>
      <w:r>
        <w:rPr>
          <w:b/>
          <w:color w:val="243B53"/>
          <w:sz w:val="21"/>
        </w:rPr>
        <w:t>1  Angaben zum Kind</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Staatsangehörigkeit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Gültig bis</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2  Begleitender Elternteil – Mutter</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Telefon / E-Mail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3  Nicht mitreisende sorgeberechtigte Person</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Telefon / E-Mail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4  Angaben zur Reise</w:t>
      </w:r>
    </w:p>
    <w:tbl>
      <w:tblPr>
        <w:tblW w:type="auto" w:w="0"/>
        <w:jc w:val="center"/>
        <w:tblLayout w:type="fixed"/>
        <w:tblLook w:firstColumn="1" w:firstRow="1" w:lastColumn="0" w:lastRow="0" w:noHBand="0" w:noVBand="1" w:val="04A0"/>
      </w:tblPr>
      <w:tblGrid>
        <w:gridCol w:w="5046"/>
        <w:gridCol w:w="5046"/>
      </w:tblGrid>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Reisezeitraum</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r>
              <w:rPr>
                <w:i/>
                <w:color w:val="AFB8BF"/>
                <w:sz w:val="15"/>
              </w:rPr>
              <w:t>von                                    bis</w:t>
            </w: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Zielland / Zielländer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Reiseziel / Reiseverlauf</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Transitländer (falls relevant)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Verkehrsmittel / Flug-Nr.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Unterkunft / Kontakt am Ziel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5  Einverständniserklärung</w:t>
      </w:r>
    </w:p>
    <w:tbl>
      <w:tblPr>
        <w:tblW w:type="auto" w:w="0"/>
        <w:jc w:val="center"/>
        <w:tblLayout w:type="fixed"/>
        <w:tblLook w:firstColumn="1" w:firstRow="1" w:lastColumn="0" w:lastRow="0" w:noHBand="0" w:noVBand="1" w:val="04A0"/>
      </w:tblPr>
      <w:tblGrid>
        <w:gridCol w:w="10091"/>
      </w:tblGrid>
      <w:tr>
        <w:tc>
          <w:tcPr>
            <w:tcW w:type="dxa" w:w="10092"/>
            <w:shd w:fill="F7F9FA"/>
            <w:tcBorders>
              <w:top w:val="single" w:sz="4" w:color="CBD5DC"/>
              <w:left w:val="single" w:sz="4" w:color="CBD5DC"/>
              <w:bottom w:val="single" w:sz="4" w:color="CBD5DC"/>
              <w:right w:val="single" w:sz="4" w:color="CBD5DC"/>
            </w:tcBorders>
            <w:tcMar>
              <w:top w:w="100" w:type="dxa"/>
              <w:start w:w="150" w:type="dxa"/>
              <w:bottom w:w="100" w:type="dxa"/>
              <w:end w:w="150" w:type="dxa"/>
            </w:tcMar>
          </w:tcPr>
          <w:p>
            <w:pPr>
              <w:spacing w:after="0"/>
            </w:pPr>
            <w:r>
              <w:rPr>
                <w:color w:val="2F3D48"/>
                <w:sz w:val="16"/>
              </w:rPr>
              <w:t>Hiermit erkläre ich als nicht mitreisende sorgeberechtigte Person mein ausdrückliches Einverständnis, dass das oben bezeichnete minderjährige Kind im angegebenen Zeitraum gemeinsam mit seiner oben bezeichneten Mutter zu den genannten Reisezielen reist. Ich bin während der Reise unter den oben angegebenen Kontaktdaten für Rückfragen erreichbar.</w:t>
            </w:r>
          </w:p>
        </w:tc>
      </w:tr>
    </w:tbl>
    <w:p>
      <w:pPr>
        <w:spacing w:before="20" w:after="40"/>
      </w:pPr>
      <w:r>
        <w:rPr>
          <w:color w:val="32404D"/>
          <w:sz w:val="16"/>
        </w:rPr>
        <w:t>☐ Gemeinsames Sorgerecht</w:t>
      </w:r>
      <w:r>
        <w:rPr>
          <w:color w:val="32404D"/>
          <w:sz w:val="16"/>
        </w:rPr>
        <w:t xml:space="preserve">     ☐ Nachweis über alleiniges Sorgerecht / gerichtliche Entscheidung liegt bei (falls relevant)</w:t>
      </w:r>
    </w:p>
    <w:p>
      <w:pPr>
        <w:spacing w:before="80" w:after="60"/>
        <w:keepNext/>
      </w:pPr>
      <w:r>
        <w:rPr>
          <w:b/>
          <w:color w:val="243B53"/>
          <w:sz w:val="21"/>
        </w:rPr>
        <w:t>6  Bestätigung</w:t>
      </w:r>
    </w:p>
    <w:tbl>
      <w:tblPr>
        <w:tblW w:type="auto" w:w="0"/>
        <w:jc w:val="center"/>
        <w:tblLayout w:type="fixed"/>
        <w:tblLook w:firstColumn="1" w:firstRow="1" w:lastColumn="0" w:lastRow="0" w:noHBand="0" w:noVBand="1" w:val="04A0"/>
      </w:tblPr>
      <w:tblGrid>
        <w:gridCol w:w="5046"/>
        <w:gridCol w:w="5046"/>
      </w:tblGrid>
      <w:tr>
        <w:tc>
          <w:tcPr>
            <w:tcW w:type="dxa" w:w="4876"/>
            <w:tcMar>
              <w:top w:w="70" w:type="dxa"/>
              <w:start w:w="60" w:type="dxa"/>
              <w:bottom w:w="30" w:type="dxa"/>
              <w:end w:w="60" w:type="dxa"/>
            </w:tcMar>
            <w:tcBorders>
              <w:bottom w:val="single" w:sz="7" w:color="657786"/>
            </w:tcBorders>
          </w:tcPr>
          <w:p/>
        </w:tc>
        <w:tc>
          <w:tcPr>
            <w:tcW w:type="dxa" w:w="4876"/>
            <w:tcMar>
              <w:top w:w="70" w:type="dxa"/>
              <w:start w:w="60" w:type="dxa"/>
              <w:bottom w:w="30" w:type="dxa"/>
              <w:end w:w="60" w:type="dxa"/>
            </w:tcMar>
            <w:tcBorders>
              <w:bottom w:val="single" w:sz="7" w:color="657786"/>
            </w:tcBorders>
          </w:tcPr>
          <w:p/>
        </w:tc>
      </w:tr>
      <w:tr>
        <w:tc>
          <w:tcPr>
            <w:tcW w:type="dxa" w:w="4876"/>
            <w:tcMar>
              <w:top w:w="70" w:type="dxa"/>
              <w:start w:w="60" w:type="dxa"/>
              <w:bottom w:w="30" w:type="dxa"/>
              <w:end w:w="60" w:type="dxa"/>
            </w:tcMar>
          </w:tcPr>
          <w:p>
            <w:pPr>
              <w:spacing w:after="0"/>
            </w:pPr>
            <w:r>
              <w:rPr>
                <w:color w:val="5D6974"/>
                <w:sz w:val="14"/>
              </w:rPr>
              <w:t>Ort, Datum</w:t>
            </w:r>
          </w:p>
        </w:tc>
        <w:tc>
          <w:tcPr>
            <w:tcW w:type="dxa" w:w="4876"/>
            <w:tcMar>
              <w:top w:w="70" w:type="dxa"/>
              <w:start w:w="60" w:type="dxa"/>
              <w:bottom w:w="30" w:type="dxa"/>
              <w:end w:w="60" w:type="dxa"/>
            </w:tcMar>
          </w:tcPr>
          <w:p>
            <w:pPr>
              <w:spacing w:after="0"/>
            </w:pPr>
            <w:r>
              <w:rPr>
                <w:color w:val="5D6974"/>
                <w:sz w:val="14"/>
              </w:rPr>
              <w:t>Unterschrift der nicht mitreisenden sorgeberechtigten Person</w:t>
            </w:r>
          </w:p>
        </w:tc>
      </w:tr>
    </w:tbl>
    <w:p>
      <w:r>
        <w:br w:type="page"/>
      </w:r>
    </w:p>
    <w:p>
      <w:pPr>
        <w:spacing w:after="20"/>
      </w:pPr>
      <w:r>
        <w:rPr>
          <w:b/>
          <w:color w:val="243B53"/>
          <w:sz w:val="34"/>
        </w:rPr>
        <w:t>Hinweise &amp; Reise-Checkliste</w:t>
      </w:r>
    </w:p>
    <w:p>
      <w:pPr>
        <w:spacing w:after="160"/>
      </w:pPr>
      <w:r>
        <w:rPr>
          <w:color w:val="4E5E6A"/>
          <w:sz w:val="19"/>
        </w:rPr>
        <w:t>Unterlagen, die vor der Abreise geprüft werden sollten</w:t>
      </w:r>
    </w:p>
    <w:tbl>
      <w:tblPr>
        <w:tblW w:type="auto" w:w="0"/>
        <w:tblLayout w:type="fixed"/>
        <w:tblLook w:firstColumn="1" w:firstRow="1" w:lastColumn="0" w:lastRow="0" w:noHBand="0" w:noVBand="1" w:val="04A0"/>
      </w:tblPr>
      <w:tblGrid>
        <w:gridCol w:w="10091"/>
      </w:tblGrid>
      <w:tr>
        <w:tc>
          <w:tcPr>
            <w:tcW w:type="dxa" w:w="10092"/>
            <w:shd w:fill="FFF7E8"/>
            <w:tcBorders>
              <w:top w:val="single" w:sz="3" w:color="D9E8E8"/>
              <w:left w:val="single" w:sz="16" w:color="2F7D7D"/>
              <w:bottom w:val="single" w:sz="3" w:color="D9E8E8"/>
              <w:right w:val="single" w:sz="3" w:color="D9E8E8"/>
            </w:tcBorders>
            <w:tcMar>
              <w:top w:w="120" w:type="dxa"/>
              <w:start w:w="180" w:type="dxa"/>
              <w:bottom w:w="120" w:type="dxa"/>
              <w:end w:w="160" w:type="dxa"/>
            </w:tcMar>
          </w:tcPr>
          <w:p>
            <w:pPr>
              <w:spacing w:after="0"/>
            </w:pPr>
            <w:r>
              <w:rPr>
                <w:color w:val="394B56"/>
                <w:sz w:val="16"/>
              </w:rPr>
              <w:t>Die Anforderungen unterscheiden sich je nach Ziel- und Transitland. Prüfen Sie vor der Reise zusätzlich die aktuellen Einreisebestimmungen sowie gegebenenfalls die Vorgaben der Fluggesellschaft oder des Reiseveranstalters.</w:t>
            </w:r>
          </w:p>
        </w:tc>
      </w:tr>
    </w:tbl>
    <w:p>
      <w:pPr>
        <w:spacing w:before="80" w:after="60"/>
        <w:keepNext/>
      </w:pPr>
      <w:r>
        <w:rPr>
          <w:b/>
          <w:color w:val="243B53"/>
          <w:sz w:val="21"/>
        </w:rPr>
        <w:t>A  Dokumenten-Check</w:t>
      </w:r>
    </w:p>
    <w:p>
      <w:pPr>
        <w:pStyle w:val="Checklist"/>
        <w:spacing w:after="44"/>
      </w:pPr>
      <w:r>
        <w:rPr>
          <w:sz w:val="20"/>
        </w:rPr>
        <w:t xml:space="preserve">☐ </w:t>
      </w:r>
      <w:r>
        <w:rPr>
          <w:sz w:val="18"/>
        </w:rPr>
        <w:t>Gültiges Reisedokument des Kindes (Personalausweis oder Reisepass, soweit für das Reiseland anerkannt).</w:t>
      </w:r>
    </w:p>
    <w:p>
      <w:pPr>
        <w:pStyle w:val="Checklist"/>
        <w:spacing w:after="44"/>
      </w:pPr>
      <w:r>
        <w:rPr>
          <w:sz w:val="20"/>
        </w:rPr>
        <w:t xml:space="preserve">☐ </w:t>
      </w:r>
      <w:r>
        <w:rPr>
          <w:sz w:val="18"/>
        </w:rPr>
        <w:t>Ausgefüllte und unterschriebene Reisevollmacht im Original.</w:t>
      </w:r>
    </w:p>
    <w:p>
      <w:pPr>
        <w:pStyle w:val="Checklist"/>
        <w:spacing w:after="44"/>
      </w:pPr>
      <w:r>
        <w:rPr>
          <w:sz w:val="20"/>
        </w:rPr>
        <w:t xml:space="preserve">☐ </w:t>
      </w:r>
      <w:r>
        <w:rPr>
          <w:sz w:val="18"/>
        </w:rPr>
        <w:t>Kopie der Personaldatenseite des Ausweises oder Reisepasses der nicht mitreisenden sorgeberechtigten Person.</w:t>
      </w:r>
    </w:p>
    <w:p>
      <w:pPr>
        <w:pStyle w:val="Checklist"/>
        <w:spacing w:after="44"/>
      </w:pPr>
      <w:r>
        <w:rPr>
          <w:sz w:val="20"/>
        </w:rPr>
        <w:t xml:space="preserve">☐ </w:t>
      </w:r>
      <w:r>
        <w:rPr>
          <w:sz w:val="18"/>
        </w:rPr>
        <w:t>Bei abweichenden Familiennamen: Kopie der Geburts- oder Adoptionsurkunde bzw. geeigneter Nachweis der Sorgeberechtigung.</w:t>
      </w:r>
    </w:p>
    <w:p>
      <w:pPr>
        <w:pStyle w:val="Checklist"/>
        <w:spacing w:after="44"/>
      </w:pPr>
      <w:r>
        <w:rPr>
          <w:sz w:val="20"/>
        </w:rPr>
        <w:t xml:space="preserve">☐ </w:t>
      </w:r>
      <w:r>
        <w:rPr>
          <w:sz w:val="18"/>
        </w:rPr>
        <w:t>Falls nur eine Person sorgeberechtigt ist: geeigneter Nachweis über das alleinige Sorgerecht.</w:t>
      </w:r>
    </w:p>
    <w:p>
      <w:pPr>
        <w:pStyle w:val="Checklist"/>
        <w:spacing w:after="44"/>
      </w:pPr>
      <w:r>
        <w:rPr>
          <w:sz w:val="20"/>
        </w:rPr>
        <w:t xml:space="preserve">☐ </w:t>
      </w:r>
      <w:r>
        <w:rPr>
          <w:sz w:val="18"/>
        </w:rPr>
        <w:t>Falls für Ziel- oder Transitland erforderlich: Übersetzung, amtliche/notarielle Beglaubigung oder landesspezifisches Zusatzformular.</w:t>
      </w:r>
    </w:p>
    <w:p>
      <w:pPr>
        <w:pStyle w:val="Checklist"/>
        <w:spacing w:after="44"/>
      </w:pPr>
      <w:r>
        <w:rPr>
          <w:sz w:val="20"/>
        </w:rPr>
        <w:t xml:space="preserve">☐ </w:t>
      </w:r>
      <w:r>
        <w:rPr>
          <w:sz w:val="18"/>
        </w:rPr>
        <w:t>Bei Flugreisen: zusätzliche Anforderungen der Fluggesellschaft geprüft.</w:t>
      </w:r>
    </w:p>
    <w:p>
      <w:pPr>
        <w:spacing w:before="80" w:after="60"/>
        <w:keepNext/>
      </w:pPr>
      <w:r>
        <w:rPr>
          <w:b/>
          <w:color w:val="243B53"/>
          <w:sz w:val="21"/>
        </w:rPr>
        <w:t>B  Ausfüllhinweise</w:t>
      </w:r>
    </w:p>
    <w:p>
      <w:pPr>
        <w:spacing w:after="80"/>
      </w:pPr>
      <w:r>
        <w:rPr>
          <w:b/>
          <w:color w:val="243B53"/>
          <w:sz w:val="18"/>
        </w:rPr>
        <w:t xml:space="preserve">Namen exakt übernehmen. </w:t>
      </w:r>
      <w:r>
        <w:rPr>
          <w:color w:val="37444E"/>
          <w:sz w:val="18"/>
        </w:rPr>
        <w:t>Vor- und Nachnamen so eintragen, wie sie in den jeweiligen Ausweisdokumenten stehen.</w:t>
      </w:r>
    </w:p>
    <w:p>
      <w:pPr>
        <w:spacing w:after="80"/>
      </w:pPr>
      <w:r>
        <w:rPr>
          <w:b/>
          <w:color w:val="243B53"/>
          <w:sz w:val="18"/>
        </w:rPr>
        <w:t xml:space="preserve">Reise möglichst konkret beschreiben. </w:t>
      </w:r>
      <w:r>
        <w:rPr>
          <w:color w:val="37444E"/>
          <w:sz w:val="18"/>
        </w:rPr>
        <w:t>Zeitraum, Zielland, wichtige Zwischenstopps und erreichbare Unterkunft angeben, soweit bekannt.</w:t>
      </w:r>
    </w:p>
    <w:p>
      <w:pPr>
        <w:spacing w:after="80"/>
      </w:pPr>
      <w:r>
        <w:rPr>
          <w:b/>
          <w:color w:val="243B53"/>
          <w:sz w:val="18"/>
        </w:rPr>
        <w:t xml:space="preserve">Kontakt erreichbar halten. </w:t>
      </w:r>
      <w:r>
        <w:rPr>
          <w:color w:val="37444E"/>
          <w:sz w:val="18"/>
        </w:rPr>
        <w:t>Die nicht mitreisende sorgeberechtigte Person sollte während der Reise unter der angegebenen Telefonnummer erreichbar sein.</w:t>
      </w:r>
    </w:p>
    <w:p>
      <w:pPr>
        <w:spacing w:after="80"/>
      </w:pPr>
      <w:r>
        <w:rPr>
          <w:b/>
          <w:color w:val="243B53"/>
          <w:sz w:val="18"/>
        </w:rPr>
        <w:t xml:space="preserve">Keine pauschale Gültigkeit annehmen. </w:t>
      </w:r>
      <w:r>
        <w:rPr>
          <w:color w:val="37444E"/>
          <w:sz w:val="18"/>
        </w:rPr>
        <w:t>Ob eine Unterschriftsbeglaubigung, Übersetzung oder ein bestimmtes Formular verlangt wird, richtet sich nach dem jeweiligen Land.</w:t>
      </w:r>
    </w:p>
    <w:p>
      <w:pPr>
        <w:spacing w:before="80" w:after="60"/>
        <w:keepNext/>
      </w:pPr>
      <w:r>
        <w:rPr>
          <w:b/>
          <w:color w:val="243B53"/>
          <w:sz w:val="21"/>
        </w:rPr>
        <w:t>C  Zusätzliche Angaben / Vermerke</w:t>
      </w:r>
    </w:p>
    <w:tbl>
      <w:tblPr>
        <w:tblW w:type="auto" w:w="0"/>
        <w:tblLayout w:type="fixed"/>
        <w:tblLook w:firstColumn="1" w:firstRow="1" w:lastColumn="0" w:lastRow="0" w:noHBand="0" w:noVBand="1" w:val="04A0"/>
      </w:tblPr>
      <w:tblGrid>
        <w:gridCol w:w="10091"/>
      </w:tblGrid>
      <w:tr>
        <w:tc>
          <w:tcPr>
            <w:tcW w:type="dxa" w:w="10092"/>
            <w:shd w:fill="FBFCFD"/>
            <w:tcBorders>
              <w:top w:val="single" w:sz="4" w:color="C7D1D8"/>
              <w:left w:val="single" w:sz="4" w:color="C7D1D8"/>
              <w:bottom w:val="single" w:sz="4" w:color="C7D1D8"/>
              <w:right w:val="single" w:sz="4" w:color="C7D1D8"/>
            </w:tcBorders>
            <w:tcMar>
              <w:top w:w="100" w:type="dxa"/>
              <w:start w:w="120" w:type="dxa"/>
              <w:bottom w:w="100" w:type="dxa"/>
              <w:end w:w="120" w:type="dxa"/>
            </w:tcMar>
          </w:tcPr>
          <w:p/>
        </w:tc>
      </w:tr>
    </w:tbl>
    <w:p>
      <w:pPr>
        <w:spacing w:before="160" w:after="0"/>
      </w:pPr>
      <w:r>
        <w:rPr>
          <w:color w:val="6C767E"/>
          <w:sz w:val="15"/>
        </w:rPr>
        <w:t>Hinweis: Diese Vorlage dient der praktischen Dokumentation einer Reiseeinwilligung und ersetzt keine Prüfung der Einreise-, Sorgerechts- oder Beglaubigungsvorgaben im konkreten Reiseland.</w:t>
      </w:r>
    </w:p>
    <w:sectPr w:rsidR="00FC693F" w:rsidRPr="0006063C" w:rsidSect="00034616">
      <w:headerReference w:type="default" r:id="rId9"/>
      <w:footerReference w:type="default" r:id="rId10"/>
      <w:pgSz w:w="11906" w:h="16838"/>
      <w:pgMar w:top="624" w:right="907" w:bottom="62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828A"/>
        <w:sz w:val="14"/>
      </w:rPr>
      <w:t>Vorlage zur individuellen Verwendung · kein amtliches Dokument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77580"/>
        <w:sz w:val="14"/>
      </w:rPr>
      <w:t>REISEVOLLMACHT · KIND REIST MIT MUTTER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pPr>
      <w:ind w:left="57"/>
    </w:pPr>
    <w:rPr>
      <w:rFonts w:ascii="Arial" w:hAnsi="Arial" w:eastAsia="Arial"/>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Reisevollmacht Kind mit einem Elternteil – Mutter</dc:title>
  <dc:subject>Vorlage für die Reise eines minderjährigen Kindes mit dem Mutter</dc:subject>
  <dc:creator/>
  <cp:keywords/>
  <dc:description/>
  <cp:lastModifiedBy/>
  <cp:revision>1</cp:revision>
  <dcterms:created xsi:type="dcterms:W3CDTF">2013-12-23T23:15:00Z</dcterms:created>
  <dcterms:modified xsi:type="dcterms:W3CDTF">2013-12-23T23:15:00Z</dcterms:modified>
  <cp:category/>
</cp:coreProperties>
</file>