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widowControl/>
      </w:pPr>
      <w:r>
        <w:rPr>
          <w:b/>
        </w:rPr>
        <w:t>REISEVOLLMACHT</w:t>
      </w:r>
    </w:p>
    <w:p>
      <w:pPr>
        <w:spacing w:after="100"/>
        <w:widowControl/>
      </w:pPr>
      <w:r>
        <w:t>Einverständniserklärung für die Reise eines minderjährigen Kindes mit dem Vater</w:t>
      </w:r>
    </w:p>
    <w:tbl>
      <w:tblPr>
        <w:tblW w:type="auto" w:w="0"/>
        <w:tblLayout w:type="fixed"/>
        <w:tblLook w:firstColumn="1" w:firstRow="1" w:lastColumn="0" w:lastRow="0" w:noHBand="0" w:noVBand="1" w:val="04A0"/>
      </w:tblPr>
      <w:tblGrid>
        <w:gridCol w:w="9751"/>
      </w:tblGrid>
      <w:tr>
        <w:trPr>
          <w:cantSplit/>
        </w:trPr>
        <w:tc>
          <w:tcPr>
            <w:tcW w:type="dxa" w:w="10312"/>
            <w:shd w:fill="EEF4F7"/>
            <w:tcBorders>
              <w:left w:val="single" w:sz="18" w:color="2D6F8E"/>
            </w:tcBorders>
            <w:tcMar>
              <w:top w:w="120" w:type="dxa"/>
              <w:start w:w="170" w:type="dxa"/>
              <w:bottom w:w="120" w:type="dxa"/>
              <w:end w:w="160" w:type="dxa"/>
            </w:tcMar>
          </w:tcPr>
          <w:p>
            <w:pPr>
              <w:spacing w:after="60"/>
            </w:pPr>
            <w:r>
              <w:t>Hinweis zur Verwendung</w:t>
              <w:br/>
              <w:t>Diese Vorlage ist für Reisen gedacht, bei denen ein minderjähriges Kind gemeinsam mit seinem Vater reist und eine weitere sorgeberechtigte Person nicht mitreist. Bitte vollständig ausfüllen, im Original unterschreiben und zusammen mit den passenden Reisedokumenten mitführen. Zusätzliche Anforderungen können je nach Ziel- oder Transitland gelten.</w:t>
            </w:r>
          </w:p>
        </w:tc>
      </w:tr>
    </w:tbl>
    <w:p>
      <w:pPr>
        <w:keepNext/>
        <w:spacing w:before="100" w:after="60"/>
        <w:widowControl/>
      </w:pPr>
      <w:r>
        <w:rPr>
          <w:rFonts w:ascii="Aptos Display" w:hAnsi="Aptos Display"/>
          <w:b/>
          <w:color w:val="1F3F53"/>
          <w:sz w:val="23"/>
        </w:rPr>
        <w:t>1  Angaben zum minderjährigen Kind</w:t>
      </w:r>
    </w:p>
    <w:tbl>
      <w:tblPr>
        <w:tblW w:type="auto" w:w="0"/>
        <w:jc w:val="center"/>
        <w:tblLayout w:type="fixed"/>
        <w:tblLook w:firstColumn="1" w:firstRow="1" w:lastColumn="0" w:lastRow="0" w:noHBand="0" w:noVBand="1" w:val="04A0"/>
      </w:tblPr>
      <w:tblGrid>
        <w:gridCol w:w="4876"/>
        <w:gridCol w:w="4876"/>
      </w:tblGrid>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FAMILIENNAME</w:t>
            </w:r>
          </w:p>
          <w:p>
            <w:pPr>
              <w:spacing w:before="0" w:after="0"/>
            </w:pPr>
            <w:r>
              <w:rPr>
                <w:rFonts w:ascii="Aptos" w:hAnsi="Aptos"/>
                <w:color w:val="8E97A0"/>
                <w:sz w:val="18"/>
              </w:rPr>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VORNAME(N)</w:t>
            </w:r>
          </w:p>
          <w:p>
            <w:pPr>
              <w:spacing w:before="0" w:after="0"/>
            </w:pPr>
            <w:r>
              <w:rPr>
                <w:rFonts w:ascii="Aptos" w:hAnsi="Aptos"/>
                <w:color w:val="8E97A0"/>
                <w:sz w:val="18"/>
              </w:rPr>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GEBURTSDATUM</w:t>
            </w:r>
          </w:p>
          <w:p>
            <w:pPr>
              <w:spacing w:before="0" w:after="0"/>
            </w:pPr>
            <w:r>
              <w:rPr>
                <w:rFonts w:ascii="Aptos" w:hAnsi="Aptos"/>
                <w:color w:val="8E97A0"/>
                <w:sz w:val="18"/>
              </w:rPr>
              <w:t>TT.MM.JJJJ</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GEBURTSORT</w:t>
            </w:r>
          </w:p>
          <w:p>
            <w:pPr>
              <w:spacing w:before="0" w:after="0"/>
            </w:pPr>
            <w:r>
              <w:rPr>
                <w:rFonts w:ascii="Aptos" w:hAnsi="Aptos"/>
                <w:color w:val="8E97A0"/>
                <w:sz w:val="18"/>
              </w:rPr>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STAATSANGEHÖRIGKEIT</w:t>
            </w:r>
          </w:p>
          <w:p>
            <w:pPr>
              <w:spacing w:before="0" w:after="0"/>
            </w:pPr>
            <w:r>
              <w:rPr>
                <w:rFonts w:ascii="Aptos" w:hAnsi="Aptos"/>
                <w:color w:val="8E97A0"/>
                <w:sz w:val="18"/>
              </w:rPr>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WOHNANSCHRIFT</w:t>
            </w:r>
          </w:p>
          <w:p>
            <w:pPr>
              <w:spacing w:before="0" w:after="0"/>
            </w:pPr>
            <w:r>
              <w:rPr>
                <w:rFonts w:ascii="Aptos" w:hAnsi="Aptos"/>
                <w:color w:val="8E97A0"/>
                <w:sz w:val="18"/>
              </w:rPr>
              <w:t>Straße, Hausnummer, PLZ, Ort, Land</w:t>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REISEDOKUMENT</w:t>
            </w:r>
          </w:p>
          <w:p>
            <w:pPr>
              <w:spacing w:before="0" w:after="0"/>
            </w:pPr>
            <w:r>
              <w:rPr>
                <w:rFonts w:ascii="Aptos" w:hAnsi="Aptos"/>
                <w:color w:val="8E97A0"/>
                <w:sz w:val="18"/>
              </w:rPr>
              <w:t>☐ Reisepass   ☐ Personalausweis   ☐ Sonstiges</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DOKUMENTNUMMER / GÜLTIG BIS</w:t>
            </w:r>
          </w:p>
          <w:p>
            <w:pPr>
              <w:spacing w:before="0" w:after="0"/>
            </w:pPr>
            <w:r>
              <w:rPr>
                <w:rFonts w:ascii="Aptos" w:hAnsi="Aptos"/>
                <w:color w:val="8E97A0"/>
                <w:sz w:val="18"/>
              </w:rPr>
              <w:t>Nummer · TT.MM.JJJJ</w:t>
            </w:r>
          </w:p>
        </w:tc>
      </w:tr>
    </w:tbl>
    <w:p>
      <w:pPr>
        <w:keepNext/>
        <w:spacing w:before="100" w:after="60"/>
        <w:widowControl/>
      </w:pPr>
      <w:r>
        <w:rPr>
          <w:b/>
          <w:color w:val="1F465B"/>
          <w:sz w:val="27"/>
        </w:rPr>
        <w:t>2  Mitreisender Vater</w:t>
      </w:r>
    </w:p>
    <w:tbl>
      <w:tblPr>
        <w:tblW w:type="auto" w:w="0"/>
        <w:jc w:val="center"/>
        <w:tblLayout w:type="fixed"/>
        <w:tblLook w:firstColumn="1" w:firstRow="1" w:lastColumn="0" w:lastRow="0" w:noHBand="0" w:noVBand="1" w:val="04A0"/>
      </w:tblPr>
      <w:tblGrid>
        <w:gridCol w:w="4876"/>
        <w:gridCol w:w="4876"/>
      </w:tblGrid>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b/>
                <w:color w:val="51606F"/>
                <w:sz w:val="17"/>
              </w:rPr>
              <w:t>VATER – FAMILIENNAME</w:t>
              <w:br/>
            </w:r>
          </w:p>
        </w:tc>
        <w:tc>
          <w:tcPr>
            <w:tcW w:type="dxa" w:w="4876"/>
            <w:shd w:fill="F7F9FB"/>
            <w:tcBorders>
              <w:bottom w:val="single" w:sz="8" w:color="CBD3DA"/>
            </w:tcBorders>
            <w:tcMar>
              <w:top w:w="55" w:type="dxa"/>
              <w:start w:w="95" w:type="dxa"/>
              <w:bottom w:w="55" w:type="dxa"/>
              <w:end w:w="95" w:type="dxa"/>
            </w:tcMar>
            <w:vAlign w:val="center"/>
          </w:tcPr>
          <w:p>
            <w:pPr>
              <w:spacing w:after="0"/>
            </w:pPr>
            <w:r>
              <w:rPr>
                <w:b/>
                <w:color w:val="51606F"/>
                <w:sz w:val="17"/>
              </w:rPr>
              <w:t>VATER – VORNAME(N)</w:t>
              <w:br/>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GEBURTSDATUM</w:t>
            </w:r>
          </w:p>
          <w:p>
            <w:pPr>
              <w:spacing w:before="0" w:after="0"/>
            </w:pPr>
            <w:r>
              <w:rPr>
                <w:rFonts w:ascii="Aptos" w:hAnsi="Aptos"/>
                <w:color w:val="8E97A0"/>
                <w:sz w:val="18"/>
              </w:rPr>
              <w:t>TT.MM.JJJJ</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GEBURTSORT</w:t>
            </w:r>
          </w:p>
          <w:p>
            <w:pPr>
              <w:spacing w:before="0" w:after="0"/>
            </w:pPr>
            <w:r>
              <w:rPr>
                <w:rFonts w:ascii="Aptos" w:hAnsi="Aptos"/>
                <w:color w:val="8E97A0"/>
                <w:sz w:val="18"/>
              </w:rPr>
            </w:r>
          </w:p>
        </w:tc>
      </w:tr>
      <w:tr>
        <w:trPr>
          <w:cantSplit/>
        </w:trPr>
        <w:tc>
          <w:tcPr>
            <w:tcW w:type="dxa" w:w="9752"/>
            <w:gridSpan w:val="2"/>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WOHNANSCHRIFT</w:t>
            </w:r>
          </w:p>
          <w:p>
            <w:pPr>
              <w:spacing w:before="0" w:after="0"/>
            </w:pPr>
            <w:r>
              <w:rPr>
                <w:rFonts w:ascii="Aptos" w:hAnsi="Aptos"/>
                <w:color w:val="8E97A0"/>
                <w:sz w:val="18"/>
              </w:rPr>
              <w:t>Straße, Hausnummer, PLZ, Ort, Land</w:t>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TELEFON WÄHREND DER REISE</w:t>
            </w:r>
          </w:p>
          <w:p>
            <w:pPr>
              <w:spacing w:before="0" w:after="0"/>
            </w:pPr>
            <w:r>
              <w:rPr>
                <w:rFonts w:ascii="Aptos" w:hAnsi="Aptos"/>
                <w:color w:val="8E97A0"/>
                <w:sz w:val="18"/>
              </w:rPr>
              <w:t>+__ __________________</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E-MAIL</w:t>
            </w:r>
          </w:p>
          <w:p>
            <w:pPr>
              <w:spacing w:before="0" w:after="0"/>
            </w:pPr>
            <w:r>
              <w:rPr>
                <w:rFonts w:ascii="Aptos" w:hAnsi="Aptos"/>
                <w:color w:val="8E97A0"/>
                <w:sz w:val="18"/>
              </w:rPr>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REISEDOKUMENT</w:t>
            </w:r>
          </w:p>
          <w:p>
            <w:pPr>
              <w:spacing w:before="0" w:after="0"/>
            </w:pPr>
            <w:r>
              <w:rPr>
                <w:rFonts w:ascii="Aptos" w:hAnsi="Aptos"/>
                <w:color w:val="8E97A0"/>
                <w:sz w:val="18"/>
              </w:rPr>
              <w:t>☐ Reisepass   ☐ Personalausweis</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DOKUMENTNUMMER</w:t>
            </w:r>
          </w:p>
          <w:p>
            <w:pPr>
              <w:spacing w:before="0" w:after="0"/>
            </w:pPr>
            <w:r>
              <w:rPr>
                <w:rFonts w:ascii="Aptos" w:hAnsi="Aptos"/>
                <w:color w:val="8E97A0"/>
                <w:sz w:val="18"/>
              </w:rPr>
            </w:r>
          </w:p>
        </w:tc>
      </w:tr>
    </w:tbl>
    <w:p>
      <w:pPr>
        <w:widowControl/>
      </w:pPr>
      <w:r>
        <w:br w:type="page"/>
      </w:r>
    </w:p>
    <w:p>
      <w:pPr>
        <w:keepNext/>
        <w:spacing w:before="100" w:after="60"/>
        <w:widowControl/>
      </w:pPr>
      <w:r>
        <w:rPr>
          <w:b/>
          <w:color w:val="1F465B"/>
          <w:sz w:val="27"/>
        </w:rPr>
        <w:t>3  Nicht mitreisende sorgeberechtigte Person / Vollmachtgeber(in)</w:t>
      </w:r>
    </w:p>
    <w:tbl>
      <w:tblPr>
        <w:tblW w:type="auto" w:w="0"/>
        <w:jc w:val="center"/>
        <w:tblLayout w:type="fixed"/>
        <w:tblLook w:firstColumn="1" w:firstRow="1" w:lastColumn="0" w:lastRow="0" w:noHBand="0" w:noVBand="1" w:val="04A0"/>
      </w:tblPr>
      <w:tblGrid>
        <w:gridCol w:w="4876"/>
        <w:gridCol w:w="4876"/>
      </w:tblGrid>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b/>
                <w:color w:val="51606F"/>
                <w:sz w:val="17"/>
              </w:rPr>
              <w:t>NICHT MITREISENDE SORGEBERECHTIGTE PERSON – FAMILIENNAME</w:t>
              <w:br/>
            </w:r>
          </w:p>
        </w:tc>
        <w:tc>
          <w:tcPr>
            <w:tcW w:type="dxa" w:w="4876"/>
            <w:shd w:fill="F7F9FB"/>
            <w:tcBorders>
              <w:bottom w:val="single" w:sz="8" w:color="CBD3DA"/>
            </w:tcBorders>
            <w:tcMar>
              <w:top w:w="55" w:type="dxa"/>
              <w:start w:w="95" w:type="dxa"/>
              <w:bottom w:w="55" w:type="dxa"/>
              <w:end w:w="95" w:type="dxa"/>
            </w:tcMar>
            <w:vAlign w:val="center"/>
          </w:tcPr>
          <w:p>
            <w:pPr>
              <w:spacing w:after="0"/>
            </w:pPr>
            <w:r>
              <w:rPr>
                <w:b/>
                <w:color w:val="51606F"/>
                <w:sz w:val="17"/>
              </w:rPr>
              <w:t>VORNAME(N)</w:t>
              <w:br/>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GEBURTSDATUM</w:t>
            </w:r>
          </w:p>
          <w:p>
            <w:pPr>
              <w:spacing w:before="0" w:after="0"/>
            </w:pPr>
            <w:r>
              <w:rPr>
                <w:rFonts w:ascii="Aptos" w:hAnsi="Aptos"/>
                <w:color w:val="8E97A0"/>
                <w:sz w:val="18"/>
              </w:rPr>
              <w:t>TT.MM.JJJJ</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GEBURTSORT</w:t>
            </w:r>
          </w:p>
          <w:p>
            <w:pPr>
              <w:spacing w:before="0" w:after="0"/>
            </w:pPr>
            <w:r>
              <w:rPr>
                <w:rFonts w:ascii="Aptos" w:hAnsi="Aptos"/>
                <w:color w:val="8E97A0"/>
                <w:sz w:val="18"/>
              </w:rPr>
            </w:r>
          </w:p>
        </w:tc>
      </w:tr>
      <w:tr>
        <w:trPr>
          <w:cantSplit/>
        </w:trPr>
        <w:tc>
          <w:tcPr>
            <w:tcW w:type="dxa" w:w="9752"/>
            <w:gridSpan w:val="2"/>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WOHNANSCHRIFT</w:t>
            </w:r>
          </w:p>
          <w:p>
            <w:pPr>
              <w:spacing w:before="0" w:after="0"/>
            </w:pPr>
            <w:r>
              <w:rPr>
                <w:rFonts w:ascii="Aptos" w:hAnsi="Aptos"/>
                <w:color w:val="8E97A0"/>
                <w:sz w:val="18"/>
              </w:rPr>
              <w:t>Straße, Hausnummer, PLZ, Ort, Land</w:t>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TELEFON / MOBIL</w:t>
            </w:r>
          </w:p>
          <w:p>
            <w:pPr>
              <w:spacing w:before="0" w:after="0"/>
            </w:pPr>
            <w:r>
              <w:rPr>
                <w:rFonts w:ascii="Aptos" w:hAnsi="Aptos"/>
                <w:color w:val="8E97A0"/>
                <w:sz w:val="18"/>
              </w:rPr>
              <w:t>+__ __________________</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E-MAIL</w:t>
            </w:r>
          </w:p>
          <w:p>
            <w:pPr>
              <w:spacing w:before="0" w:after="0"/>
            </w:pPr>
            <w:r>
              <w:rPr>
                <w:rFonts w:ascii="Aptos" w:hAnsi="Aptos"/>
                <w:color w:val="8E97A0"/>
                <w:sz w:val="18"/>
              </w:rPr>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REISEDOKUMENT</w:t>
            </w:r>
          </w:p>
          <w:p>
            <w:pPr>
              <w:spacing w:before="0" w:after="0"/>
            </w:pPr>
            <w:r>
              <w:rPr>
                <w:rFonts w:ascii="Aptos" w:hAnsi="Aptos"/>
                <w:color w:val="8E97A0"/>
                <w:sz w:val="18"/>
              </w:rPr>
              <w:t>☐ Reisepass   ☐ Personalausweis</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DOKUMENTNUMMER</w:t>
            </w:r>
          </w:p>
          <w:p>
            <w:pPr>
              <w:spacing w:before="0" w:after="0"/>
            </w:pPr>
            <w:r>
              <w:rPr>
                <w:rFonts w:ascii="Aptos" w:hAnsi="Aptos"/>
                <w:color w:val="8E97A0"/>
                <w:sz w:val="18"/>
              </w:rPr>
            </w:r>
          </w:p>
        </w:tc>
      </w:tr>
    </w:tbl>
    <w:p>
      <w:pPr>
        <w:keepNext/>
        <w:spacing w:before="100" w:after="60"/>
        <w:widowControl/>
      </w:pPr>
      <w:r>
        <w:rPr>
          <w:rFonts w:ascii="Aptos Display" w:hAnsi="Aptos Display"/>
          <w:b/>
          <w:color w:val="1F3F53"/>
          <w:sz w:val="23"/>
        </w:rPr>
        <w:t>4  Reiseangaben</w:t>
      </w:r>
    </w:p>
    <w:tbl>
      <w:tblPr>
        <w:tblW w:type="auto" w:w="0"/>
        <w:jc w:val="center"/>
        <w:tblLayout w:type="fixed"/>
        <w:tblLook w:firstColumn="1" w:firstRow="1" w:lastColumn="0" w:lastRow="0" w:noHBand="0" w:noVBand="1" w:val="04A0"/>
      </w:tblPr>
      <w:tblGrid>
        <w:gridCol w:w="4876"/>
        <w:gridCol w:w="4876"/>
      </w:tblGrid>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REISEZEITRAUM</w:t>
            </w:r>
          </w:p>
          <w:p>
            <w:pPr>
              <w:spacing w:before="0" w:after="0"/>
            </w:pPr>
            <w:r>
              <w:rPr>
                <w:rFonts w:ascii="Aptos" w:hAnsi="Aptos"/>
                <w:color w:val="8E97A0"/>
                <w:sz w:val="18"/>
              </w:rPr>
              <w:t>von TT.MM.JJJJ bis TT.MM.JJJJ</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HAUPTREISEZIEL</w:t>
            </w:r>
          </w:p>
          <w:p>
            <w:pPr>
              <w:spacing w:before="0" w:after="0"/>
            </w:pPr>
            <w:r>
              <w:rPr>
                <w:rFonts w:ascii="Aptos" w:hAnsi="Aptos"/>
                <w:color w:val="8E97A0"/>
                <w:sz w:val="18"/>
              </w:rPr>
              <w:t>Land / Ort</w:t>
            </w:r>
          </w:p>
        </w:tc>
      </w:tr>
      <w:tr>
        <w:trPr>
          <w:cantSplit/>
        </w:trPr>
        <w:tc>
          <w:tcPr>
            <w:tcW w:type="dxa" w:w="9752"/>
            <w:gridSpan w:val="2"/>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TRANSITLÄNDER / WEITERE ZIELE</w:t>
            </w:r>
          </w:p>
          <w:p>
            <w:pPr>
              <w:spacing w:before="0" w:after="0"/>
            </w:pPr>
            <w:r>
              <w:rPr>
                <w:rFonts w:ascii="Aptos" w:hAnsi="Aptos"/>
                <w:color w:val="8E97A0"/>
                <w:sz w:val="18"/>
              </w:rPr>
              <w:t>Falls zutreffend</w:t>
            </w:r>
          </w:p>
        </w:tc>
      </w:tr>
      <w:tr>
        <w:trPr>
          <w:cantSplit/>
        </w:trPr>
        <w:tc>
          <w:tcPr>
            <w:tcW w:type="dxa" w:w="9752"/>
            <w:gridSpan w:val="2"/>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UNTERKUNFT / AUFENTHALTSORT</w:t>
            </w:r>
          </w:p>
          <w:p>
            <w:pPr>
              <w:spacing w:before="0" w:after="0"/>
            </w:pPr>
            <w:r>
              <w:rPr>
                <w:rFonts w:ascii="Aptos" w:hAnsi="Aptos"/>
                <w:color w:val="8E97A0"/>
                <w:sz w:val="18"/>
              </w:rPr>
              <w:t>Optional: Name und Anschrift</w:t>
            </w:r>
          </w:p>
        </w:tc>
      </w:tr>
      <w:tr>
        <w:trPr>
          <w:cantSplit/>
        </w:trPr>
        <w:tc>
          <w:tcPr>
            <w:tcW w:type="dxa" w:w="9752"/>
            <w:gridSpan w:val="2"/>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VERKEHRSMITTEL / FLUG- ODER BUCHUNGSANGABEN</w:t>
            </w:r>
          </w:p>
          <w:p>
            <w:pPr>
              <w:spacing w:before="0" w:after="0"/>
            </w:pPr>
            <w:r>
              <w:rPr>
                <w:rFonts w:ascii="Aptos" w:hAnsi="Aptos"/>
                <w:color w:val="8E97A0"/>
                <w:sz w:val="18"/>
              </w:rPr>
              <w:t>Optional</w:t>
            </w:r>
          </w:p>
        </w:tc>
      </w:tr>
    </w:tbl>
    <w:p>
      <w:pPr>
        <w:spacing w:after="80"/>
        <w:widowControl/>
      </w:pPr>
      <w:r>
        <w:rPr>
          <w:rFonts w:ascii="Aptos Display" w:hAnsi="Aptos Display"/>
          <w:b/>
          <w:color w:val="1F3F53"/>
          <w:sz w:val="30"/>
        </w:rPr>
        <w:t>5  Einverständniserklärung</w:t>
      </w:r>
    </w:p>
    <w:tbl>
      <w:tblPr>
        <w:tblW w:type="auto" w:w="0"/>
        <w:tblLayout w:type="fixed"/>
        <w:tblLook w:firstColumn="1" w:firstRow="1" w:lastColumn="0" w:lastRow="0" w:noHBand="0" w:noVBand="1" w:val="04A0"/>
      </w:tblPr>
      <w:tblGrid>
        <w:gridCol w:w="9751"/>
      </w:tblGrid>
      <w:tr>
        <w:trPr>
          <w:cantSplit/>
        </w:trPr>
        <w:tc>
          <w:tcPr>
            <w:tcW w:type="dxa" w:w="10312"/>
            <w:shd w:fill="F7F9FB"/>
            <w:tcBorders>
              <w:top w:val="single" w:sz="8" w:color="CBD3DA"/>
              <w:left w:val="single" w:sz="8" w:color="CBD3DA"/>
              <w:bottom w:val="single" w:sz="8" w:color="CBD3DA"/>
              <w:right w:val="single" w:sz="8" w:color="CBD3DA"/>
            </w:tcBorders>
            <w:tcMar>
              <w:top w:w="170" w:type="dxa"/>
              <w:start w:w="180" w:type="dxa"/>
              <w:bottom w:w="170" w:type="dxa"/>
              <w:end w:w="180" w:type="dxa"/>
            </w:tcMar>
          </w:tcPr>
          <w:p>
            <w:pPr>
              <w:spacing w:after="0"/>
            </w:pPr>
            <w:r>
              <w:t>Hiermit erkläre ich als nicht mitreisende sorgeberechtigte Person mein ausdrückliches Einverständnis, dass das unter Abschnitt 1 bezeichnete minderjährige Kind im unter Abschnitt 4 angegebenen Zeitraum gemeinsam mit seinem unter Abschnitt 2 bezeichneten Vater die angegebene Reise durchführen darf. Die Zustimmung umfasst die für diese Reise erforderliche Ein- und Ausreise sowie den vorübergehenden Aufenthalt an den angegebenen Reisezielen. Diese Erklärung überträgt kein Sorgerecht und gilt ausschließlich für die bezeichnete Reise.</w:t>
            </w:r>
          </w:p>
        </w:tc>
      </w:tr>
    </w:tbl>
    <w:p>
      <w:pPr>
        <w:spacing w:before="120" w:after="60"/>
        <w:widowControl/>
      </w:pPr>
      <w:r>
        <w:rPr>
          <w:rFonts w:ascii="Aptos" w:hAnsi="Aptos"/>
          <w:b/>
          <w:color w:val="46525C"/>
          <w:sz w:val="19"/>
        </w:rPr>
        <w:t>Ergänzende Angabe zur Sorgeberechtigung</w:t>
      </w:r>
    </w:p>
    <w:p>
      <w:pPr>
        <w:pStyle w:val="Checklist"/>
        <w:spacing w:after="60"/>
        <w:widowControl/>
      </w:pPr>
      <w:r>
        <w:t>☐  Ich bin gemeinsam mit dem mitreisenden Vater sorgeberechtigt.</w:t>
      </w:r>
    </w:p>
    <w:p>
      <w:pPr>
        <w:pStyle w:val="Checklist"/>
        <w:spacing w:after="60"/>
        <w:widowControl/>
      </w:pPr>
      <w:r>
        <w:t>☐  Ich bin allein sorgeberechtigt; ein entsprechender Nachweis wird bei Bedarf mitgeführt.</w:t>
      </w:r>
    </w:p>
    <w:p>
      <w:pPr>
        <w:pStyle w:val="Checklist"/>
        <w:spacing w:after="60"/>
        <w:widowControl/>
      </w:pPr>
      <w:r>
        <w:rPr>
          <w:rFonts w:ascii="DejaVu Sans" w:hAnsi="DejaVu Sans"/>
          <w:sz w:val="20"/>
        </w:rPr>
        <w:t xml:space="preserve">☐  </w:t>
      </w:r>
      <w:r>
        <w:rPr>
          <w:rFonts w:ascii="Aptos" w:hAnsi="Aptos"/>
          <w:sz w:val="19"/>
        </w:rPr>
        <w:t>Andere Konstellation / Hinweis: _________________________________________________</w:t>
      </w:r>
    </w:p>
    <w:p>
      <w:pPr>
        <w:spacing w:before="140" w:after="80"/>
        <w:widowControl/>
      </w:pPr>
      <w:r>
        <w:rPr>
          <w:rFonts w:ascii="Aptos Display" w:hAnsi="Aptos Display"/>
          <w:b/>
          <w:color w:val="1F3F53"/>
          <w:sz w:val="25"/>
        </w:rPr>
        <w:t>Unterschrift</w:t>
      </w:r>
    </w:p>
    <w:tbl>
      <w:tblPr>
        <w:tblW w:type="auto" w:w="0"/>
        <w:tblLayout w:type="fixed"/>
        <w:tblLook w:firstColumn="1" w:firstRow="1" w:lastColumn="0" w:lastRow="0" w:noHBand="0" w:noVBand="1" w:val="04A0"/>
      </w:tblPr>
      <w:tblGrid>
        <w:gridCol w:w="4762"/>
        <w:gridCol w:w="4762"/>
      </w:tblGrid>
      <w:tr>
        <w:trPr>
          <w:cantSplit/>
        </w:trPr>
        <w:tc>
          <w:tcPr>
            <w:tcW w:type="dxa" w:w="5156"/>
            <w:shd w:fill="F7F9FB"/>
            <w:tcBorders>
              <w:bottom w:val="single" w:sz="8" w:color="CBD3DA"/>
            </w:tcBorders>
            <w:tcMar>
              <w:top w:w="55" w:type="dxa"/>
              <w:start w:w="95" w:type="dxa"/>
              <w:bottom w:w="55" w:type="dxa"/>
              <w:end w:w="95" w:type="dxa"/>
            </w:tcMar>
          </w:tcPr>
          <w:p>
            <w:pPr>
              <w:spacing w:after="0"/>
            </w:pPr>
            <w:r>
              <w:rPr>
                <w:rFonts w:ascii="Aptos" w:hAnsi="Aptos"/>
                <w:b/>
                <w:color w:val="5A6774"/>
                <w:sz w:val="14"/>
              </w:rPr>
              <w:t>ORT</w:t>
            </w:r>
          </w:p>
          <w:p>
            <w:pPr>
              <w:spacing w:before="0" w:after="0"/>
            </w:pPr>
            <w:r>
              <w:rPr>
                <w:rFonts w:ascii="Aptos" w:hAnsi="Aptos"/>
                <w:color w:val="8E97A0"/>
                <w:sz w:val="18"/>
              </w:rPr>
            </w:r>
          </w:p>
        </w:tc>
        <w:tc>
          <w:tcPr>
            <w:tcW w:type="dxa" w:w="5156"/>
            <w:shd w:fill="F7F9FB"/>
            <w:tcBorders>
              <w:bottom w:val="single" w:sz="8" w:color="CBD3DA"/>
            </w:tcBorders>
            <w:tcMar>
              <w:top w:w="55" w:type="dxa"/>
              <w:start w:w="95" w:type="dxa"/>
              <w:bottom w:w="55" w:type="dxa"/>
              <w:end w:w="95" w:type="dxa"/>
            </w:tcMar>
          </w:tcPr>
          <w:p>
            <w:pPr>
              <w:spacing w:after="0"/>
            </w:pPr>
            <w:r>
              <w:rPr>
                <w:rFonts w:ascii="Aptos" w:hAnsi="Aptos"/>
                <w:b/>
                <w:color w:val="5A6774"/>
                <w:sz w:val="14"/>
              </w:rPr>
              <w:t>DATUM</w:t>
            </w:r>
          </w:p>
          <w:p>
            <w:pPr>
              <w:spacing w:before="0" w:after="0"/>
            </w:pPr>
            <w:r>
              <w:rPr>
                <w:rFonts w:ascii="Aptos" w:hAnsi="Aptos"/>
                <w:color w:val="8E97A0"/>
                <w:sz w:val="18"/>
              </w:rPr>
              <w:t>TT.MM.JJJJ</w:t>
            </w:r>
          </w:p>
        </w:tc>
      </w:tr>
      <w:tr>
        <w:trPr>
          <w:cantSplit/>
        </w:trPr>
        <w:tc>
          <w:tcPr>
            <w:tcW w:type="dxa" w:w="5156"/>
            <w:shd w:fill="FFFFFF"/>
            <w:tcBorders>
              <w:bottom w:val="single" w:sz="10" w:color="6F7C86"/>
            </w:tcBorders>
            <w:tcMar>
              <w:top w:w="350" w:type="dxa"/>
              <w:start w:w="110" w:type="dxa"/>
              <w:bottom w:w="70" w:type="dxa"/>
              <w:end w:w="110" w:type="dxa"/>
            </w:tcMar>
          </w:tcPr>
          <w:p>
            <w:pPr>
              <w:spacing w:after="0"/>
            </w:pPr>
            <w:r>
              <w:t>UNTERSCHRIFT DER NICHT MITREISENDEN SORGEBERECHTIGTEN PERSON</w:t>
            </w:r>
          </w:p>
        </w:tc>
        <w:tc>
          <w:tcPr>
            <w:tcW w:type="dxa" w:w="5156"/>
            <w:shd w:fill="FFFFFF"/>
            <w:tcBorders>
              <w:bottom w:val="single" w:sz="10" w:color="6F7C86"/>
            </w:tcBorders>
            <w:tcMar>
              <w:top w:w="350" w:type="dxa"/>
              <w:start w:w="110" w:type="dxa"/>
              <w:bottom w:w="70" w:type="dxa"/>
              <w:end w:w="110" w:type="dxa"/>
            </w:tcMar>
          </w:tcPr>
          <w:p>
            <w:pPr>
              <w:spacing w:after="0"/>
            </w:pPr>
            <w:r>
              <w:t>NAME IN DRUCKBUCHSTABEN</w:t>
            </w:r>
          </w:p>
        </w:tc>
      </w:tr>
    </w:tbl>
    <w:p>
      <w:pPr>
        <w:widowControl/>
      </w:pPr>
      <w:r>
        <w:br w:type="page"/>
      </w:r>
    </w:p>
    <w:p>
      <w:pPr>
        <w:keepNext/>
        <w:spacing w:before="100" w:after="60"/>
        <w:widowControl/>
      </w:pPr>
      <w:r>
        <w:rPr>
          <w:rFonts w:ascii="Aptos Display" w:hAnsi="Aptos Display"/>
          <w:b/>
          <w:color w:val="1F3F53"/>
          <w:sz w:val="23"/>
        </w:rPr>
        <w:t>6  Empfohlene Unterlagen für die Reise</w:t>
      </w:r>
    </w:p>
    <w:p>
      <w:pPr>
        <w:pStyle w:val="Checklist"/>
        <w:spacing w:after="60"/>
        <w:widowControl/>
      </w:pPr>
      <w:r>
        <w:rPr>
          <w:rFonts w:ascii="DejaVu Sans" w:hAnsi="DejaVu Sans"/>
          <w:sz w:val="20"/>
        </w:rPr>
        <w:t xml:space="preserve">☐  </w:t>
      </w:r>
      <w:r>
        <w:rPr>
          <w:rFonts w:ascii="Aptos" w:hAnsi="Aptos"/>
          <w:sz w:val="19"/>
        </w:rPr>
        <w:t>Original dieser vollständig ausgefüllten und unterschriebenen Reisevollmacht</w:t>
      </w:r>
    </w:p>
    <w:p>
      <w:pPr>
        <w:pStyle w:val="Checklist"/>
        <w:spacing w:after="60"/>
        <w:widowControl/>
      </w:pPr>
      <w:r>
        <w:rPr>
          <w:rFonts w:ascii="DejaVu Sans" w:hAnsi="DejaVu Sans"/>
          <w:sz w:val="20"/>
        </w:rPr>
        <w:t xml:space="preserve">☐  </w:t>
      </w:r>
      <w:r>
        <w:rPr>
          <w:rFonts w:ascii="Aptos" w:hAnsi="Aptos"/>
          <w:sz w:val="19"/>
        </w:rPr>
        <w:t>Gültiges Reisedokument des Kindes</w:t>
      </w:r>
    </w:p>
    <w:p>
      <w:pPr>
        <w:pStyle w:val="Checklist"/>
        <w:spacing w:after="60"/>
        <w:widowControl/>
      </w:pPr>
      <w:r>
        <w:rPr>
          <w:rFonts w:ascii="DejaVu Sans" w:hAnsi="DejaVu Sans"/>
          <w:sz w:val="20"/>
        </w:rPr>
        <w:t xml:space="preserve">☐  </w:t>
      </w:r>
      <w:r>
        <w:rPr>
          <w:rFonts w:ascii="Aptos" w:hAnsi="Aptos"/>
          <w:sz w:val="19"/>
        </w:rPr>
        <w:t>Kopie der Datenseite des Ausweises oder Reisepasses des nicht mitreisenden Sorgeberechtigten</w:t>
      </w:r>
    </w:p>
    <w:p>
      <w:pPr>
        <w:pStyle w:val="Checklist"/>
        <w:spacing w:after="60"/>
        <w:widowControl/>
      </w:pPr>
      <w:r>
        <w:rPr>
          <w:rFonts w:ascii="DejaVu Sans" w:hAnsi="DejaVu Sans"/>
          <w:sz w:val="20"/>
        </w:rPr>
        <w:t xml:space="preserve">☐  </w:t>
      </w:r>
      <w:r>
        <w:rPr>
          <w:rFonts w:ascii="Aptos" w:hAnsi="Aptos"/>
          <w:sz w:val="19"/>
        </w:rPr>
        <w:t>Geburts- oder Adoptionsurkunde, insbesondere bei abweichenden Familiennamen</w:t>
      </w:r>
    </w:p>
    <w:p>
      <w:pPr>
        <w:pStyle w:val="Checklist"/>
        <w:spacing w:after="60"/>
        <w:widowControl/>
      </w:pPr>
      <w:r>
        <w:rPr>
          <w:rFonts w:ascii="DejaVu Sans" w:hAnsi="DejaVu Sans"/>
          <w:sz w:val="20"/>
        </w:rPr>
        <w:t xml:space="preserve">☐  </w:t>
      </w:r>
      <w:r>
        <w:rPr>
          <w:rFonts w:ascii="Aptos" w:hAnsi="Aptos"/>
          <w:sz w:val="19"/>
        </w:rPr>
        <w:t>Nachweis über das alleinige Sorgerecht, falls relevant</w:t>
      </w:r>
    </w:p>
    <w:p>
      <w:pPr>
        <w:pStyle w:val="Checklist"/>
        <w:spacing w:after="60"/>
        <w:widowControl/>
      </w:pPr>
      <w:r>
        <w:rPr>
          <w:rFonts w:ascii="DejaVu Sans" w:hAnsi="DejaVu Sans"/>
          <w:sz w:val="20"/>
        </w:rPr>
        <w:t xml:space="preserve">☐  </w:t>
      </w:r>
      <w:r>
        <w:rPr>
          <w:rFonts w:ascii="Aptos" w:hAnsi="Aptos"/>
          <w:sz w:val="19"/>
        </w:rPr>
        <w:t>Übersetzung der Einverständniserklärung, falls für Ziel- oder Transitland sinnvoll oder erforderlich</w:t>
      </w:r>
    </w:p>
    <w:p>
      <w:pPr>
        <w:pStyle w:val="Checklist"/>
        <w:spacing w:after="60"/>
        <w:widowControl/>
      </w:pPr>
      <w:r>
        <w:rPr>
          <w:rFonts w:ascii="DejaVu Sans" w:hAnsi="DejaVu Sans"/>
          <w:sz w:val="20"/>
        </w:rPr>
        <w:t xml:space="preserve">☐  </w:t>
      </w:r>
      <w:r>
        <w:rPr>
          <w:rFonts w:ascii="Aptos" w:hAnsi="Aptos"/>
          <w:sz w:val="19"/>
        </w:rPr>
        <w:t>Beglaubigung / Apostille, falls das Ziel- oder Transitland dies verlangt</w:t>
      </w:r>
    </w:p>
    <w:p>
      <w:pPr>
        <w:keepNext/>
        <w:spacing w:before="100" w:after="60"/>
        <w:widowControl/>
      </w:pPr>
      <w:r>
        <w:rPr>
          <w:rFonts w:ascii="Aptos Display" w:hAnsi="Aptos Display"/>
          <w:b/>
          <w:color w:val="1F3F53"/>
          <w:sz w:val="23"/>
        </w:rPr>
        <w:t>7  Notfallkontakt und zusätzliche Hinweise</w:t>
      </w:r>
    </w:p>
    <w:tbl>
      <w:tblPr>
        <w:tblW w:type="auto" w:w="0"/>
        <w:jc w:val="center"/>
        <w:tblLayout w:type="fixed"/>
        <w:tblLook w:firstColumn="1" w:firstRow="1" w:lastColumn="0" w:lastRow="0" w:noHBand="0" w:noVBand="1" w:val="04A0"/>
      </w:tblPr>
      <w:tblGrid>
        <w:gridCol w:w="4876"/>
        <w:gridCol w:w="4876"/>
      </w:tblGrid>
      <w:tr>
        <w:trPr>
          <w:cantSplit/>
        </w:trPr>
        <w:tc>
          <w:tcPr>
            <w:tcW w:type="dxa" w:w="9752"/>
            <w:gridSpan w:val="2"/>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ALTERNATIVE ERREICHBARE PERSON</w:t>
            </w:r>
          </w:p>
          <w:p>
            <w:pPr>
              <w:spacing w:before="0" w:after="0"/>
            </w:pPr>
            <w:r>
              <w:rPr>
                <w:rFonts w:ascii="Aptos" w:hAnsi="Aptos"/>
                <w:color w:val="8E97A0"/>
                <w:sz w:val="18"/>
              </w:rPr>
              <w:t>Name, Beziehung zum Kind</w:t>
            </w:r>
          </w:p>
        </w:tc>
      </w:tr>
      <w:tr>
        <w:trPr>
          <w:cantSplit/>
        </w:trPr>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TELEFON</w:t>
            </w:r>
          </w:p>
          <w:p>
            <w:pPr>
              <w:spacing w:before="0" w:after="0"/>
            </w:pPr>
            <w:r>
              <w:rPr>
                <w:rFonts w:ascii="Aptos" w:hAnsi="Aptos"/>
                <w:color w:val="8E97A0"/>
                <w:sz w:val="18"/>
              </w:rPr>
              <w:t>+__ __________________</w:t>
            </w:r>
          </w:p>
        </w:tc>
        <w:tc>
          <w:tcPr>
            <w:tcW w:type="dxa" w:w="4876"/>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E-MAIL</w:t>
            </w:r>
          </w:p>
          <w:p>
            <w:pPr>
              <w:spacing w:before="0" w:after="0"/>
            </w:pPr>
            <w:r>
              <w:rPr>
                <w:rFonts w:ascii="Aptos" w:hAnsi="Aptos"/>
                <w:color w:val="8E97A0"/>
                <w:sz w:val="18"/>
              </w:rPr>
            </w:r>
          </w:p>
        </w:tc>
      </w:tr>
      <w:tr>
        <w:trPr>
          <w:cantSplit/>
        </w:trPr>
        <w:tc>
          <w:tcPr>
            <w:tcW w:type="dxa" w:w="9752"/>
            <w:gridSpan w:val="2"/>
            <w:shd w:fill="F7F9FB"/>
            <w:tcBorders>
              <w:bottom w:val="single" w:sz="8" w:color="CBD3DA"/>
            </w:tcBorders>
            <w:tcMar>
              <w:top w:w="55" w:type="dxa"/>
              <w:start w:w="95" w:type="dxa"/>
              <w:bottom w:w="55" w:type="dxa"/>
              <w:end w:w="95" w:type="dxa"/>
            </w:tcMar>
            <w:vAlign w:val="center"/>
          </w:tcPr>
          <w:p>
            <w:pPr>
              <w:spacing w:after="0"/>
            </w:pPr>
            <w:r>
              <w:rPr>
                <w:rFonts w:ascii="Aptos" w:hAnsi="Aptos"/>
                <w:b/>
                <w:color w:val="5A6774"/>
                <w:sz w:val="14"/>
              </w:rPr>
              <w:t>WICHTIGE HINWEISE ZUR REISE</w:t>
            </w:r>
          </w:p>
          <w:p>
            <w:pPr>
              <w:spacing w:before="0" w:after="0"/>
            </w:pPr>
            <w:r>
              <w:rPr>
                <w:rFonts w:ascii="Aptos" w:hAnsi="Aptos"/>
                <w:color w:val="8E97A0"/>
                <w:sz w:val="18"/>
              </w:rPr>
              <w:t>Optional: z. B. besondere Abhol- oder Kontaktinformation</w:t>
            </w:r>
          </w:p>
        </w:tc>
      </w:tr>
    </w:tbl>
    <w:p>
      <w:pPr>
        <w:spacing w:before="120" w:after="60"/>
        <w:widowControl/>
      </w:pPr>
      <w:r>
        <w:rPr>
          <w:rFonts w:ascii="Aptos Display" w:hAnsi="Aptos Display"/>
          <w:b/>
          <w:color w:val="1F3F53"/>
          <w:sz w:val="25"/>
        </w:rPr>
        <w:t>Optionaler Beglaubigungsvermerk</w:t>
      </w:r>
    </w:p>
    <w:tbl>
      <w:tblPr>
        <w:tblW w:type="auto" w:w="0"/>
        <w:tblLayout w:type="fixed"/>
        <w:tblLook w:firstColumn="1" w:firstRow="1" w:lastColumn="0" w:lastRow="0" w:noHBand="0" w:noVBand="1" w:val="04A0"/>
      </w:tblPr>
      <w:tblGrid>
        <w:gridCol w:w="9751"/>
      </w:tblGrid>
      <w:tr>
        <w:trPr>
          <w:cantSplit/>
        </w:trPr>
        <w:tc>
          <w:tcPr>
            <w:tcW w:type="dxa" w:w="10312"/>
            <w:shd w:fill="FAFBFC"/>
            <w:tcBorders>
              <w:top w:val="dashed" w:sz="8" w:color="B7C1C8"/>
              <w:left w:val="dashed" w:sz="8" w:color="B7C1C8"/>
              <w:bottom w:val="dashed" w:sz="8" w:color="B7C1C8"/>
              <w:right w:val="dashed" w:sz="8" w:color="B7C1C8"/>
            </w:tcBorders>
            <w:tcMar>
              <w:top w:w="170" w:type="dxa"/>
              <w:start w:w="160" w:type="dxa"/>
              <w:bottom w:w="170" w:type="dxa"/>
              <w:end w:w="160" w:type="dxa"/>
            </w:tcMar>
          </w:tcPr>
          <w:p>
            <w:pPr>
              <w:spacing w:after="0"/>
            </w:pPr>
            <w:r>
              <w:rPr>
                <w:rFonts w:ascii="Aptos" w:hAnsi="Aptos"/>
                <w:color w:val="5D676F"/>
                <w:sz w:val="18"/>
              </w:rPr>
              <w:t>Nur ausfüllen lassen, wenn eine Beglaubigung für die konkrete Reise erforderlich ist.</w:t>
              <w:br/>
              <w:br/>
              <w:t>Behörde / Notar: ________________________________   Datum: __________________</w:t>
              <w:br/>
              <w:br/>
              <w:t>Stempel / Unterschrift: ______________________________________________________</w:t>
            </w:r>
          </w:p>
        </w:tc>
      </w:tr>
    </w:tbl>
    <w:tbl>
      <w:tblPr>
        <w:tblW w:type="auto" w:w="0"/>
        <w:tblLayout w:type="fixed"/>
        <w:tblLook w:firstColumn="1" w:firstRow="1" w:lastColumn="0" w:lastRow="0" w:noHBand="0" w:noVBand="1" w:val="04A0"/>
      </w:tblPr>
      <w:tblGrid>
        <w:gridCol w:w="9751"/>
      </w:tblGrid>
      <w:tr>
        <w:trPr>
          <w:cantSplit/>
        </w:trPr>
        <w:tc>
          <w:tcPr>
            <w:tcW w:type="dxa" w:w="10312"/>
            <w:shd w:fill="EEF4F7"/>
            <w:tcBorders>
              <w:left w:val="single" w:sz="18" w:color="2D6F8E"/>
            </w:tcBorders>
            <w:tcMar>
              <w:top w:w="120" w:type="dxa"/>
              <w:start w:w="170" w:type="dxa"/>
              <w:bottom w:w="120" w:type="dxa"/>
              <w:end w:w="160" w:type="dxa"/>
            </w:tcMar>
          </w:tcPr>
          <w:p>
            <w:pPr>
              <w:spacing w:after="60"/>
            </w:pPr>
            <w:r>
              <w:t>Vor Reiseantritt prüfen</w:t>
              <w:br/>
              <w:t>Die Anforderungen für Minderjährige, die nur mit dem Vater reisen, unterscheiden sich je nach Staat und können auch Transitländer betreffen. Prüfen Sie deshalb vor der Abreise die jeweils aktuellen Einreisebestimmungen sowie mögliche Vorgaben des Beförderungsunternehmens.</w:t>
            </w:r>
          </w:p>
        </w:tc>
      </w:tr>
    </w:tbl>
    <w:sectPr w:rsidR="00FC693F" w:rsidRPr="0006063C" w:rsidSect="00034616">
      <w:headerReference w:type="default" r:id="rId9"/>
      <w:footerReference w:type="default" r:id="rId10"/>
      <w:pgSz w:w="12240" w:h="15840"/>
      <w:pgMar w:top="595" w:right="964" w:bottom="595" w:left="964"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828C"/>
        <w:sz w:val="17"/>
      </w:rPr>
      <w:t>Reisevollmacht Kind mit einem Elternteil - Vater · Ausfüllbare Vorlage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C86"/>
        <w:sz w:val="15"/>
      </w:rPr>
      <w:t>REISEVOLLMACHT · MINDERJÄHRIGE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ecklist">
    <w:name w:val="Checklist"/>
    <w:pPr>
      <w:ind w:left="85" w:hanging="85"/>
    </w:pPr>
    <w:rPr>
      <w:rFonts w:ascii="Aptos" w:hAnsi="Aptos"/>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Reisevollmacht Kind mit einem Elternteil - Vater Vorlage</dc:title>
  <dc:subject>Vorlage für die Reise eines minderjährigen Kindes mit dem Vater</dc:subject>
  <dc:creator/>
  <cp:keywords/>
  <dc:description/>
  <cp:lastModifiedBy/>
  <cp:revision>1</cp:revision>
  <dcterms:created xsi:type="dcterms:W3CDTF">2013-12-23T23:15:00Z</dcterms:created>
  <dcterms:modified xsi:type="dcterms:W3CDTF">2013-12-23T23:15:00Z</dcterms:modified>
  <cp:category/>
</cp:coreProperties>
</file>