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lang w:val="de-DE"/>
        </w:rPr>
        <w:t>Reisevollmacht für ein Kind</w:t>
      </w:r>
    </w:p>
    <w:p>
      <w:pPr>
        <w:spacing w:after="80"/>
      </w:pPr>
      <w:r>
        <w:rPr>
          <w:b/>
          <w:color w:val="2D6F9F"/>
          <w:sz w:val="19"/>
          <w:lang w:val="de-DE"/>
        </w:rPr>
        <w:t>Einverständniserklärung bei Reise mit nur einem Elternteil</w:t>
      </w:r>
    </w:p>
    <w:p>
      <w:pPr>
        <w:spacing w:before="50" w:after="30"/>
      </w:pPr>
      <w:r>
        <w:rPr>
          <w:b/>
          <w:color w:val="2D6F9F"/>
          <w:sz w:val="19"/>
          <w:lang w:val="de-DE"/>
        </w:rPr>
        <w:t xml:space="preserve">1  </w:t>
      </w:r>
      <w:r>
        <w:rPr>
          <w:b/>
          <w:color w:val="18324A"/>
          <w:sz w:val="20"/>
          <w:lang w:val="de-DE"/>
        </w:rPr>
        <w:t>Minderjähriges Kind</w:t>
      </w:r>
    </w:p>
    <w:tbl>
      <w:tblPr>
        <w:tblW w:type="auto" w:w="0"/>
        <w:jc w:val="center"/>
        <w:tblLayout w:type="fixed"/>
        <w:tblLook w:firstColumn="1" w:firstRow="1" w:lastColumn="0" w:lastRow="0" w:noHBand="0" w:noVBand="1" w:val="04A0"/>
      </w:tblPr>
      <w:tblGrid>
        <w:gridCol w:w="5298"/>
        <w:gridCol w:w="5298"/>
      </w:tblGrid>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NACHNAME</w:t>
            </w:r>
          </w:p>
          <w:p>
            <w:pPr>
              <w:pStyle w:val="FieldValue"/>
            </w:pPr>
            <w:r>
              <w:rPr>
                <w:color w:val="88949D"/>
                <w:lang w:val="de-DE"/>
              </w:rPr>
              <w:t>Hier eintragen</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VORNAME(N)</w:t>
            </w:r>
          </w:p>
          <w:p>
            <w:pPr>
              <w:pStyle w:val="FieldValue"/>
            </w:pPr>
            <w:r>
              <w:rPr>
                <w:color w:val="88949D"/>
                <w:lang w:val="de-DE"/>
              </w:rPr>
              <w:t>Hier eintragen</w:t>
            </w:r>
          </w:p>
        </w:tc>
      </w:tr>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GEBURTSDATUM</w:t>
            </w:r>
          </w:p>
          <w:p>
            <w:pPr>
              <w:pStyle w:val="FieldValue"/>
            </w:pPr>
            <w:r>
              <w:rPr>
                <w:color w:val="88949D"/>
                <w:lang w:val="de-DE"/>
              </w:rPr>
              <w:t>TT.MM.JJJJ</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GEBURTSORT</w:t>
            </w:r>
          </w:p>
          <w:p>
            <w:pPr>
              <w:pStyle w:val="FieldValue"/>
            </w:pPr>
            <w:r>
              <w:rPr>
                <w:color w:val="88949D"/>
                <w:lang w:val="de-DE"/>
              </w:rPr>
              <w:t>Ort / Land</w:t>
            </w:r>
          </w:p>
        </w:tc>
      </w:tr>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STAATSANGEHÖRIGKEIT</w:t>
            </w:r>
          </w:p>
          <w:p>
            <w:pPr>
              <w:pStyle w:val="FieldValue"/>
            </w:pPr>
            <w:r>
              <w:rPr>
                <w:color w:val="88949D"/>
                <w:lang w:val="de-DE"/>
              </w:rPr>
              <w:t>Hier eintragen</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REISEPASS-/PERSONALAUSWEIS-NR.</w:t>
            </w:r>
          </w:p>
          <w:p>
            <w:pPr>
              <w:pStyle w:val="FieldValue"/>
            </w:pPr>
            <w:r>
              <w:rPr>
                <w:color w:val="88949D"/>
                <w:lang w:val="de-DE"/>
              </w:rPr>
              <w:t>Dokumentnummer</w:t>
            </w:r>
          </w:p>
        </w:tc>
      </w:tr>
      <w:tr>
        <w:trPr>
          <w:trHeight w:hRule="atLeast" w:val="408"/>
          <w:cantSplit/>
        </w:trPr>
        <w:tc>
          <w:tcPr>
            <w:tcW w:type="dxa" w:w="5074"/>
            <w:gridSpan w:val="2"/>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lang w:val="de-DE"/>
              </w:rPr>
              <w:t>WOHNANSCHRIFT</w:t>
            </w:r>
          </w:p>
          <w:p>
            <w:pPr>
              <w:pStyle w:val="FieldValue"/>
            </w:pPr>
            <w:r>
              <w:rPr>
                <w:color w:val="88949D"/>
                <w:lang w:val="de-DE"/>
                <w:lang w:val="de-DE"/>
              </w:rPr>
              <w:t>Straße, Hausnummer, PLZ, Ort, Land</w:t>
            </w:r>
          </w:p>
        </w:tc>
      </w:tr>
    </w:tbl>
    <w:p>
      <w:pPr>
        <w:spacing w:before="50" w:after="30"/>
      </w:pPr>
      <w:r>
        <w:rPr>
          <w:b/>
          <w:color w:val="2D6F9F"/>
          <w:sz w:val="19"/>
          <w:lang w:val="de-DE"/>
        </w:rPr>
        <w:t xml:space="preserve">2  </w:t>
      </w:r>
      <w:r>
        <w:rPr>
          <w:b/>
          <w:color w:val="18324A"/>
          <w:sz w:val="20"/>
          <w:lang w:val="de-DE"/>
        </w:rPr>
        <w:t>Mitreisender Elternteil / sorgeberechtigte Person</w:t>
      </w:r>
    </w:p>
    <w:tbl>
      <w:tblPr>
        <w:tblW w:type="auto" w:w="0"/>
        <w:jc w:val="center"/>
        <w:tblLayout w:type="fixed"/>
        <w:tblLook w:firstColumn="1" w:firstRow="1" w:lastColumn="0" w:lastRow="0" w:noHBand="0" w:noVBand="1" w:val="04A0"/>
      </w:tblPr>
      <w:tblGrid>
        <w:gridCol w:w="5298"/>
        <w:gridCol w:w="5298"/>
      </w:tblGrid>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NACHNAME</w:t>
            </w:r>
          </w:p>
          <w:p>
            <w:pPr>
              <w:pStyle w:val="FieldValue"/>
            </w:pPr>
            <w:r>
              <w:rPr>
                <w:color w:val="88949D"/>
                <w:lang w:val="de-DE"/>
              </w:rPr>
              <w:t>Hier eintragen</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VORNAME(N)</w:t>
            </w:r>
          </w:p>
          <w:p>
            <w:pPr>
              <w:pStyle w:val="FieldValue"/>
            </w:pPr>
            <w:r>
              <w:rPr>
                <w:color w:val="88949D"/>
                <w:lang w:val="de-DE"/>
              </w:rPr>
              <w:t>Hier eintragen</w:t>
            </w:r>
          </w:p>
        </w:tc>
      </w:tr>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GEBURTSDATUM</w:t>
            </w:r>
          </w:p>
          <w:p>
            <w:pPr>
              <w:pStyle w:val="FieldValue"/>
            </w:pPr>
            <w:r>
              <w:rPr>
                <w:color w:val="88949D"/>
                <w:lang w:val="de-DE"/>
              </w:rPr>
              <w:t>TT.MM.JJJJ</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GEBURTSORT</w:t>
            </w:r>
          </w:p>
          <w:p>
            <w:pPr>
              <w:pStyle w:val="FieldValue"/>
            </w:pPr>
            <w:r>
              <w:rPr>
                <w:color w:val="88949D"/>
                <w:lang w:val="de-DE"/>
              </w:rPr>
              <w:t>Ort / Land</w:t>
            </w:r>
          </w:p>
        </w:tc>
      </w:tr>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TELEFON WÄHREND DER REISE</w:t>
            </w:r>
          </w:p>
          <w:p>
            <w:pPr>
              <w:pStyle w:val="FieldValue"/>
            </w:pPr>
            <w:r>
              <w:rPr>
                <w:color w:val="88949D"/>
                <w:lang w:val="de-DE"/>
              </w:rPr>
              <w:t>+49 …</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E-MAIL</w:t>
            </w:r>
          </w:p>
          <w:p>
            <w:pPr>
              <w:pStyle w:val="FieldValue"/>
            </w:pPr>
            <w:r>
              <w:rPr>
                <w:color w:val="88949D"/>
                <w:lang w:val="de-DE"/>
              </w:rPr>
              <w:t>name@beispiel.de</w:t>
            </w:r>
          </w:p>
        </w:tc>
      </w:tr>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REISEPASS-/PERSONALAUSWEIS-NR.</w:t>
            </w:r>
          </w:p>
          <w:p>
            <w:pPr>
              <w:pStyle w:val="FieldValue"/>
            </w:pPr>
            <w:r>
              <w:rPr>
                <w:color w:val="88949D"/>
                <w:lang w:val="de-DE"/>
              </w:rPr>
              <w:t>Dokumentnummer</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VERHÄLTNIS ZUM KIND</w:t>
            </w:r>
          </w:p>
          <w:p>
            <w:pPr>
              <w:pStyle w:val="FieldValue"/>
            </w:pPr>
            <w:r>
              <w:rPr>
                <w:color w:val="88949D"/>
                <w:lang w:val="de-DE"/>
              </w:rPr>
              <w:t>z. B. Mutter / Vater</w:t>
            </w:r>
          </w:p>
        </w:tc>
      </w:tr>
    </w:tbl>
    <w:p>
      <w:pPr>
        <w:spacing w:before="50" w:after="30"/>
      </w:pPr>
      <w:r>
        <w:rPr>
          <w:b/>
          <w:color w:val="2D6F9F"/>
          <w:sz w:val="19"/>
          <w:lang w:val="de-DE"/>
        </w:rPr>
        <w:t xml:space="preserve">3  </w:t>
      </w:r>
      <w:r>
        <w:rPr>
          <w:b/>
          <w:color w:val="18324A"/>
          <w:sz w:val="20"/>
          <w:lang w:val="de-DE"/>
        </w:rPr>
        <w:t>Nicht mitreisende sorgeberechtigte Person</w:t>
      </w:r>
      <w:r>
        <w:rPr>
          <w:i/>
          <w:color w:val="63717B"/>
          <w:sz w:val="17"/>
          <w:lang w:val="de-DE"/>
        </w:rPr>
        <w:t xml:space="preserve">  erteilt das Einverständnis</w:t>
      </w:r>
    </w:p>
    <w:tbl>
      <w:tblPr>
        <w:tblW w:type="auto" w:w="0"/>
        <w:jc w:val="center"/>
        <w:tblLayout w:type="fixed"/>
        <w:tblLook w:firstColumn="1" w:firstRow="1" w:lastColumn="0" w:lastRow="0" w:noHBand="0" w:noVBand="1" w:val="04A0"/>
      </w:tblPr>
      <w:tblGrid>
        <w:gridCol w:w="5298"/>
        <w:gridCol w:w="5298"/>
      </w:tblGrid>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NACHNAME</w:t>
            </w:r>
          </w:p>
          <w:p>
            <w:pPr>
              <w:pStyle w:val="FieldValue"/>
            </w:pPr>
            <w:r>
              <w:rPr>
                <w:color w:val="88949D"/>
                <w:lang w:val="de-DE"/>
              </w:rPr>
              <w:t>Hier eintragen</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VORNAME(N)</w:t>
            </w:r>
          </w:p>
          <w:p>
            <w:pPr>
              <w:pStyle w:val="FieldValue"/>
            </w:pPr>
            <w:r>
              <w:rPr>
                <w:color w:val="88949D"/>
                <w:lang w:val="de-DE"/>
              </w:rPr>
              <w:t>Hier eintragen</w:t>
            </w:r>
          </w:p>
        </w:tc>
      </w:tr>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GEBURTSDATUM</w:t>
            </w:r>
          </w:p>
          <w:p>
            <w:pPr>
              <w:pStyle w:val="FieldValue"/>
            </w:pPr>
            <w:r>
              <w:rPr>
                <w:color w:val="88949D"/>
                <w:lang w:val="de-DE"/>
              </w:rPr>
              <w:t>TT.MM.JJJJ</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GEBURTSORT</w:t>
            </w:r>
          </w:p>
          <w:p>
            <w:pPr>
              <w:pStyle w:val="FieldValue"/>
            </w:pPr>
            <w:r>
              <w:rPr>
                <w:color w:val="88949D"/>
                <w:lang w:val="de-DE"/>
              </w:rPr>
              <w:t>Ort / Land</w:t>
            </w:r>
          </w:p>
        </w:tc>
      </w:tr>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TELEFON FÜR RÜCKFRAGEN</w:t>
            </w:r>
          </w:p>
          <w:p>
            <w:pPr>
              <w:pStyle w:val="FieldValue"/>
            </w:pPr>
            <w:r>
              <w:rPr>
                <w:color w:val="88949D"/>
                <w:lang w:val="de-DE"/>
              </w:rPr>
              <w:t>+49 …</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E-MAIL</w:t>
            </w:r>
          </w:p>
          <w:p>
            <w:pPr>
              <w:pStyle w:val="FieldValue"/>
            </w:pPr>
            <w:r>
              <w:rPr>
                <w:color w:val="88949D"/>
                <w:lang w:val="de-DE"/>
              </w:rPr>
              <w:t>name@beispiel.de</w:t>
            </w:r>
          </w:p>
        </w:tc>
      </w:tr>
      <w:tr>
        <w:trPr>
          <w:trHeight w:hRule="atLeast" w:val="408"/>
          <w:cantSplit/>
        </w:trPr>
        <w:tc>
          <w:tcPr>
            <w:tcW w:type="dxa" w:w="5074"/>
            <w:gridSpan w:val="2"/>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lang w:val="de-DE"/>
              </w:rPr>
              <w:t>WOHNANSCHRIFT</w:t>
            </w:r>
          </w:p>
          <w:p>
            <w:pPr>
              <w:pStyle w:val="FieldValue"/>
            </w:pPr>
            <w:r>
              <w:rPr>
                <w:color w:val="88949D"/>
                <w:lang w:val="de-DE"/>
                <w:lang w:val="de-DE"/>
              </w:rPr>
              <w:t>Straße, Hausnummer, PLZ, Ort, Land</w:t>
            </w:r>
          </w:p>
        </w:tc>
      </w:tr>
      <w:tr>
        <w:trPr>
          <w:trHeight w:hRule="atLeast" w:val="408"/>
          <w:cantSplit/>
        </w:trPr>
        <w:tc>
          <w:tcPr>
            <w:tcW w:type="dxa" w:w="5074"/>
            <w:gridSpan w:val="2"/>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lang w:val="de-DE"/>
              </w:rPr>
              <w:t>REISEPASS-/PERSONALAUSWEIS-NR.</w:t>
            </w:r>
          </w:p>
          <w:p>
            <w:pPr>
              <w:pStyle w:val="FieldValue"/>
            </w:pPr>
            <w:r>
              <w:rPr>
                <w:color w:val="88949D"/>
                <w:lang w:val="de-DE"/>
                <w:lang w:val="de-DE"/>
              </w:rPr>
              <w:t>Dokumentnummer</w:t>
            </w:r>
          </w:p>
        </w:tc>
      </w:tr>
    </w:tbl>
    <w:p>
      <w:pPr>
        <w:spacing w:before="50" w:after="30"/>
      </w:pPr>
      <w:r>
        <w:rPr>
          <w:b/>
          <w:color w:val="2D6F9F"/>
          <w:sz w:val="19"/>
          <w:lang w:val="de-DE"/>
        </w:rPr>
        <w:t xml:space="preserve">4  </w:t>
      </w:r>
      <w:r>
        <w:rPr>
          <w:b/>
          <w:color w:val="18324A"/>
          <w:sz w:val="20"/>
          <w:lang w:val="de-DE"/>
        </w:rPr>
        <w:t>Reiseangaben</w:t>
      </w:r>
    </w:p>
    <w:tbl>
      <w:tblPr>
        <w:tblW w:type="auto" w:w="0"/>
        <w:jc w:val="center"/>
        <w:tblLayout w:type="fixed"/>
        <w:tblLook w:firstColumn="1" w:firstRow="1" w:lastColumn="0" w:lastRow="0" w:noHBand="0" w:noVBand="1" w:val="04A0"/>
      </w:tblPr>
      <w:tblGrid>
        <w:gridCol w:w="5298"/>
        <w:gridCol w:w="5298"/>
      </w:tblGrid>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REISEBEGINN</w:t>
            </w:r>
          </w:p>
          <w:p>
            <w:pPr>
              <w:pStyle w:val="FieldValue"/>
            </w:pPr>
            <w:r>
              <w:rPr>
                <w:color w:val="88949D"/>
                <w:lang w:val="de-DE"/>
              </w:rPr>
              <w:t>TT.MM.JJJJ</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RÜCKKEHR</w:t>
            </w:r>
          </w:p>
          <w:p>
            <w:pPr>
              <w:pStyle w:val="FieldValue"/>
            </w:pPr>
            <w:r>
              <w:rPr>
                <w:color w:val="88949D"/>
                <w:lang w:val="de-DE"/>
              </w:rPr>
              <w:t>TT.MM.JJJJ</w:t>
            </w:r>
          </w:p>
        </w:tc>
      </w:tr>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ZIELLAND / ZIELORT</w:t>
            </w:r>
          </w:p>
          <w:p>
            <w:pPr>
              <w:pStyle w:val="FieldValue"/>
            </w:pPr>
            <w:r>
              <w:rPr>
                <w:color w:val="88949D"/>
                <w:lang w:val="de-DE"/>
              </w:rPr>
              <w:t>Land, Ort / Region</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TRANSITLAND/-LÄNDER (OPTIONAL)</w:t>
            </w:r>
          </w:p>
          <w:p>
            <w:pPr>
              <w:pStyle w:val="FieldValue"/>
            </w:pPr>
            <w:r>
              <w:rPr>
                <w:color w:val="88949D"/>
                <w:lang w:val="de-DE"/>
              </w:rPr>
              <w:t>Falls zutreffend</w:t>
            </w:r>
          </w:p>
        </w:tc>
      </w:tr>
      <w:tr>
        <w:trPr>
          <w:trHeight w:hRule="atLeast" w:val="408"/>
          <w:cantSplit/>
        </w:trPr>
        <w:tc>
          <w:tcPr>
            <w:tcW w:type="dxa" w:w="5074"/>
            <w:gridSpan w:val="2"/>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lang w:val="de-DE"/>
              </w:rPr>
              <w:t>REISEROUTE / WEITERE AUFENTHALTSORTE</w:t>
            </w:r>
          </w:p>
          <w:p>
            <w:pPr>
              <w:pStyle w:val="FieldValue"/>
            </w:pPr>
            <w:r>
              <w:rPr>
                <w:color w:val="88949D"/>
                <w:lang w:val="de-DE"/>
                <w:lang w:val="de-DE"/>
              </w:rPr>
              <w:t>Kurz angeben, falls mehrere Stationen</w:t>
            </w:r>
          </w:p>
        </w:tc>
      </w:tr>
      <w:tr>
        <w:trPr>
          <w:trHeight w:hRule="atLeast" w:val="408"/>
          <w:cantSplit/>
        </w:trPr>
        <w:tc>
          <w:tcPr>
            <w:tcW w:type="dxa" w:w="5074"/>
            <w:gridSpan w:val="2"/>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lang w:val="de-DE"/>
              </w:rPr>
              <w:t>VERKEHRSMITTEL / BUCHUNGS- ODER FLUGANGABE (OPTIONAL)</w:t>
            </w:r>
          </w:p>
          <w:p>
            <w:pPr>
              <w:pStyle w:val="FieldValue"/>
            </w:pPr>
            <w:r>
              <w:rPr>
                <w:color w:val="88949D"/>
                <w:lang w:val="de-DE"/>
                <w:lang w:val="de-DE"/>
              </w:rPr>
              <w:t>z. B. Flugnummer, Zug, Pkw</w:t>
            </w:r>
          </w:p>
        </w:tc>
      </w:tr>
    </w:tbl>
    <w:p>
      <w:pPr>
        <w:spacing w:before="80" w:after="40"/>
      </w:pPr>
      <w:r>
        <w:rPr>
          <w:b/>
          <w:color w:val="18324A"/>
          <w:sz w:val="20"/>
          <w:lang w:val="de-DE"/>
        </w:rPr>
        <w:t>5  EINVERSTÄNDNISERKLÄRUNG</w:t>
      </w:r>
    </w:p>
    <w:tbl>
      <w:tblPr>
        <w:tblW w:type="auto" w:w="0"/>
        <w:tblLook w:firstColumn="1" w:firstRow="1" w:lastColumn="0" w:lastRow="0" w:noHBand="0" w:noVBand="1" w:val="04A0"/>
      </w:tblPr>
      <w:tblGrid>
        <w:gridCol w:w="10596"/>
      </w:tblGrid>
      <w:tr>
        <w:trPr>
          <w:cantSplit/>
        </w:trPr>
        <w:tc>
          <w:tcPr>
            <w:tcW w:type="dxa" w:w="10596"/>
            <w:shd w:fill="F8FAFB"/>
            <w:tcBorders>
              <w:top w:val="single" w:sz="8" w:color="AFC3D1"/>
              <w:left w:val="single" w:sz="8" w:color="AFC3D1"/>
              <w:bottom w:val="single" w:sz="8" w:color="AFC3D1"/>
              <w:right w:val="single" w:sz="8" w:color="AFC3D1"/>
            </w:tcBorders>
            <w:tcMar>
              <w:top w:w="75" w:type="dxa"/>
              <w:start w:w="120" w:type="dxa"/>
              <w:bottom w:w="75" w:type="dxa"/>
              <w:end w:w="120" w:type="dxa"/>
            </w:tcMar>
          </w:tcPr>
          <w:p>
            <w:pPr>
              <w:spacing w:after="0"/>
            </w:pPr>
            <w:r>
              <w:rPr>
                <w:sz w:val="16"/>
                <w:lang w:val="de-DE"/>
              </w:rPr>
              <w:t>Hiermit erkläre ich als nicht mitreisende sorgeberechtigte Person mein Einverständnis, dass das oben bezeichnete minderjährige Kind im angegebenen Zeitraum gemeinsam mit dem oben bezeichneten mitreisenden Elternteil die genannte Reise unternimmt. Diese Erklärung gilt ausschließlich für die vorstehend beschriebene Reise und den angegebenen Zeitraum.</w:t>
            </w:r>
          </w:p>
        </w:tc>
      </w:tr>
    </w:tbl>
    <w:p>
      <w:pPr>
        <w:spacing w:before="80" w:after="40"/>
      </w:pPr>
      <w:r>
        <w:rPr>
          <w:b/>
          <w:color w:val="18324A"/>
          <w:sz w:val="20"/>
          <w:lang w:val="de-DE"/>
        </w:rPr>
        <w:t>6  UNTERSCHRIFT</w:t>
      </w:r>
    </w:p>
    <w:tbl>
      <w:tblPr>
        <w:tblW w:type="auto" w:w="0"/>
        <w:jc w:val="center"/>
        <w:tblLayout w:type="fixed"/>
        <w:tblLook w:firstColumn="1" w:firstRow="1" w:lastColumn="0" w:lastRow="0" w:noHBand="0" w:noVBand="1" w:val="04A0"/>
      </w:tblPr>
      <w:tblGrid>
        <w:gridCol w:w="5298"/>
        <w:gridCol w:w="5298"/>
      </w:tblGrid>
      <w:tr>
        <w:trPr>
          <w:cantSplit/>
        </w:trPr>
        <w:tc>
          <w:tcPr>
            <w:tcW w:type="dxa" w:w="5298"/>
            <w:shd w:fill="F5F7F9"/>
            <w:tcBorders>
              <w:top w:val="single" w:sz="6" w:color="D7E0E6"/>
              <w:left w:val="single" w:sz="6" w:color="D7E0E6"/>
              <w:bottom w:val="single" w:sz="6" w:color="D7E0E6"/>
              <w:right w:val="single" w:sz="6" w:color="D7E0E6"/>
            </w:tcBorders>
            <w:tcMar>
              <w:top w:w="70" w:type="dxa"/>
              <w:start w:w="100" w:type="dxa"/>
              <w:bottom w:w="70" w:type="dxa"/>
              <w:end w:w="100" w:type="dxa"/>
            </w:tcMar>
          </w:tcPr>
          <w:p>
            <w:pPr>
              <w:pStyle w:val="FieldLabel"/>
            </w:pPr>
            <w:r>
              <w:rPr>
                <w:lang w:val="de-DE"/>
              </w:rPr>
              <w:t>ORT</w:t>
            </w:r>
          </w:p>
          <w:p>
            <w:pPr>
              <w:pStyle w:val="FieldValue"/>
            </w:pPr>
            <w:r>
              <w:rPr>
                <w:color w:val="88949D"/>
                <w:lang w:val="de-DE"/>
              </w:rPr>
              <w:t>Ort</w:t>
            </w:r>
          </w:p>
        </w:tc>
        <w:tc>
          <w:tcPr>
            <w:tcW w:type="dxa" w:w="5298"/>
            <w:shd w:fill="F5F7F9"/>
            <w:tcBorders>
              <w:top w:val="single" w:sz="6" w:color="D7E0E6"/>
              <w:left w:val="single" w:sz="6" w:color="D7E0E6"/>
              <w:bottom w:val="single" w:sz="6" w:color="D7E0E6"/>
              <w:right w:val="single" w:sz="6" w:color="D7E0E6"/>
            </w:tcBorders>
            <w:tcMar>
              <w:top w:w="70" w:type="dxa"/>
              <w:start w:w="100" w:type="dxa"/>
              <w:bottom w:w="70" w:type="dxa"/>
              <w:end w:w="100" w:type="dxa"/>
            </w:tcMar>
          </w:tcPr>
          <w:p>
            <w:pPr>
              <w:pStyle w:val="FieldLabel"/>
            </w:pPr>
            <w:r>
              <w:rPr>
                <w:lang w:val="de-DE"/>
              </w:rPr>
              <w:t>DATUM</w:t>
            </w:r>
          </w:p>
          <w:p>
            <w:pPr>
              <w:pStyle w:val="FieldValue"/>
            </w:pPr>
            <w:r>
              <w:rPr>
                <w:color w:val="88949D"/>
                <w:lang w:val="de-DE"/>
              </w:rPr>
              <w:t>TT.MM.JJJJ</w:t>
            </w:r>
          </w:p>
        </w:tc>
      </w:tr>
      <w:tr>
        <w:trPr>
          <w:cantSplit/>
        </w:trPr>
        <w:tc>
          <w:tcPr>
            <w:tcW w:type="dxa" w:w="5298"/>
            <w:tcBorders>
              <w:top w:val="single" w:sz="7" w:color="9FB3C0"/>
            </w:tcBorders>
            <w:tcMar>
              <w:top w:w="105" w:type="dxa"/>
              <w:start w:w="90" w:type="dxa"/>
              <w:bottom w:w="25" w:type="dxa"/>
              <w:end w:w="90" w:type="dxa"/>
            </w:tcMar>
          </w:tcPr>
          <w:p>
            <w:pPr>
              <w:jc w:val="center"/>
            </w:pPr>
            <w:r>
              <w:rPr>
                <w:color w:val="63717B"/>
                <w:sz w:val="15"/>
                <w:lang w:val="de-DE"/>
              </w:rPr>
              <w:t>Unterschrift der nicht mitreisenden sorgeberechtigten Person</w:t>
            </w:r>
          </w:p>
        </w:tc>
        <w:tc>
          <w:tcPr>
            <w:tcW w:type="dxa" w:w="5298"/>
            <w:tcBorders>
              <w:top w:val="single" w:sz="7" w:color="9FB3C0"/>
            </w:tcBorders>
            <w:tcMar>
              <w:top w:w="105" w:type="dxa"/>
              <w:start w:w="90" w:type="dxa"/>
              <w:bottom w:w="25" w:type="dxa"/>
              <w:end w:w="90" w:type="dxa"/>
            </w:tcMar>
          </w:tcPr>
          <w:p>
            <w:pPr>
              <w:jc w:val="center"/>
            </w:pPr>
            <w:r>
              <w:rPr>
                <w:color w:val="63717B"/>
                <w:sz w:val="15"/>
                <w:lang w:val="de-DE"/>
              </w:rPr>
              <w:t>Name in Druckschrift</w:t>
            </w:r>
          </w:p>
        </w:tc>
      </w:tr>
    </w:tbl>
    <w:p>
      <w:pPr>
        <w:pageBreakBefore/>
        <w:spacing w:after="40"/>
      </w:pPr>
      <w:r>
        <w:rPr>
          <w:b/>
          <w:color w:val="2D6F9F"/>
          <w:sz w:val="16"/>
          <w:lang w:val="de-DE"/>
        </w:rPr>
        <w:t>CHECKLISTE &amp; HINWEISE</w:t>
      </w:r>
    </w:p>
    <w:p>
      <w:pPr>
        <w:pStyle w:val="Title"/>
      </w:pPr>
      <w:r>
        <w:rPr>
          <w:lang w:val="de-DE"/>
        </w:rPr>
        <w:t>Vor der Reise prüfen</w:t>
      </w:r>
    </w:p>
    <w:p>
      <w:pPr>
        <w:spacing w:after="80"/>
      </w:pPr>
      <w:r>
        <w:rPr>
          <w:b/>
          <w:color w:val="2D6F9F"/>
          <w:sz w:val="19"/>
          <w:lang w:val="de-DE"/>
        </w:rPr>
        <w:t>Praktische Ergänzungen zur Reisevollmacht</w:t>
      </w:r>
    </w:p>
    <w:tbl>
      <w:tblPr>
        <w:tblW w:type="auto" w:w="0"/>
        <w:jc w:val="center"/>
        <w:tblLayout w:type="fixed"/>
        <w:tblLook w:firstColumn="1" w:firstRow="1" w:lastColumn="0" w:lastRow="0" w:noHBand="0" w:noVBand="1" w:val="04A0"/>
      </w:tblPr>
      <w:tblGrid>
        <w:gridCol w:w="10148"/>
      </w:tblGrid>
      <w:tr>
        <w:trPr>
          <w:cantSplit/>
        </w:trPr>
        <w:tc>
          <w:tcPr>
            <w:tcW w:type="dxa" w:w="10596"/>
            <w:shd w:fill="FFF6E5"/>
            <w:tcBorders>
              <w:top w:val="single" w:sz="8" w:color="E8C27A"/>
              <w:left w:val="single" w:sz="8" w:color="E8C27A"/>
              <w:bottom w:val="single" w:sz="8" w:color="E8C27A"/>
              <w:right w:val="single" w:sz="8" w:color="E8C27A"/>
            </w:tcBorders>
            <w:tcMar>
              <w:top w:w="70" w:type="dxa"/>
              <w:start w:w="120" w:type="dxa"/>
              <w:bottom w:w="70" w:type="dxa"/>
              <w:end w:w="120" w:type="dxa"/>
            </w:tcMar>
          </w:tcPr>
          <w:p>
            <w:pPr>
              <w:spacing w:after="40"/>
            </w:pPr>
            <w:r>
              <w:rPr>
                <w:b/>
                <w:color w:val="18324A"/>
                <w:sz w:val="17"/>
                <w:lang w:val="de-DE"/>
              </w:rPr>
              <w:t>Kurz erklärt</w:t>
            </w:r>
          </w:p>
          <w:p>
            <w:pPr>
              <w:spacing w:after="0"/>
            </w:pPr>
            <w:r>
              <w:rPr>
                <w:color w:val="27343D"/>
                <w:sz w:val="15"/>
                <w:lang w:val="de-DE"/>
              </w:rPr>
              <w:t>Je nach Zielland, Transitland, Staatsangehörigkeit und Beförderungsunternehmen können zusätzliche Vorgaben gelten. Prüfen Sie die Anforderungen für die konkrete Reise rechtzeitig. Diese Vorlage ist kein amtliches Dokument und ersetzt keine individuelle rechtliche Auskunft.</w:t>
            </w:r>
          </w:p>
        </w:tc>
      </w:tr>
    </w:tbl>
    <w:p>
      <w:pPr>
        <w:spacing w:before="50" w:after="30"/>
      </w:pPr>
      <w:r>
        <w:rPr>
          <w:b/>
          <w:color w:val="2D6F9F"/>
          <w:sz w:val="19"/>
          <w:lang w:val="de-DE"/>
        </w:rPr>
        <w:t xml:space="preserve">A  </w:t>
      </w:r>
      <w:r>
        <w:rPr>
          <w:b/>
          <w:color w:val="18324A"/>
          <w:sz w:val="20"/>
          <w:lang w:val="de-DE"/>
        </w:rPr>
        <w:t>Unterlagen zum Mitführen</w:t>
      </w:r>
    </w:p>
    <w:p>
      <w:pPr>
        <w:spacing w:after="24"/>
        <w:ind w:left="57" w:hanging="57"/>
      </w:pPr>
      <w:r>
        <w:rPr>
          <w:sz w:val="20"/>
          <w:lang w:val="de-DE"/>
        </w:rPr>
        <w:t>☐</w:t>
      </w:r>
      <w:r>
        <w:rPr>
          <w:color w:val="27343D"/>
          <w:sz w:val="15"/>
          <w:lang w:val="de-DE"/>
        </w:rPr>
        <w:t xml:space="preserve">  Ausgefüllte und unterschriebene Reisevollmacht im Original</w:t>
      </w:r>
    </w:p>
    <w:p>
      <w:pPr>
        <w:spacing w:after="24"/>
        <w:ind w:left="57" w:hanging="57"/>
      </w:pPr>
      <w:r>
        <w:rPr>
          <w:sz w:val="20"/>
          <w:lang w:val="de-DE"/>
        </w:rPr>
        <w:t>☐</w:t>
      </w:r>
      <w:r>
        <w:rPr>
          <w:color w:val="27343D"/>
          <w:sz w:val="15"/>
          <w:lang w:val="de-DE"/>
        </w:rPr>
        <w:t xml:space="preserve">  Gültiges Reisedokument des Kindes</w:t>
      </w:r>
    </w:p>
    <w:p>
      <w:pPr>
        <w:spacing w:after="24"/>
        <w:ind w:left="57" w:hanging="57"/>
      </w:pPr>
      <w:r>
        <w:rPr>
          <w:sz w:val="20"/>
          <w:lang w:val="de-DE"/>
        </w:rPr>
        <w:t>☐</w:t>
      </w:r>
      <w:r>
        <w:rPr>
          <w:color w:val="27343D"/>
          <w:sz w:val="15"/>
          <w:lang w:val="de-DE"/>
        </w:rPr>
        <w:t xml:space="preserve">  Kopie der Ausweisdatenseite der nicht mitreisenden sorgeberechtigten Person</w:t>
      </w:r>
    </w:p>
    <w:p>
      <w:pPr>
        <w:spacing w:after="24"/>
        <w:ind w:left="57" w:hanging="57"/>
      </w:pPr>
      <w:r>
        <w:rPr>
          <w:sz w:val="20"/>
          <w:lang w:val="de-DE"/>
        </w:rPr>
        <w:t>☐</w:t>
      </w:r>
      <w:r>
        <w:rPr>
          <w:color w:val="27343D"/>
          <w:sz w:val="15"/>
          <w:lang w:val="de-DE"/>
        </w:rPr>
        <w:t xml:space="preserve">  Bei abweichenden Familiennamen: Kopie der Geburtsurkunde des Kindes</w:t>
      </w:r>
    </w:p>
    <w:p>
      <w:pPr>
        <w:spacing w:after="24"/>
        <w:ind w:left="57" w:hanging="57"/>
      </w:pPr>
      <w:r>
        <w:rPr>
          <w:sz w:val="20"/>
          <w:lang w:val="de-DE"/>
        </w:rPr>
        <w:t>☐</w:t>
      </w:r>
      <w:r>
        <w:rPr>
          <w:color w:val="27343D"/>
          <w:sz w:val="15"/>
          <w:lang w:val="de-DE"/>
        </w:rPr>
        <w:t xml:space="preserve">  Falls relevant: Nachweis über das alleinige Sorgerecht oder eine gerichtliche Entscheidung</w:t>
      </w:r>
    </w:p>
    <w:p>
      <w:pPr>
        <w:spacing w:after="24"/>
        <w:ind w:left="57" w:hanging="57"/>
      </w:pPr>
      <w:r>
        <w:rPr>
          <w:sz w:val="20"/>
          <w:lang w:val="de-DE"/>
        </w:rPr>
        <w:t>☐</w:t>
      </w:r>
      <w:r>
        <w:rPr>
          <w:color w:val="27343D"/>
          <w:sz w:val="15"/>
          <w:lang w:val="de-DE"/>
        </w:rPr>
        <w:t xml:space="preserve">  Falls für das Reiseland sinnvoll/erforderlich: fremdsprachige Fassung oder Übersetzung</w:t>
      </w:r>
    </w:p>
    <w:p>
      <w:pPr>
        <w:spacing w:after="24"/>
        <w:ind w:left="57" w:hanging="57"/>
      </w:pPr>
      <w:r>
        <w:rPr>
          <w:sz w:val="20"/>
          <w:lang w:val="de-DE"/>
        </w:rPr>
        <w:t>☐</w:t>
      </w:r>
      <w:r>
        <w:rPr>
          <w:color w:val="27343D"/>
          <w:sz w:val="15"/>
          <w:lang w:val="de-DE"/>
        </w:rPr>
        <w:t xml:space="preserve">  Falls verlangt: amtlich/notariell beglaubigte Unterschrift bzw. weitere landesspezifische Nachweise</w:t>
      </w:r>
    </w:p>
    <w:p>
      <w:pPr>
        <w:spacing w:before="50" w:after="30"/>
      </w:pPr>
      <w:r>
        <w:rPr>
          <w:b/>
          <w:color w:val="2D6F9F"/>
          <w:sz w:val="19"/>
          <w:lang w:val="de-DE"/>
        </w:rPr>
        <w:t xml:space="preserve">B  </w:t>
      </w:r>
      <w:r>
        <w:rPr>
          <w:b/>
          <w:color w:val="18324A"/>
          <w:sz w:val="20"/>
          <w:lang w:val="de-DE"/>
        </w:rPr>
        <w:t>Kontaktdaten für Rückfragen</w:t>
      </w:r>
    </w:p>
    <w:tbl>
      <w:tblPr>
        <w:tblW w:type="auto" w:w="0"/>
        <w:jc w:val="center"/>
        <w:tblLayout w:type="fixed"/>
        <w:tblLook w:firstColumn="1" w:firstRow="1" w:lastColumn="0" w:lastRow="0" w:noHBand="0" w:noVBand="1" w:val="04A0"/>
      </w:tblPr>
      <w:tblGrid>
        <w:gridCol w:w="5298"/>
        <w:gridCol w:w="5298"/>
      </w:tblGrid>
      <w:tr>
        <w:trPr>
          <w:trHeight w:hRule="atLeast" w:val="408"/>
          <w:cantSplit/>
        </w:trPr>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ALTERNATIVE TELEFONNUMMER DER NICHT MITREISENDEN PERSON (OPTIONAL)</w:t>
            </w:r>
          </w:p>
          <w:p>
            <w:pPr>
              <w:pStyle w:val="FieldValue"/>
            </w:pPr>
            <w:r>
              <w:rPr>
                <w:color w:val="88949D"/>
                <w:lang w:val="de-DE"/>
              </w:rPr>
              <w:t>+49 …</w:t>
            </w:r>
          </w:p>
        </w:tc>
        <w:tc>
          <w:tcPr>
            <w:tcW w:type="dxa" w:w="5074"/>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ERREICHBARKEIT / ZEITZONE (OPTIONAL)</w:t>
            </w:r>
          </w:p>
          <w:p>
            <w:pPr>
              <w:pStyle w:val="FieldValue"/>
            </w:pPr>
            <w:r>
              <w:rPr>
                <w:color w:val="88949D"/>
                <w:lang w:val="de-DE"/>
              </w:rPr>
              <w:t>z. B. täglich 08:00–22:00</w:t>
            </w:r>
          </w:p>
        </w:tc>
      </w:tr>
      <w:tr>
        <w:trPr>
          <w:trHeight w:hRule="atLeast" w:val="408"/>
          <w:cantSplit/>
        </w:trPr>
        <w:tc>
          <w:tcPr>
            <w:tcW w:type="dxa" w:w="5074"/>
            <w:gridSpan w:val="2"/>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lang w:val="de-DE"/>
              </w:rPr>
              <w:t>WEITERE KONTAKTPERSON IM NOTFALL (OPTIONAL)</w:t>
            </w:r>
          </w:p>
          <w:p>
            <w:pPr>
              <w:pStyle w:val="FieldValue"/>
            </w:pPr>
            <w:r>
              <w:rPr>
                <w:color w:val="88949D"/>
                <w:lang w:val="de-DE"/>
                <w:lang w:val="de-DE"/>
              </w:rPr>
              <w:t>Name und Telefonnummer</w:t>
            </w:r>
          </w:p>
        </w:tc>
      </w:tr>
    </w:tbl>
    <w:p>
      <w:pPr>
        <w:spacing w:before="50" w:after="30"/>
      </w:pPr>
      <w:r>
        <w:rPr>
          <w:b/>
          <w:color w:val="2D6F9F"/>
          <w:sz w:val="19"/>
          <w:lang w:val="de-DE"/>
        </w:rPr>
        <w:t xml:space="preserve">C  </w:t>
      </w:r>
      <w:r>
        <w:rPr>
          <w:b/>
          <w:color w:val="18324A"/>
          <w:sz w:val="20"/>
          <w:lang w:val="de-DE"/>
        </w:rPr>
        <w:t>Optionale Reisedetails</w:t>
      </w:r>
    </w:p>
    <w:tbl>
      <w:tblPr>
        <w:tblW w:type="auto" w:w="0"/>
        <w:jc w:val="center"/>
        <w:tblLayout w:type="fixed"/>
        <w:tblLook w:firstColumn="1" w:firstRow="1" w:lastColumn="0" w:lastRow="0" w:noHBand="0" w:noVBand="1" w:val="04A0"/>
      </w:tblPr>
      <w:tblGrid>
        <w:gridCol w:w="10596"/>
      </w:tblGrid>
      <w:tr>
        <w:trPr>
          <w:trHeight w:hRule="atLeast" w:val="408"/>
          <w:cantSplit/>
        </w:trPr>
        <w:tc>
          <w:tcPr>
            <w:tcW w:type="dxa" w:w="10148"/>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UNTERKUNFT / AUFENTHALTSADRESSE</w:t>
            </w:r>
          </w:p>
          <w:p>
            <w:pPr>
              <w:pStyle w:val="FieldValue"/>
            </w:pPr>
            <w:r>
              <w:rPr>
                <w:color w:val="88949D"/>
                <w:lang w:val="de-DE"/>
              </w:rPr>
              <w:t>Hotel, Ferienwohnung oder private Anschrift</w:t>
            </w:r>
          </w:p>
        </w:tc>
      </w:tr>
      <w:tr>
        <w:trPr>
          <w:trHeight w:hRule="atLeast" w:val="408"/>
          <w:cantSplit/>
        </w:trPr>
        <w:tc>
          <w:tcPr>
            <w:tcW w:type="dxa" w:w="10148"/>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BUCHUNGS-/RESERVIERUNGSNUMMER (OPTIONAL)</w:t>
            </w:r>
          </w:p>
          <w:p>
            <w:pPr>
              <w:pStyle w:val="FieldValue"/>
            </w:pPr>
            <w:r>
              <w:rPr>
                <w:color w:val="88949D"/>
                <w:lang w:val="de-DE"/>
              </w:rPr>
              <w:t>Hier eintragen</w:t>
            </w:r>
          </w:p>
        </w:tc>
      </w:tr>
      <w:tr>
        <w:trPr>
          <w:trHeight w:hRule="atLeast" w:val="408"/>
          <w:cantSplit/>
        </w:trPr>
        <w:tc>
          <w:tcPr>
            <w:tcW w:type="dxa" w:w="10148"/>
            <w:shd w:fill="F5F7F9"/>
            <w:tcBorders>
              <w:top w:val="single" w:sz="6" w:color="D7E0E6"/>
              <w:left w:val="single" w:sz="6" w:color="D7E0E6"/>
              <w:bottom w:val="single" w:sz="6" w:color="D7E0E6"/>
              <w:right w:val="single" w:sz="6" w:color="D7E0E6"/>
            </w:tcBorders>
            <w:tcMar>
              <w:top w:w="22" w:type="dxa"/>
              <w:start w:w="90" w:type="dxa"/>
              <w:bottom w:w="22" w:type="dxa"/>
              <w:end w:w="90" w:type="dxa"/>
            </w:tcMar>
            <w:vAlign w:val="center"/>
          </w:tcPr>
          <w:p>
            <w:pPr>
              <w:pStyle w:val="FieldLabel"/>
            </w:pPr>
            <w:r>
              <w:rPr>
                <w:lang w:val="de-DE"/>
              </w:rPr>
              <w:t>BESONDERE HINWEISE ZUR ROUTE (OPTIONAL)</w:t>
            </w:r>
          </w:p>
          <w:p>
            <w:pPr>
              <w:pStyle w:val="FieldValue"/>
            </w:pPr>
            <w:r>
              <w:rPr>
                <w:color w:val="88949D"/>
                <w:lang w:val="de-DE"/>
              </w:rPr>
              <w:t>z. B. Zwischenübernachtung oder Grenzübertritt</w:t>
            </w:r>
          </w:p>
        </w:tc>
      </w:tr>
    </w:tbl>
    <w:p>
      <w:pPr>
        <w:spacing w:before="50" w:after="30"/>
      </w:pPr>
      <w:r>
        <w:rPr>
          <w:b/>
          <w:color w:val="2D6F9F"/>
          <w:sz w:val="19"/>
          <w:lang w:val="de-DE"/>
        </w:rPr>
        <w:t xml:space="preserve">D  </w:t>
      </w:r>
      <w:r>
        <w:rPr>
          <w:b/>
          <w:color w:val="18324A"/>
          <w:sz w:val="20"/>
          <w:lang w:val="de-DE"/>
        </w:rPr>
        <w:t>Bestätigung / Beglaubigung – nur wenn benötigt</w:t>
      </w:r>
    </w:p>
    <w:tbl>
      <w:tblPr>
        <w:tblW w:type="auto" w:w="0"/>
        <w:jc w:val="center"/>
        <w:tblLayout w:type="fixed"/>
        <w:tblLook w:firstColumn="1" w:firstRow="1" w:lastColumn="0" w:lastRow="0" w:noHBand="0" w:noVBand="1" w:val="04A0"/>
      </w:tblPr>
      <w:tblGrid>
        <w:gridCol w:w="5298"/>
        <w:gridCol w:w="5298"/>
      </w:tblGrid>
      <w:tr>
        <w:trPr>
          <w:cantSplit/>
        </w:trPr>
        <w:tc>
          <w:tcPr>
            <w:tcW w:type="dxa" w:w="5298"/>
            <w:shd w:fill="EAF2F7"/>
            <w:tcBorders>
              <w:top w:val="single" w:sz="6" w:color="C5D5DF"/>
              <w:left w:val="single" w:sz="6" w:color="C5D5DF"/>
              <w:bottom w:val="single" w:sz="6" w:color="C5D5DF"/>
              <w:right w:val="single" w:sz="6" w:color="C5D5DF"/>
            </w:tcBorders>
            <w:tcMar>
              <w:top w:w="55" w:type="dxa"/>
              <w:start w:w="95" w:type="dxa"/>
              <w:bottom w:w="55" w:type="dxa"/>
              <w:end w:w="95" w:type="dxa"/>
            </w:tcMar>
          </w:tcPr>
          <w:p>
            <w:r>
              <w:rPr>
                <w:b/>
                <w:color w:val="18324A"/>
                <w:sz w:val="15"/>
                <w:lang w:val="de-DE"/>
              </w:rPr>
              <w:t>Stelle / Behörde / Notariat</w:t>
            </w:r>
          </w:p>
        </w:tc>
        <w:tc>
          <w:tcPr>
            <w:tcW w:type="dxa" w:w="5298"/>
            <w:shd w:fill="FFFFFF"/>
            <w:tcBorders>
              <w:top w:val="single" w:sz="6" w:color="C5D5DF"/>
              <w:left w:val="single" w:sz="6" w:color="C5D5DF"/>
              <w:bottom w:val="single" w:sz="6" w:color="C5D5DF"/>
              <w:right w:val="single" w:sz="6" w:color="C5D5DF"/>
            </w:tcBorders>
            <w:tcMar>
              <w:top w:w="55" w:type="dxa"/>
              <w:start w:w="95" w:type="dxa"/>
              <w:bottom w:w="55" w:type="dxa"/>
              <w:end w:w="95" w:type="dxa"/>
            </w:tcMar>
          </w:tcPr>
          <w:p>
            <w:r>
              <w:rPr>
                <w:sz w:val="18"/>
                <w:lang w:val="de-DE"/>
              </w:rPr>
              <w:t xml:space="preserve"> </w:t>
            </w:r>
          </w:p>
        </w:tc>
      </w:tr>
      <w:tr>
        <w:trPr>
          <w:cantSplit/>
        </w:trPr>
        <w:tc>
          <w:tcPr>
            <w:tcW w:type="dxa" w:w="5298"/>
            <w:shd w:fill="EAF2F7"/>
            <w:tcBorders>
              <w:top w:val="single" w:sz="6" w:color="C5D5DF"/>
              <w:left w:val="single" w:sz="6" w:color="C5D5DF"/>
              <w:bottom w:val="single" w:sz="6" w:color="C5D5DF"/>
              <w:right w:val="single" w:sz="6" w:color="C5D5DF"/>
            </w:tcBorders>
            <w:tcMar>
              <w:top w:w="55" w:type="dxa"/>
              <w:start w:w="95" w:type="dxa"/>
              <w:bottom w:w="55" w:type="dxa"/>
              <w:end w:w="95" w:type="dxa"/>
            </w:tcMar>
          </w:tcPr>
          <w:p>
            <w:r>
              <w:rPr>
                <w:b/>
                <w:color w:val="18324A"/>
                <w:sz w:val="15"/>
                <w:lang w:val="de-DE"/>
              </w:rPr>
              <w:t>Ort</w:t>
            </w:r>
          </w:p>
        </w:tc>
        <w:tc>
          <w:tcPr>
            <w:tcW w:type="dxa" w:w="5298"/>
            <w:shd w:fill="FFFFFF"/>
            <w:tcBorders>
              <w:top w:val="single" w:sz="6" w:color="C5D5DF"/>
              <w:left w:val="single" w:sz="6" w:color="C5D5DF"/>
              <w:bottom w:val="single" w:sz="6" w:color="C5D5DF"/>
              <w:right w:val="single" w:sz="6" w:color="C5D5DF"/>
            </w:tcBorders>
            <w:tcMar>
              <w:top w:w="55" w:type="dxa"/>
              <w:start w:w="95" w:type="dxa"/>
              <w:bottom w:w="55" w:type="dxa"/>
              <w:end w:w="95" w:type="dxa"/>
            </w:tcMar>
          </w:tcPr>
          <w:p>
            <w:r>
              <w:rPr>
                <w:sz w:val="18"/>
                <w:lang w:val="de-DE"/>
              </w:rPr>
              <w:t xml:space="preserve"> </w:t>
            </w:r>
          </w:p>
        </w:tc>
      </w:tr>
      <w:tr>
        <w:trPr>
          <w:cantSplit/>
        </w:trPr>
        <w:tc>
          <w:tcPr>
            <w:tcW w:type="dxa" w:w="5298"/>
            <w:shd w:fill="EAF2F7"/>
            <w:tcBorders>
              <w:top w:val="single" w:sz="6" w:color="C5D5DF"/>
              <w:left w:val="single" w:sz="6" w:color="C5D5DF"/>
              <w:bottom w:val="single" w:sz="6" w:color="C5D5DF"/>
              <w:right w:val="single" w:sz="6" w:color="C5D5DF"/>
            </w:tcBorders>
            <w:tcMar>
              <w:top w:w="55" w:type="dxa"/>
              <w:start w:w="95" w:type="dxa"/>
              <w:bottom w:w="55" w:type="dxa"/>
              <w:end w:w="95" w:type="dxa"/>
            </w:tcMar>
          </w:tcPr>
          <w:p>
            <w:r>
              <w:rPr>
                <w:b/>
                <w:color w:val="18324A"/>
                <w:sz w:val="15"/>
                <w:lang w:val="de-DE"/>
              </w:rPr>
              <w:t>Datum</w:t>
            </w:r>
          </w:p>
        </w:tc>
        <w:tc>
          <w:tcPr>
            <w:tcW w:type="dxa" w:w="5298"/>
            <w:shd w:fill="FFFFFF"/>
            <w:tcBorders>
              <w:top w:val="single" w:sz="6" w:color="C5D5DF"/>
              <w:left w:val="single" w:sz="6" w:color="C5D5DF"/>
              <w:bottom w:val="single" w:sz="6" w:color="C5D5DF"/>
              <w:right w:val="single" w:sz="6" w:color="C5D5DF"/>
            </w:tcBorders>
            <w:tcMar>
              <w:top w:w="55" w:type="dxa"/>
              <w:start w:w="95" w:type="dxa"/>
              <w:bottom w:w="55" w:type="dxa"/>
              <w:end w:w="95" w:type="dxa"/>
            </w:tcMar>
          </w:tcPr>
          <w:p>
            <w:r>
              <w:rPr>
                <w:sz w:val="18"/>
                <w:lang w:val="de-DE"/>
              </w:rPr>
              <w:t xml:space="preserve"> </w:t>
            </w:r>
          </w:p>
        </w:tc>
      </w:tr>
      <w:tr>
        <w:trPr>
          <w:cantSplit/>
        </w:trPr>
        <w:tc>
          <w:tcPr>
            <w:tcW w:type="dxa" w:w="5298"/>
            <w:shd w:fill="EAF2F7"/>
            <w:tcBorders>
              <w:top w:val="single" w:sz="6" w:color="C5D5DF"/>
              <w:left w:val="single" w:sz="6" w:color="C5D5DF"/>
              <w:bottom w:val="single" w:sz="6" w:color="C5D5DF"/>
              <w:right w:val="single" w:sz="6" w:color="C5D5DF"/>
            </w:tcBorders>
            <w:tcMar>
              <w:top w:w="55" w:type="dxa"/>
              <w:start w:w="95" w:type="dxa"/>
              <w:bottom w:w="55" w:type="dxa"/>
              <w:end w:w="95" w:type="dxa"/>
            </w:tcMar>
          </w:tcPr>
          <w:p>
            <w:r>
              <w:rPr>
                <w:b/>
                <w:color w:val="18324A"/>
                <w:sz w:val="15"/>
                <w:lang w:val="de-DE"/>
              </w:rPr>
              <w:t>Stempel / Vermerk / Unterschrift</w:t>
            </w:r>
          </w:p>
        </w:tc>
        <w:tc>
          <w:tcPr>
            <w:tcW w:type="dxa" w:w="5298"/>
            <w:shd w:fill="FFFFFF"/>
            <w:tcBorders>
              <w:top w:val="single" w:sz="6" w:color="C5D5DF"/>
              <w:left w:val="single" w:sz="6" w:color="C5D5DF"/>
              <w:bottom w:val="single" w:sz="6" w:color="C5D5DF"/>
              <w:right w:val="single" w:sz="6" w:color="C5D5DF"/>
            </w:tcBorders>
            <w:tcMar>
              <w:top w:w="55" w:type="dxa"/>
              <w:start w:w="95" w:type="dxa"/>
              <w:bottom w:w="55" w:type="dxa"/>
              <w:end w:w="95" w:type="dxa"/>
            </w:tcMar>
          </w:tcPr>
          <w:p>
            <w:r>
              <w:rPr>
                <w:sz w:val="18"/>
                <w:lang w:val="de-DE"/>
              </w:rPr>
              <w:t xml:space="preserve"> </w:t>
            </w:r>
          </w:p>
        </w:tc>
      </w:tr>
    </w:tbl>
    <w:p>
      <w:pPr>
        <w:spacing w:before="50" w:after="30"/>
      </w:pPr>
      <w:r>
        <w:rPr>
          <w:b/>
          <w:color w:val="2D6F9F"/>
          <w:sz w:val="19"/>
          <w:lang w:val="de-DE"/>
        </w:rPr>
        <w:t xml:space="preserve">E  </w:t>
      </w:r>
      <w:r>
        <w:rPr>
          <w:b/>
          <w:color w:val="18324A"/>
          <w:sz w:val="20"/>
          <w:lang w:val="de-DE"/>
        </w:rPr>
        <w:t>Eigene Abschlusskontrolle</w:t>
      </w:r>
    </w:p>
    <w:tbl>
      <w:tblPr>
        <w:tblW w:type="auto" w:w="0"/>
        <w:jc w:val="center"/>
        <w:tblLayout w:type="fixed"/>
        <w:tblLook w:firstColumn="1" w:firstRow="1" w:lastColumn="0" w:lastRow="0" w:noHBand="0" w:noVBand="1" w:val="04A0"/>
      </w:tblPr>
      <w:tblGrid>
        <w:gridCol w:w="3532"/>
        <w:gridCol w:w="3532"/>
        <w:gridCol w:w="3532"/>
      </w:tblGrid>
      <w:tr>
        <w:trPr>
          <w:cantSplit/>
        </w:trPr>
        <w:tc>
          <w:tcPr>
            <w:tcW w:type="dxa" w:w="3532"/>
            <w:shd w:fill="EDF6F0"/>
            <w:tcBorders>
              <w:top w:val="single" w:sz="6" w:color="B8D8C2"/>
              <w:left w:val="single" w:sz="6" w:color="B8D8C2"/>
              <w:bottom w:val="single" w:sz="6" w:color="B8D8C2"/>
              <w:right w:val="single" w:sz="6" w:color="B8D8C2"/>
            </w:tcBorders>
            <w:tcMar>
              <w:top w:w="55" w:type="dxa"/>
              <w:start w:w="80" w:type="dxa"/>
              <w:bottom w:w="55" w:type="dxa"/>
              <w:end w:w="80" w:type="dxa"/>
            </w:tcMar>
          </w:tcPr>
          <w:p>
            <w:pPr>
              <w:jc w:val="left"/>
            </w:pPr>
            <w:r>
              <w:rPr>
                <w:sz w:val="19"/>
                <w:lang w:val="de-DE"/>
              </w:rPr>
              <w:t xml:space="preserve">☐  </w:t>
            </w:r>
            <w:r>
              <w:rPr>
                <w:b/>
                <w:color w:val="27343D"/>
                <w:sz w:val="14"/>
                <w:lang w:val="de-DE"/>
              </w:rPr>
              <w:t>Angaben vollständig</w:t>
            </w:r>
          </w:p>
        </w:tc>
        <w:tc>
          <w:tcPr>
            <w:tcW w:type="dxa" w:w="3532"/>
            <w:shd w:fill="EDF6F0"/>
            <w:tcBorders>
              <w:top w:val="single" w:sz="6" w:color="B8D8C2"/>
              <w:left w:val="single" w:sz="6" w:color="B8D8C2"/>
              <w:bottom w:val="single" w:sz="6" w:color="B8D8C2"/>
              <w:right w:val="single" w:sz="6" w:color="B8D8C2"/>
            </w:tcBorders>
            <w:tcMar>
              <w:top w:w="55" w:type="dxa"/>
              <w:start w:w="80" w:type="dxa"/>
              <w:bottom w:w="55" w:type="dxa"/>
              <w:end w:w="80" w:type="dxa"/>
            </w:tcMar>
          </w:tcPr>
          <w:p>
            <w:pPr>
              <w:jc w:val="left"/>
            </w:pPr>
            <w:r>
              <w:rPr>
                <w:sz w:val="19"/>
                <w:lang w:val="de-DE"/>
              </w:rPr>
              <w:t xml:space="preserve">☐  </w:t>
            </w:r>
            <w:r>
              <w:rPr>
                <w:b/>
                <w:color w:val="27343D"/>
                <w:sz w:val="14"/>
                <w:lang w:val="de-DE"/>
              </w:rPr>
              <w:t>Dokumentnummern geprüft</w:t>
            </w:r>
          </w:p>
        </w:tc>
        <w:tc>
          <w:tcPr>
            <w:tcW w:type="dxa" w:w="3532"/>
            <w:shd w:fill="EDF6F0"/>
            <w:tcBorders>
              <w:top w:val="single" w:sz="6" w:color="B8D8C2"/>
              <w:left w:val="single" w:sz="6" w:color="B8D8C2"/>
              <w:bottom w:val="single" w:sz="6" w:color="B8D8C2"/>
              <w:right w:val="single" w:sz="6" w:color="B8D8C2"/>
            </w:tcBorders>
            <w:tcMar>
              <w:top w:w="55" w:type="dxa"/>
              <w:start w:w="80" w:type="dxa"/>
              <w:bottom w:w="55" w:type="dxa"/>
              <w:end w:w="80" w:type="dxa"/>
            </w:tcMar>
          </w:tcPr>
          <w:p>
            <w:pPr>
              <w:jc w:val="left"/>
            </w:pPr>
            <w:r>
              <w:rPr>
                <w:sz w:val="19"/>
                <w:lang w:val="de-DE"/>
              </w:rPr>
              <w:t xml:space="preserve">☐  </w:t>
            </w:r>
            <w:r>
              <w:rPr>
                <w:b/>
                <w:color w:val="27343D"/>
                <w:sz w:val="14"/>
                <w:lang w:val="de-DE"/>
              </w:rPr>
              <w:t>Unterschrift vorhanden</w:t>
            </w:r>
          </w:p>
        </w:tc>
      </w:tr>
      <w:tr>
        <w:trPr>
          <w:cantSplit/>
        </w:trPr>
        <w:tc>
          <w:tcPr>
            <w:tcW w:type="dxa" w:w="3532"/>
            <w:shd w:fill="EDF6F0"/>
            <w:tcBorders>
              <w:top w:val="single" w:sz="6" w:color="B8D8C2"/>
              <w:left w:val="single" w:sz="6" w:color="B8D8C2"/>
              <w:bottom w:val="single" w:sz="6" w:color="B8D8C2"/>
              <w:right w:val="single" w:sz="6" w:color="B8D8C2"/>
            </w:tcBorders>
            <w:tcMar>
              <w:top w:w="55" w:type="dxa"/>
              <w:start w:w="80" w:type="dxa"/>
              <w:bottom w:w="55" w:type="dxa"/>
              <w:end w:w="80" w:type="dxa"/>
            </w:tcMar>
          </w:tcPr>
          <w:p>
            <w:pPr>
              <w:jc w:val="left"/>
            </w:pPr>
            <w:r>
              <w:rPr>
                <w:sz w:val="19"/>
                <w:lang w:val="de-DE"/>
              </w:rPr>
              <w:t xml:space="preserve">☐  </w:t>
            </w:r>
            <w:r>
              <w:rPr>
                <w:b/>
                <w:color w:val="27343D"/>
                <w:sz w:val="14"/>
                <w:lang w:val="de-DE"/>
              </w:rPr>
              <w:t>Reisezeitraum korrekt</w:t>
            </w:r>
          </w:p>
        </w:tc>
        <w:tc>
          <w:tcPr>
            <w:tcW w:type="dxa" w:w="3532"/>
            <w:shd w:fill="EDF6F0"/>
            <w:tcBorders>
              <w:top w:val="single" w:sz="6" w:color="B8D8C2"/>
              <w:left w:val="single" w:sz="6" w:color="B8D8C2"/>
              <w:bottom w:val="single" w:sz="6" w:color="B8D8C2"/>
              <w:right w:val="single" w:sz="6" w:color="B8D8C2"/>
            </w:tcBorders>
            <w:tcMar>
              <w:top w:w="55" w:type="dxa"/>
              <w:start w:w="80" w:type="dxa"/>
              <w:bottom w:w="55" w:type="dxa"/>
              <w:end w:w="80" w:type="dxa"/>
            </w:tcMar>
          </w:tcPr>
          <w:p>
            <w:pPr>
              <w:jc w:val="left"/>
            </w:pPr>
            <w:r>
              <w:rPr>
                <w:sz w:val="19"/>
                <w:lang w:val="de-DE"/>
              </w:rPr>
              <w:t xml:space="preserve">☐  </w:t>
            </w:r>
            <w:r>
              <w:rPr>
                <w:b/>
                <w:color w:val="27343D"/>
                <w:sz w:val="14"/>
                <w:lang w:val="de-DE"/>
              </w:rPr>
              <w:t>Unterlagen beigefügt</w:t>
            </w:r>
          </w:p>
        </w:tc>
        <w:tc>
          <w:tcPr>
            <w:tcW w:type="dxa" w:w="3532"/>
            <w:shd w:fill="EDF6F0"/>
            <w:tcBorders>
              <w:top w:val="single" w:sz="6" w:color="B8D8C2"/>
              <w:left w:val="single" w:sz="6" w:color="B8D8C2"/>
              <w:bottom w:val="single" w:sz="6" w:color="B8D8C2"/>
              <w:right w:val="single" w:sz="6" w:color="B8D8C2"/>
            </w:tcBorders>
            <w:tcMar>
              <w:top w:w="55" w:type="dxa"/>
              <w:start w:w="80" w:type="dxa"/>
              <w:bottom w:w="55" w:type="dxa"/>
              <w:end w:w="80" w:type="dxa"/>
            </w:tcMar>
          </w:tcPr>
          <w:p>
            <w:pPr>
              <w:jc w:val="left"/>
            </w:pPr>
            <w:r>
              <w:rPr>
                <w:sz w:val="19"/>
                <w:lang w:val="de-DE"/>
              </w:rPr>
              <w:t xml:space="preserve">☐  </w:t>
            </w:r>
            <w:r>
              <w:rPr>
                <w:b/>
                <w:color w:val="27343D"/>
                <w:sz w:val="14"/>
                <w:lang w:val="de-DE"/>
              </w:rPr>
              <w:t>Zielland-Regeln geprüft</w:t>
            </w:r>
          </w:p>
        </w:tc>
      </w:tr>
    </w:tbl>
    <w:p>
      <w:pPr>
        <w:spacing w:before="80" w:after="0"/>
        <w:jc w:val="center"/>
      </w:pPr>
      <w:r>
        <w:rPr>
          <w:i/>
          <w:color w:val="63717B"/>
          <w:sz w:val="15"/>
          <w:lang w:val="de-DE"/>
        </w:rPr>
        <w:t>Tipp: Die ausgefüllte Datei vor dem Ausdruck unter einem eindeutigen Namen speichern und die Angaben unmittelbar vor Reisebeginn nochmals prüfen.</w:t>
      </w:r>
    </w:p>
    <w:sectPr w:rsidR="00FC693F" w:rsidRPr="0006063C" w:rsidSect="00034616">
      <w:headerReference w:type="default" r:id="rId9"/>
      <w:footerReference w:type="default" r:id="rId10"/>
      <w:pgSz w:w="12240" w:h="15840"/>
      <w:pgMar w:top="652" w:right="822" w:bottom="595" w:left="822"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5074"/>
      <w:gridCol w:w="5074"/>
    </w:tblGrid>
    <w:tr>
      <w:tc>
        <w:tcPr>
          <w:tcW w:type="dxa" w:w="5074"/>
        </w:tcPr>
        <w:p>
          <w:pPr>
            <w:jc w:val="left"/>
          </w:pPr>
          <w:r>
            <w:rPr>
              <w:color w:val="63717B"/>
              <w:sz w:val="14"/>
            </w:rPr>
            <w:t>Reisevollmacht · Kind mit einem Elternteil</w:t>
          </w:r>
        </w:p>
      </w:tc>
      <w:tc>
        <w:tcPr>
          <w:tcW w:type="dxa" w:w="5074"/>
        </w:tcPr>
        <w:p>
          <w:pPr>
            <w:jc w:val="right"/>
          </w:pPr>
          <w:r>
            <w:rPr>
              <w:color w:val="63717B"/>
              <w:sz w:val="14"/>
            </w:rPr>
            <w:t xml:space="preserve">Seite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74"/>
      <w:gridCol w:w="5074"/>
    </w:tblGrid>
    <w:tr>
      <w:tc>
        <w:tcPr>
          <w:tcW w:type="dxa" w:w="5074"/>
          <w:tcBorders>
            <w:bottom w:val="single" w:sz="6" w:color="C9D7E1"/>
          </w:tcBorders>
        </w:tcPr>
        <w:p>
          <w:pPr>
            <w:jc w:val="left"/>
          </w:pPr>
          <w:r>
            <w:rPr>
              <w:b/>
              <w:color w:val="63717B"/>
              <w:sz w:val="15"/>
            </w:rPr>
            <w:t>REISEUNTERLAGEN · MINDERJÄHRIGE</w:t>
          </w:r>
        </w:p>
      </w:tc>
      <w:tc>
        <w:tcPr>
          <w:tcW w:type="dxa" w:w="5074"/>
          <w:tcBorders>
            <w:bottom w:val="single" w:sz="6" w:color="C9D7E1"/>
          </w:tcBorders>
        </w:tcPr>
        <w:p>
          <w:pPr>
            <w:jc w:val="right"/>
          </w:pPr>
          <w:r>
            <w:rPr>
              <w:b/>
              <w:color w:val="2D6F9F"/>
              <w:sz w:val="15"/>
            </w:rPr>
            <w:t>VORLAGE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color w:val="27343D"/>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Aptos" w:hAnsi="Aptos"/>
      <w:b/>
      <w:bCs/>
      <w:color w:val="18324A"/>
      <w:sz w:val="2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w:hAnsi="Aptos"/>
      <w:b/>
      <w:bCs/>
      <w:color w:val="18324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ptos Display" w:hAnsi="Aptos Display"/>
      <w:b/>
      <w:color w:val="18324A"/>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eldLabel">
    <w:name w:val="FieldLabel"/>
    <w:pPr>
      <w:spacing w:after="20"/>
    </w:pPr>
    <w:rPr>
      <w:rFonts w:ascii="Aptos" w:hAnsi="Aptos"/>
      <w:b/>
      <w:color w:val="63717B"/>
      <w:sz w:val="13"/>
    </w:rPr>
  </w:style>
  <w:style w:type="paragraph" w:customStyle="1" w:styleId="FieldValue">
    <w:name w:val="FieldValue"/>
    <w:pPr>
      <w:spacing w:after="0"/>
    </w:pPr>
    <w:rPr>
      <w:rFonts w:ascii="Aptos" w:hAnsi="Aptos"/>
      <w:color w:val="27343D"/>
      <w:sz w:val="15"/>
    </w:rPr>
  </w:style>
  <w:style w:type="paragraph" w:customStyle="1" w:styleId="Small">
    <w:name w:val="Small"/>
    <w:pPr>
      <w:spacing w:after="40"/>
    </w:pPr>
    <w:rPr>
      <w:rFonts w:ascii="Aptos" w:hAnsi="Aptos"/>
      <w:color w:val="63717B"/>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Reisevollmacht Kind mit einem Elternteil – Vorlage</dc:title>
  <dc:subject>Ausfüllbare Word-Vorlage für eine Einverständniserklärung bei Reisen Minderjähriger mit einem Elternteil</dc:subject>
  <dc:creator/>
  <cp:keywords>Reisevollmacht, Kind, Elternteil, Einverständniserklärung, Vorlage</cp:keywords>
  <dc:description>generated by python-docx</dc:description>
  <cp:lastModifiedBy/>
  <cp:revision>1</cp:revision>
  <dcterms:created xsi:type="dcterms:W3CDTF">2013-12-23T23:15:00Z</dcterms:created>
  <dcterms:modified xsi:type="dcterms:W3CDTF">2013-12-23T23:15:00Z</dcterms:modified>
  <cp:category/>
</cp:coreProperties>
</file>