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widowControl/>
      </w:pPr>
      <w:r>
        <w:rPr>
          <w:rFonts w:ascii="Aptos Display" w:hAnsi="Aptos Display"/>
          <w:b/>
          <w:color w:val="1F3F53"/>
          <w:sz w:val="42"/>
        </w:rPr>
        <w:t>REISEVOLLMACHT</w:t>
      </w:r>
    </w:p>
    <w:p>
      <w:pPr>
        <w:spacing w:after="100"/>
        <w:widowControl/>
      </w:pPr>
      <w:r>
        <w:rPr>
          <w:rFonts w:ascii="Aptos" w:hAnsi="Aptos"/>
          <w:b/>
          <w:color w:val="46525C"/>
          <w:sz w:val="18"/>
        </w:rPr>
        <w:t>Einverständniserklärung für die Reise eines minderjährigen Kindes mit einem Elternteil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10312"/>
            <w:shd w:fill="EEF4F7"/>
            <w:tcBorders>
              <w:left w:val="single" w:sz="18" w:color="2D6F8E"/>
            </w:tcBorders>
            <w:tcMar>
              <w:top w:w="120" w:type="dxa"/>
              <w:start w:w="170" w:type="dxa"/>
              <w:bottom w:w="120" w:type="dxa"/>
              <w:end w:w="16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color w:val="1F3F53"/>
                <w:sz w:val="19"/>
              </w:rPr>
              <w:t>Hinweis zur Verwendung</w:t>
            </w:r>
          </w:p>
          <w:p>
            <w:pPr>
              <w:spacing w:after="0"/>
            </w:pPr>
            <w:r>
              <w:rPr>
                <w:rFonts w:ascii="Aptos" w:hAnsi="Aptos"/>
                <w:color w:val="343F48"/>
                <w:sz w:val="18"/>
              </w:rPr>
              <w:t>Diese Vorlage dokumentiert die Zustimmung des nicht mitreisenden sorgeberechtigten Elternteils. Bitte vollständig ausfüllen, im Original unterschreiben und zusammen mit den passenden Reisedokumenten mitführen. Zusätzliche Anforderungen können je nach Ziel- oder Transitland gelten.</w:t>
            </w:r>
          </w:p>
        </w:tc>
      </w:tr>
    </w:tbl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1  Angaben zum minderjährigen Kind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FAMILIENNAME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VORNAME(N)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GEBURTSDATUM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TT.MM.JJJJ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GEBURTSORT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STAATSANGEHÖRIGKEIT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WOHNANSCHRIFT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Straße, Hausnummer, PLZ, Ort, Land</w:t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REISEDOKUMENT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☐ Reisepass   ☐ Personalausweis   ☐ Sonstiges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DOKUMENTNUMMER / GÜLTIG BIS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Nummer · TT.MM.JJJJ</w:t>
            </w:r>
          </w:p>
        </w:tc>
      </w:tr>
    </w:tbl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2  Mitreisender Elternteil / sorgeberechtigte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FAMILIENNAME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VORNAME(N)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GEBURTSDATUM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TT.MM.JJJJ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GEBURTSORT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WOHNANSCHRIFT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Straße, Hausnummer, PLZ, Ort, Land</w:t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TELEFON WÄHREND DER REISE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+__ __________________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E-MAIL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REISEDOKUMENT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☐ Reisepass   ☐ Personalausweis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DOKUMENTNUMMER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</w:tbl>
    <w:p>
      <w:pPr>
        <w:widowControl/>
      </w:pPr>
      <w:r>
        <w:br w:type="page"/>
      </w:r>
    </w:p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3  Nicht mitreisender sorgeberechtigter Elternteil / Vollmachtgeber(in)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FAMILIENNAME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VORNAME(N)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GEBURTSDATUM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TT.MM.JJJJ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GEBURTSORT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WOHNANSCHRIFT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Straße, Hausnummer, PLZ, Ort, Land</w:t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TELEFON / MOBIL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+__ __________________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E-MAIL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REISEDOKUMENT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☐ Reisepass   ☐ Personalausweis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DOKUMENTNUMMER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</w:tbl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4  Reiseangaben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REISEZEITRAUM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von TT.MM.JJJJ bis TT.MM.JJJJ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HAUPTREISEZIEL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Land / Ort</w:t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TRANSITLÄNDER / WEITERE ZIELE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Falls zutreffend</w:t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UNTERKUNFT / AUFENTHALTSORT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Optional: Name und Anschrift</w:t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VERKEHRSMITTEL / FLUG- ODER BUCHUNGSANGABEN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Optional</w:t>
            </w:r>
          </w:p>
        </w:tc>
      </w:tr>
    </w:tbl>
    <w:p>
      <w:pPr>
        <w:spacing w:after="80"/>
        <w:widowControl/>
      </w:pPr>
      <w:r>
        <w:rPr>
          <w:rFonts w:ascii="Aptos Display" w:hAnsi="Aptos Display"/>
          <w:b/>
          <w:color w:val="1F3F53"/>
          <w:sz w:val="30"/>
        </w:rPr>
        <w:t>5  Einverständniserklärung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10312"/>
            <w:shd w:fill="F7F9FB"/>
            <w:tcBorders>
              <w:top w:val="single" w:sz="8" w:color="CBD3DA"/>
              <w:left w:val="single" w:sz="8" w:color="CBD3DA"/>
              <w:bottom w:val="single" w:sz="8" w:color="CBD3DA"/>
              <w:right w:val="single" w:sz="8" w:color="CBD3DA"/>
            </w:tcBorders>
            <w:tcMar>
              <w:top w:w="170" w:type="dxa"/>
              <w:start w:w="180" w:type="dxa"/>
              <w:bottom w:w="17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2B3238"/>
                <w:sz w:val="20"/>
              </w:rPr>
              <w:t>Hiermit erkläre ich als nicht mitreisende sorgeberechtigte Person mein ausdrückliches Einverständnis, dass das unter Abschnitt 1 bezeichnete minderjährige Kind im unter Abschnitt 4 angegebenen Zeitraum gemeinsam mit der unter Abschnitt 2 bezeichneten Person die angegebene Reise durchführen darf. Die Zustimmung umfasst die für diese Reise erforderliche Ein- und Ausreise sowie den vorübergehenden Aufenthalt an den angegebenen Reisezielen. Diese Erklärung überträgt kein Sorgerecht und gilt ausschließlich für die bezeichnete Reise.</w:t>
            </w:r>
          </w:p>
        </w:tc>
      </w:tr>
    </w:tbl>
    <w:p>
      <w:pPr>
        <w:spacing w:before="120" w:after="60"/>
        <w:widowControl/>
      </w:pPr>
      <w:r>
        <w:rPr>
          <w:rFonts w:ascii="Aptos" w:hAnsi="Aptos"/>
          <w:b/>
          <w:color w:val="46525C"/>
          <w:sz w:val="19"/>
        </w:rPr>
        <w:t>Ergänzende Angabe zur Sorgeberechtigung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Ich bin gemeinsam mit dem mitreisenden Elternteil sorgeberechtigt.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Ich bin allein sorgeberechtigt; ein entsprechender Nachweis wird bei Bedarf mitgeführt.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Andere Konstellation / Hinweis: _________________________________________________</w:t>
      </w:r>
    </w:p>
    <w:p>
      <w:pPr>
        <w:spacing w:before="140" w:after="80"/>
        <w:widowControl/>
      </w:pPr>
      <w:r>
        <w:rPr>
          <w:rFonts w:ascii="Aptos Display" w:hAnsi="Aptos Display"/>
          <w:b/>
          <w:color w:val="1F3F53"/>
          <w:sz w:val="25"/>
        </w:rPr>
        <w:t>Unterschrift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515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ORT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  <w:tc>
          <w:tcPr>
            <w:tcW w:type="dxa" w:w="515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DATUM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TT.MM.JJJJ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bottom w:val="single" w:sz="10" w:color="6F7C86"/>
            </w:tcBorders>
            <w:tcMar>
              <w:top w:w="35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69747D"/>
                <w:sz w:val="14"/>
              </w:rPr>
              <w:t>UNTERSCHRIFT DES NICHT MITREISENDEN SORGEBERECHTIGTEN ELTERNTEILS</w:t>
            </w:r>
          </w:p>
        </w:tc>
        <w:tc>
          <w:tcPr>
            <w:tcW w:type="dxa" w:w="5156"/>
            <w:shd w:fill="FFFFFF"/>
            <w:tcBorders>
              <w:bottom w:val="single" w:sz="10" w:color="6F7C86"/>
            </w:tcBorders>
            <w:tcMar>
              <w:top w:w="35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69747D"/>
                <w:sz w:val="14"/>
              </w:rPr>
              <w:t>NAME IN DRUCKBUCHSTABEN</w:t>
            </w:r>
          </w:p>
        </w:tc>
      </w:tr>
    </w:tbl>
    <w:p>
      <w:pPr>
        <w:widowControl/>
      </w:pPr>
      <w:r>
        <w:br w:type="page"/>
      </w:r>
    </w:p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6  Empfohlene Unterlagen für die Reise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Original dieser vollständig ausgefüllten und unterschriebenen Reisevollmacht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Gültiges Reisedokument des Kindes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Kopie der Datenseite des Ausweises oder Reisepasses des nicht mitreisenden Sorgeberechtigten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Geburts- oder Adoptionsurkunde, insbesondere bei abweichenden Familiennamen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Nachweis über das alleinige Sorgerecht, falls relevant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Übersetzung der Einverständniserklärung, falls für Ziel- oder Transitland sinnvoll oder erforderlich</w:t>
      </w:r>
    </w:p>
    <w:p>
      <w:pPr>
        <w:pStyle w:val="Checklist"/>
        <w:spacing w:after="60"/>
        <w:widowControl/>
      </w:pPr>
      <w:r>
        <w:rPr>
          <w:rFonts w:ascii="DejaVu Sans" w:hAnsi="DejaVu Sans"/>
          <w:sz w:val="20"/>
        </w:rPr>
        <w:t xml:space="preserve">☐  </w:t>
      </w:r>
      <w:r>
        <w:rPr>
          <w:rFonts w:ascii="Aptos" w:hAnsi="Aptos"/>
          <w:sz w:val="19"/>
        </w:rPr>
        <w:t>Beglaubigung / Apostille, falls das Ziel- oder Transitland dies verlangt</w:t>
      </w:r>
    </w:p>
    <w:p>
      <w:pPr>
        <w:keepNext/>
        <w:spacing w:before="100" w:after="60"/>
        <w:widowControl/>
      </w:pPr>
      <w:r>
        <w:rPr>
          <w:rFonts w:ascii="Aptos Display" w:hAnsi="Aptos Display"/>
          <w:b/>
          <w:color w:val="1F3F53"/>
          <w:sz w:val="23"/>
        </w:rPr>
        <w:t>7  Notfallkontakt und zusätzliche Hinweise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ALTERNATIVE ERREICHBARE PERSON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Name, Beziehung zum Kind</w:t>
            </w:r>
          </w:p>
        </w:tc>
      </w:tr>
      <w:tr>
        <w:trPr>
          <w:cantSplit/>
        </w:trPr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TELEFON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+__ __________________</w:t>
            </w:r>
          </w:p>
        </w:tc>
        <w:tc>
          <w:tcPr>
            <w:tcW w:type="dxa" w:w="4876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E-MAIL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</w:r>
          </w:p>
        </w:tc>
      </w:tr>
      <w:tr>
        <w:trPr>
          <w:cantSplit/>
        </w:trPr>
        <w:tc>
          <w:tcPr>
            <w:tcW w:type="dxa" w:w="9752"/>
            <w:gridSpan w:val="2"/>
            <w:shd w:fill="F7F9FB"/>
            <w:tcBorders>
              <w:bottom w:val="single" w:sz="8" w:color="CBD3DA"/>
            </w:tcBorders>
            <w:tcMar>
              <w:top w:w="55" w:type="dxa"/>
              <w:start w:w="95" w:type="dxa"/>
              <w:bottom w:w="55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5A6774"/>
                <w:sz w:val="14"/>
              </w:rPr>
              <w:t>WICHTIGE HINWEISE ZUR REISE</w:t>
            </w:r>
          </w:p>
          <w:p>
            <w:pPr>
              <w:spacing w:before="0" w:after="0"/>
            </w:pPr>
            <w:r>
              <w:rPr>
                <w:rFonts w:ascii="Aptos" w:hAnsi="Aptos"/>
                <w:color w:val="8E97A0"/>
                <w:sz w:val="18"/>
              </w:rPr>
              <w:t>Optional: z. B. besondere Abhol- oder Kontaktinformation</w:t>
            </w:r>
          </w:p>
        </w:tc>
      </w:tr>
    </w:tbl>
    <w:p>
      <w:pPr>
        <w:spacing w:before="120" w:after="60"/>
        <w:widowControl/>
      </w:pPr>
      <w:r>
        <w:rPr>
          <w:rFonts w:ascii="Aptos Display" w:hAnsi="Aptos Display"/>
          <w:b/>
          <w:color w:val="1F3F53"/>
          <w:sz w:val="25"/>
        </w:rPr>
        <w:t>Optionaler Beglaubigungsvermerk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10312"/>
            <w:shd w:fill="FAFBFC"/>
            <w:tcBorders>
              <w:top w:val="dashed" w:sz="8" w:color="B7C1C8"/>
              <w:left w:val="dashed" w:sz="8" w:color="B7C1C8"/>
              <w:bottom w:val="dashed" w:sz="8" w:color="B7C1C8"/>
              <w:right w:val="dashed" w:sz="8" w:color="B7C1C8"/>
            </w:tcBorders>
            <w:tcMar>
              <w:top w:w="170" w:type="dxa"/>
              <w:start w:w="160" w:type="dxa"/>
              <w:bottom w:w="170" w:type="dxa"/>
              <w:end w:w="16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5D676F"/>
                <w:sz w:val="18"/>
              </w:rPr>
              <w:t>Nur ausfüllen lassen, wenn eine Beglaubigung für die konkrete Reise erforderlich ist.</w:t>
              <w:br/>
              <w:br/>
              <w:t>Behörde / Notar: ________________________________   Datum: __________________</w:t>
              <w:br/>
              <w:br/>
              <w:t>Stempel / Unterschrift: 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10312"/>
            <w:shd w:fill="EEF4F7"/>
            <w:tcBorders>
              <w:left w:val="single" w:sz="18" w:color="2D6F8E"/>
            </w:tcBorders>
            <w:tcMar>
              <w:top w:w="120" w:type="dxa"/>
              <w:start w:w="170" w:type="dxa"/>
              <w:bottom w:w="120" w:type="dxa"/>
              <w:end w:w="16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color w:val="1F3F53"/>
                <w:sz w:val="19"/>
              </w:rPr>
              <w:t>Vor Reiseantritt prüfen</w:t>
            </w:r>
          </w:p>
          <w:p>
            <w:pPr>
              <w:spacing w:after="0"/>
            </w:pPr>
            <w:r>
              <w:rPr>
                <w:rFonts w:ascii="Aptos" w:hAnsi="Aptos"/>
                <w:color w:val="343F48"/>
                <w:sz w:val="18"/>
              </w:rPr>
              <w:t>Die Anforderungen für Minderjährige unterscheiden sich je nach Staat und können auch Transitländer betreffen. Prüfen Sie deshalb vor der Abreise die jeweils aktuellen Einreisebestimmungen sowie mögliche Vorgaben des Beförderungsunternehmens.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595" w:right="964" w:bottom="595" w:left="964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8828A"/>
        <w:sz w:val="15"/>
      </w:rPr>
      <w:t>Reisevollmacht Kind mit einem Elternteil · Ausfüllbare Vorlage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707C86"/>
        <w:sz w:val="15"/>
      </w:rPr>
      <w:t>REISEVOLLMACHT · MINDERJÄHRIGE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ind w:left="85" w:hanging="85"/>
    </w:pPr>
    <w:rPr>
      <w:rFonts w:ascii="Aptos" w:hAnsi="Aptos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Reisevollmacht Kind mit einem Elternteil – Vorlage</dc:title>
  <dc:subject>Ausfüllbare Einverständniserklärung für die Reise eines minderjährigen Kindes mit einem Elternteil</dc:subject>
  <dc:creator/>
  <cp:keywords>Reisevollmacht, Kind, Elternteil, Einverständniserklärung,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