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8324A"/>
          <w:sz w:val="46"/>
        </w:rPr>
        <w:t>VOLLMACHT</w:t>
      </w:r>
    </w:p>
    <w:p>
      <w:pPr>
        <w:spacing w:after="140"/>
        <w:jc w:val="center"/>
      </w:pPr>
      <w:r>
        <w:rPr>
          <w:color w:val="65727E"/>
          <w:sz w:val="19"/>
        </w:rPr>
        <w:t>Allgemeine Vorlage für eine klar bezeichnete Vertretung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rPr>
          <w:cantSplit/>
        </w:trPr>
        <w:tc>
          <w:tcPr>
            <w:tcW w:type="dxa" w:w="2509"/>
            <w:shd w:fill="EDF3F7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  <w:jc w:val="center"/>
            </w:pPr>
            <w:r>
              <w:rPr>
                <w:b/>
                <w:color w:val="18324A"/>
                <w:sz w:val="15"/>
              </w:rPr>
              <w:t>1  Personen eintragen</w:t>
            </w:r>
          </w:p>
        </w:tc>
        <w:tc>
          <w:tcPr>
            <w:tcW w:type="dxa" w:w="2509"/>
            <w:shd w:fill="EDF3F7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  <w:jc w:val="center"/>
            </w:pPr>
            <w:r>
              <w:rPr>
                <w:b/>
                <w:color w:val="18324A"/>
                <w:sz w:val="15"/>
              </w:rPr>
              <w:t>2  Umfang festlegen</w:t>
            </w:r>
          </w:p>
        </w:tc>
        <w:tc>
          <w:tcPr>
            <w:tcW w:type="dxa" w:w="2509"/>
            <w:shd w:fill="EDF3F7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  <w:jc w:val="center"/>
            </w:pPr>
            <w:r>
              <w:rPr>
                <w:b/>
                <w:color w:val="18324A"/>
                <w:sz w:val="15"/>
              </w:rPr>
              <w:t>3  Gültigkeit bestimmen</w:t>
            </w:r>
          </w:p>
        </w:tc>
        <w:tc>
          <w:tcPr>
            <w:tcW w:type="dxa" w:w="2509"/>
            <w:shd w:fill="EDF3F7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  <w:jc w:val="center"/>
            </w:pPr>
            <w:r>
              <w:rPr>
                <w:b/>
                <w:color w:val="18324A"/>
                <w:sz w:val="15"/>
              </w:rPr>
              <w:t>4  Unterschreiben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"/>
        <w:gridCol w:w="9496"/>
      </w:tblGrid>
      <w:tr>
        <w:trPr>
          <w:cantSplit/>
        </w:trPr>
        <w:tc>
          <w:tcPr>
            <w:tcW w:type="dxa" w:w="5018"/>
            <w:shd w:fill="18324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type="dxa" w:w="5018"/>
            <w:shd w:fill="EDF3F7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21"/>
              </w:rPr>
              <w:t>Vollmachtgeber/in</w:t>
            </w:r>
            <w:r>
              <w:rPr>
                <w:i/>
                <w:color w:val="65727E"/>
                <w:sz w:val="15"/>
              </w:rPr>
              <w:t xml:space="preserve">  Person, die die Vollmacht erteilt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VOR- UND NACHNAME</w:t>
            </w:r>
          </w:p>
          <w:p>
            <w:pPr>
              <w:spacing w:before="20" w:after="0"/>
            </w:pPr>
            <w:sdt>
              <w:sdtPr>
                <w:tag w:val="VG_NAME"/>
                <w:alias w:val="Vor- und Nachname Vollmachtgeber/i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GEBURTSDATUM</w:t>
            </w:r>
          </w:p>
          <w:p>
            <w:pPr>
              <w:spacing w:before="20" w:after="0"/>
            </w:pPr>
            <w:sdt>
              <w:sdtPr>
                <w:tag w:val="VG_GEBURT"/>
                <w:alias w:val="Geburtsdatum Vollmachtgeber/i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STRASSE UND HAUSNUMMER</w:t>
            </w:r>
          </w:p>
          <w:p>
            <w:pPr>
              <w:spacing w:before="20" w:after="0"/>
            </w:pPr>
            <w:sdt>
              <w:sdtPr>
                <w:tag w:val="VG_STRASSE"/>
                <w:alias w:val="Straße und Hausnummer Vollmachtgeber/i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PLZ UND ORT</w:t>
            </w:r>
          </w:p>
          <w:p>
            <w:pPr>
              <w:spacing w:before="20" w:after="0"/>
            </w:pPr>
            <w:sdt>
              <w:sdtPr>
                <w:tag w:val="VG_ORT"/>
                <w:alias w:val="PLZ und Ort Vollmachtgeber/i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TELEFON (OPTIONAL)</w:t>
            </w:r>
          </w:p>
          <w:p>
            <w:pPr>
              <w:spacing w:before="20" w:after="0"/>
            </w:pPr>
            <w:sdt>
              <w:sdtPr>
                <w:tag w:val="VG_TELEFON"/>
                <w:alias w:val="Telefon Vollmachtgeber/i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E-MAIL (OPTIONAL)</w:t>
            </w:r>
          </w:p>
          <w:p>
            <w:pPr>
              <w:spacing w:before="20" w:after="0"/>
            </w:pPr>
            <w:sdt>
              <w:sdtPr>
                <w:tag w:val="VG_EMAIL"/>
                <w:alias w:val="E-Mail Vollmachtgeber/i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"/>
        <w:gridCol w:w="9496"/>
      </w:tblGrid>
      <w:tr>
        <w:trPr>
          <w:cantSplit/>
        </w:trPr>
        <w:tc>
          <w:tcPr>
            <w:tcW w:type="dxa" w:w="5018"/>
            <w:shd w:fill="18324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type="dxa" w:w="5018"/>
            <w:shd w:fill="EDF3F7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21"/>
              </w:rPr>
              <w:t>Bevollmächtigte Person</w:t>
            </w:r>
            <w:r>
              <w:rPr>
                <w:i/>
                <w:color w:val="65727E"/>
                <w:sz w:val="15"/>
              </w:rPr>
              <w:t xml:space="preserve">  Person, die im Namen des/der Vollmachtgebers/in handeln darf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VOR- UND NACHNAME</w:t>
            </w:r>
          </w:p>
          <w:p>
            <w:pPr>
              <w:spacing w:before="20" w:after="0"/>
            </w:pPr>
            <w:sdt>
              <w:sdtPr>
                <w:tag w:val="BV_NAME"/>
                <w:alias w:val="Vor- und Nachname bevollmächtigte Perso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GEBURTSDATUM</w:t>
            </w:r>
          </w:p>
          <w:p>
            <w:pPr>
              <w:spacing w:before="20" w:after="0"/>
            </w:pPr>
            <w:sdt>
              <w:sdtPr>
                <w:tag w:val="BV_GEBURT"/>
                <w:alias w:val="Geburtsdatum bevollmächtigte Perso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STRASSE UND HAUSNUMMER</w:t>
            </w:r>
          </w:p>
          <w:p>
            <w:pPr>
              <w:spacing w:before="20" w:after="0"/>
            </w:pPr>
            <w:sdt>
              <w:sdtPr>
                <w:tag w:val="BV_STRASSE"/>
                <w:alias w:val="Straße und Hausnummer bevollmächtigte Perso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PLZ UND ORT</w:t>
            </w:r>
          </w:p>
          <w:p>
            <w:pPr>
              <w:spacing w:before="20" w:after="0"/>
            </w:pPr>
            <w:sdt>
              <w:sdtPr>
                <w:tag w:val="BV_ORT"/>
                <w:alias w:val="PLZ und Ort bevollmächtigte Perso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TELEFON (OPTIONAL)</w:t>
            </w:r>
          </w:p>
          <w:p>
            <w:pPr>
              <w:spacing w:before="20" w:after="0"/>
            </w:pPr>
            <w:sdt>
              <w:sdtPr>
                <w:tag w:val="BV_TELEFON"/>
                <w:alias w:val="Telefon bevollmächtigte Perso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E-MAIL (OPTIONAL)</w:t>
            </w:r>
          </w:p>
          <w:p>
            <w:pPr>
              <w:spacing w:before="20" w:after="0"/>
            </w:pPr>
            <w:sdt>
              <w:sdtPr>
                <w:tag w:val="BV_EMAIL"/>
                <w:alias w:val="E-Mail bevollmächtigte Perso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"/>
        <w:gridCol w:w="9496"/>
      </w:tblGrid>
      <w:tr>
        <w:trPr>
          <w:cantSplit/>
        </w:trPr>
        <w:tc>
          <w:tcPr>
            <w:tcW w:type="dxa" w:w="5018"/>
            <w:shd w:fill="18324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type="dxa" w:w="5018"/>
            <w:shd w:fill="EDF3F7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21"/>
              </w:rPr>
              <w:t>Gegenstand der Vollmacht</w:t>
            </w:r>
            <w:r>
              <w:rPr>
                <w:i/>
                <w:color w:val="65727E"/>
                <w:sz w:val="15"/>
              </w:rPr>
              <w:t xml:space="preserve">  so konkret wie möglich beschreiben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sz w:val="17"/>
        </w:rPr>
        <w:t>Hiermit bevollmächtige ich die oben genannte Person, mich in folgender Angelegenheit in meinem Namen zu vertreten: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36"/>
      </w:tblGrid>
      <w:tr>
        <w:trPr>
          <w:trHeight w:val="1048" w:hRule="atLeast"/>
          <w:cantSplit/>
        </w:trPr>
        <w:tc>
          <w:tcPr>
            <w:tcW w:type="dxa" w:w="10036"/>
            <w:shd w:fill="F8FBFD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top w:val="single" w:sz="7" w:color="CCD7E0"/>
              <w:left w:val="single" w:sz="7" w:color="CCD7E0"/>
              <w:bottom w:val="single" w:sz="7" w:color="CCD7E0"/>
              <w:right w:val="single" w:sz="7" w:color="CCD7E0"/>
            </w:tcBorders>
          </w:tcPr>
          <w:p>
            <w:pPr>
              <w:spacing w:after="0"/>
            </w:pPr>
            <w:sdt>
              <w:sdtPr>
                <w:tag w:val="GEGENSTAND"/>
                <w:alias w:val="Gegenstand der Vollmacht"/>
                <w:text w:multiLine="1"/>
                <w14:color w14:val="2F6B9A"/>
              </w:sdtPr>
              <w:sdtContent>
                <w:r>
                  <w:rPr>
                    <w:sz w:val="18"/>
                  </w:rPr>
                  <w:t xml:space="preserve"> 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GEGENÜBER STELLE / PERSON / UNTERNEHMEN (OPTIONAL)</w:t>
            </w:r>
          </w:p>
          <w:p>
            <w:pPr>
              <w:spacing w:before="20" w:after="0"/>
            </w:pPr>
            <w:sdt>
              <w:sdtPr>
                <w:tag w:val="GEGENUEBER"/>
                <w:alias w:val="Stelle / Person / Unternehme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AKTEN-, VERTRAGS- ODER KUNDENNUMMER (OPTIONAL)</w:t>
            </w:r>
          </w:p>
          <w:p>
            <w:pPr>
              <w:spacing w:before="20" w:after="0"/>
            </w:pPr>
            <w:sdt>
              <w:sdtPr>
                <w:tag w:val="AKTENZEICHEN"/>
                <w:alias w:val="Akten-, Vertrags- oder Kundennummer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"/>
        <w:gridCol w:w="9496"/>
      </w:tblGrid>
      <w:tr>
        <w:trPr>
          <w:cantSplit/>
        </w:trPr>
        <w:tc>
          <w:tcPr>
            <w:tcW w:type="dxa" w:w="5018"/>
            <w:shd w:fill="18324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type="dxa" w:w="5018"/>
            <w:shd w:fill="EDF3F7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21"/>
              </w:rPr>
              <w:t>Umfang der Befugnisse</w:t>
            </w:r>
            <w:r>
              <w:rPr>
                <w:i/>
                <w:color w:val="65727E"/>
                <w:sz w:val="15"/>
              </w:rPr>
              <w:t xml:space="preserve">  nur Zutreffendes mit X markieren; der beschriebene Gegenstand bleibt maßgeblich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5018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01"/>
                <w:alias w:val="Auswahl 1"/>
                <w:id w:val="100001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Erklärungen abgeben und entgegennehmen</w:t>
            </w:r>
          </w:p>
        </w:tc>
        <w:tc>
          <w:tcPr>
            <w:tcW w:type="dxa" w:w="5018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02"/>
                <w:alias w:val="Auswahl 2"/>
                <w:id w:val="100002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Anträge stellen, ändern oder zurücknehmen</w:t>
            </w:r>
          </w:p>
        </w:tc>
      </w:tr>
      <w:tr>
        <w:trPr>
          <w:cantSplit/>
        </w:trPr>
        <w:tc>
          <w:tcPr>
            <w:tcW w:type="dxa" w:w="5018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03"/>
                <w:alias w:val="Auswahl 3"/>
                <w:id w:val="100003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Unterlagen einreichen und entgegennehmen</w:t>
            </w:r>
          </w:p>
        </w:tc>
        <w:tc>
          <w:tcPr>
            <w:tcW w:type="dxa" w:w="5018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04"/>
                <w:alias w:val="Auswahl 4"/>
                <w:id w:val="100004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Auskünfte einholen und Akteneinsicht nehmen</w:t>
            </w:r>
          </w:p>
        </w:tc>
      </w:tr>
      <w:tr>
        <w:trPr>
          <w:cantSplit/>
        </w:trPr>
        <w:tc>
          <w:tcPr>
            <w:tcW w:type="dxa" w:w="5018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05"/>
                <w:alias w:val="Auswahl 5"/>
                <w:id w:val="100005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Termine und Besprechungen wahrnehmen</w:t>
            </w:r>
          </w:p>
        </w:tc>
        <w:tc>
          <w:tcPr>
            <w:tcW w:type="dxa" w:w="5018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06"/>
                <w:alias w:val="Auswahl 6"/>
                <w:id w:val="100006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Dokumente oder Gegenstände abholen / entgegennehmen</w:t>
            </w:r>
          </w:p>
        </w:tc>
      </w:tr>
      <w:tr>
        <w:trPr>
          <w:cantSplit/>
        </w:trPr>
        <w:tc>
          <w:tcPr>
            <w:tcW w:type="dxa" w:w="5018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07"/>
                <w:alias w:val="Auswahl 7"/>
                <w:id w:val="100007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Zahlungen bis zum unten genannten Höchstbetrag leisten / entgegennehmen</w:t>
            </w:r>
          </w:p>
        </w:tc>
        <w:tc>
          <w:tcPr>
            <w:tcW w:type="dxa" w:w="5018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08"/>
                <w:alias w:val="Auswahl 8"/>
                <w:id w:val="100008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Untervollmacht erteilen</w:t>
            </w:r>
          </w:p>
        </w:tc>
      </w:tr>
    </w:tbl>
    <w:p>
      <w:pPr>
        <w:spacing w:before="80" w:after="60"/>
      </w:pPr>
      <w:r>
        <w:rPr>
          <w:b/>
          <w:color w:val="18324A"/>
          <w:sz w:val="16"/>
        </w:rPr>
        <w:t>Sonstige oder genauer begrenzte Befugnisse: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36"/>
      </w:tblGrid>
      <w:tr>
        <w:trPr>
          <w:trHeight w:val="595" w:hRule="atLeast"/>
          <w:cantSplit/>
        </w:trPr>
        <w:tc>
          <w:tcPr>
            <w:tcW w:type="dxa" w:w="10036"/>
            <w:shd w:fill="F8FBFD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</w:tcPr>
          <w:p>
            <w:pPr>
              <w:spacing w:after="0"/>
            </w:pPr>
            <w:sdt>
              <w:sdtPr>
                <w:tag w:val="SONSTIGE_BEFUGNISSE"/>
                <w:alias w:val="Sonstige Befugnisse"/>
                <w:text w:multiLine="1"/>
                <w14:color w14:val="2F6B9A"/>
              </w:sdtPr>
              <w:sdtContent>
                <w:r>
                  <w:t xml:space="preserve"> 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"/>
        <w:gridCol w:w="9496"/>
      </w:tblGrid>
      <w:tr>
        <w:trPr>
          <w:cantSplit/>
        </w:trPr>
        <w:tc>
          <w:tcPr>
            <w:tcW w:type="dxa" w:w="5018"/>
            <w:shd w:fill="18324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type="dxa" w:w="5018"/>
            <w:shd w:fill="EDF3F7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21"/>
              </w:rPr>
              <w:t>Begrenzungen</w:t>
            </w:r>
            <w:r>
              <w:rPr>
                <w:i/>
                <w:color w:val="65727E"/>
                <w:sz w:val="15"/>
              </w:rPr>
              <w:t xml:space="preserve">  optional – für mehr Kontrolle über die Vollmacht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HÖCHSTBETRAG JE VORGANG (OPTIONAL)</w:t>
            </w:r>
          </w:p>
          <w:p>
            <w:pPr>
              <w:spacing w:before="20" w:after="0"/>
            </w:pPr>
            <w:sdt>
              <w:sdtPr>
                <w:tag w:val="HOECHSTBETRAG"/>
                <w:alias w:val="Höchstbetrag je Vorgang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WÄHRUNG (OPTIONAL)</w:t>
            </w:r>
          </w:p>
          <w:p>
            <w:pPr>
              <w:spacing w:before="20" w:after="0"/>
            </w:pPr>
            <w:sdt>
              <w:sdtPr>
                <w:tag w:val="WAEHRUNG"/>
                <w:alias w:val="Währung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</w:tbl>
    <w:p>
      <w:pPr>
        <w:spacing w:before="80" w:after="60"/>
      </w:pPr>
      <w:r>
        <w:rPr>
          <w:b/>
          <w:color w:val="18324A"/>
          <w:sz w:val="16"/>
        </w:rPr>
        <w:t>Ausdrücklich nicht umfasst sind: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36"/>
      </w:tblGrid>
      <w:tr>
        <w:trPr>
          <w:trHeight w:val="595" w:hRule="atLeast"/>
          <w:cantSplit/>
        </w:trPr>
        <w:tc>
          <w:tcPr>
            <w:tcW w:type="dxa" w:w="10036"/>
            <w:shd w:fill="F8FBFD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</w:tcPr>
          <w:p>
            <w:pPr>
              <w:spacing w:after="0"/>
            </w:pPr>
            <w:sdt>
              <w:sdtPr>
                <w:tag w:val="AUSSCHLUESSE"/>
                <w:alias w:val="Nicht umfasste Handlungen"/>
                <w:text w:multiLine="1"/>
                <w14:color w14:val="2F6B9A"/>
              </w:sdtPr>
              <w:sdtContent>
                <w:r>
                  <w:t xml:space="preserve"> 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"/>
        <w:gridCol w:w="9496"/>
      </w:tblGrid>
      <w:tr>
        <w:trPr>
          <w:cantSplit/>
        </w:trPr>
        <w:tc>
          <w:tcPr>
            <w:tcW w:type="dxa" w:w="5018"/>
            <w:shd w:fill="18324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6</w:t>
            </w:r>
          </w:p>
        </w:tc>
        <w:tc>
          <w:tcPr>
            <w:tcW w:type="dxa" w:w="5018"/>
            <w:shd w:fill="EDF3F7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21"/>
              </w:rPr>
              <w:t>Gültigkeit</w:t>
            </w:r>
            <w:r>
              <w:rPr>
                <w:i/>
                <w:color w:val="65727E"/>
                <w:sz w:val="15"/>
              </w:rPr>
              <w:t xml:space="preserve">  eine Variante auswählen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10036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09"/>
                <w:alias w:val="Auswahl 9"/>
                <w:id w:val="100009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Einmalig – endet automatisch nach vollständiger Erledigung der oben bezeichneten Angelegenheit</w:t>
            </w:r>
          </w:p>
        </w:tc>
      </w:tr>
      <w:tr>
        <w:trPr>
          <w:cantSplit/>
        </w:trPr>
        <w:tc>
          <w:tcPr>
            <w:tcW w:type="dxa" w:w="10036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10"/>
                <w:alias w:val="Auswahl 10"/>
                <w:id w:val="100010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Befristet – gültig vom eingetragenen Beginn bis zum eingetragenen Enddatum</w:t>
            </w:r>
          </w:p>
        </w:tc>
      </w:tr>
      <w:tr>
        <w:trPr>
          <w:cantSplit/>
        </w:trPr>
        <w:tc>
          <w:tcPr>
            <w:tcW w:type="dxa" w:w="10036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11"/>
                <w:alias w:val="Auswahl 11"/>
                <w:id w:val="100011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Bis auf Widerruf – gültig ab dem eingetragenen Beginn bis zum Widerruf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GÜLTIG AB</w:t>
            </w:r>
          </w:p>
          <w:p>
            <w:pPr>
              <w:spacing w:before="20" w:after="0"/>
            </w:pPr>
            <w:sdt>
              <w:sdtPr>
                <w:tag w:val="GUELTIG_AB"/>
                <w:alias w:val="Gültig ab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GÜLTIG BIS (FALLS BEFRISTET)</w:t>
            </w:r>
          </w:p>
          <w:p>
            <w:pPr>
              <w:spacing w:before="20" w:after="0"/>
            </w:pPr>
            <w:sdt>
              <w:sdtPr>
                <w:tag w:val="GUELTIG_BIS"/>
                <w:alias w:val="Gültig bis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</w:tbl>
    <w:p>
      <w:pPr>
        <w:spacing w:before="100" w:after="40"/>
      </w:pPr>
      <w:r>
        <w:rPr>
          <w:b/>
          <w:color w:val="18324A"/>
          <w:sz w:val="16"/>
        </w:rPr>
        <w:t>Widerruf:</w:t>
      </w:r>
      <w:r>
        <w:rPr>
          <w:color w:val="202A33"/>
          <w:sz w:val="16"/>
        </w:rPr>
        <w:t xml:space="preserve"> Die Vollmacht kann – soweit im zugrunde liegenden Rechtsverhältnis nichts anderes bestimmt ist – für die Zukunft widerrufen werden. Bei einem Widerruf sollten auch Stellen informiert werden, denen die Vollmacht bereits vorgelegt wurde.</w:t>
      </w:r>
    </w:p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"/>
        <w:gridCol w:w="9496"/>
      </w:tblGrid>
      <w:tr>
        <w:trPr>
          <w:cantSplit/>
        </w:trPr>
        <w:tc>
          <w:tcPr>
            <w:tcW w:type="dxa" w:w="5018"/>
            <w:shd w:fill="18324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7</w:t>
            </w:r>
          </w:p>
        </w:tc>
        <w:tc>
          <w:tcPr>
            <w:tcW w:type="dxa" w:w="5018"/>
            <w:shd w:fill="EDF3F7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21"/>
              </w:rPr>
              <w:t>Anlagen und Nachweise</w:t>
            </w:r>
            <w:r>
              <w:rPr>
                <w:i/>
                <w:color w:val="65727E"/>
                <w:sz w:val="15"/>
              </w:rPr>
              <w:t xml:space="preserve">  optional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10036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12"/>
                <w:alias w:val="Auswahl 12"/>
                <w:id w:val="100012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Kopie / Original eines Ausweisdokuments des/der Vollmachtgebers/in beigefügt</w:t>
            </w:r>
          </w:p>
        </w:tc>
      </w:tr>
      <w:tr>
        <w:trPr>
          <w:cantSplit/>
        </w:trPr>
        <w:tc>
          <w:tcPr>
            <w:tcW w:type="dxa" w:w="10036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13"/>
                <w:alias w:val="Auswahl 13"/>
                <w:id w:val="100013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Die bevollmächtigte Person weist sich mit eigenem Ausweisdokument aus</w:t>
            </w:r>
          </w:p>
        </w:tc>
      </w:tr>
      <w:tr>
        <w:trPr>
          <w:cantSplit/>
        </w:trPr>
        <w:tc>
          <w:tcPr>
            <w:tcW w:type="dxa" w:w="10036"/>
            <w:shd w:fill="F6F8FA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CCD7E0"/>
              <w:left w:val="single" w:sz="4" w:color="CCD7E0"/>
              <w:bottom w:val="single" w:sz="4" w:color="CCD7E0"/>
              <w:right w:val="single" w:sz="4" w:color="CCD7E0"/>
            </w:tcBorders>
          </w:tcPr>
          <w:p>
            <w:pPr>
              <w:spacing w:after="0"/>
            </w:pPr>
            <w:sdt>
              <w:sdtPr>
                <w:tag w:val="CHK_14"/>
                <w:alias w:val="Auswahl 14"/>
                <w:id w:val="100014"/>
                <w14:color w14:val="2F6B9A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2F6B9A"/>
                    <w:sz w:val="20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color w:val="202A33"/>
                <w:sz w:val="16"/>
              </w:rPr>
              <w:t>Weitere Unterlagen / Nachweise beigefügt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WEITERE ANLAGE(N) / HINWEIS</w:t>
            </w:r>
          </w:p>
          <w:p>
            <w:pPr>
              <w:spacing w:before="20" w:after="0"/>
            </w:pPr>
            <w:sdt>
              <w:sdtPr>
                <w:tag w:val="ANLAGEN"/>
                <w:alias w:val="Weitere Anlagen / Hinweise"/>
                <w:text w:multiLine="1"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ANZAHL DER ANLAGEN (OPTIONAL)</w:t>
            </w:r>
          </w:p>
          <w:p>
            <w:pPr>
              <w:spacing w:before="20" w:after="0"/>
            </w:pPr>
            <w:sdt>
              <w:sdtPr>
                <w:tag w:val="ANZAHL_ANLAGEN"/>
                <w:alias w:val="Anzahl Anlagen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"/>
        <w:gridCol w:w="9496"/>
      </w:tblGrid>
      <w:tr>
        <w:trPr>
          <w:cantSplit/>
        </w:trPr>
        <w:tc>
          <w:tcPr>
            <w:tcW w:type="dxa" w:w="5018"/>
            <w:shd w:fill="18324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8</w:t>
            </w:r>
          </w:p>
        </w:tc>
        <w:tc>
          <w:tcPr>
            <w:tcW w:type="dxa" w:w="5018"/>
            <w:shd w:fill="EDF3F7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21"/>
              </w:rPr>
              <w:t>Erteilung und Unterschriften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sz w:val="17"/>
        </w:rPr>
        <w:t>Ich erteile die Vollmacht in dem oben festgelegten Umfang. Änderungen und Ergänzungen sollten eindeutig dokumentiert werden.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ORT</w:t>
            </w:r>
          </w:p>
          <w:p>
            <w:pPr>
              <w:spacing w:before="20" w:after="0"/>
            </w:pPr>
            <w:sdt>
              <w:sdtPr>
                <w:tag w:val="ORT_UNTERSCHRIFT"/>
                <w:alias w:val="Ort der Erteilung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  <w:tc>
          <w:tcPr>
            <w:tcW w:type="dxa" w:w="5018"/>
            <w:shd w:fill="F8FBFD"/>
            <w:tcBorders>
              <w:top w:val="single" w:sz="6" w:color="CCD7E0"/>
              <w:left w:val="single" w:sz="6" w:color="CCD7E0"/>
              <w:bottom w:val="single" w:sz="6" w:color="CCD7E0"/>
              <w:right w:val="single" w:sz="6" w:color="CCD7E0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b/>
                <w:color w:val="65727E"/>
                <w:sz w:val="13"/>
              </w:rPr>
              <w:t>DATUM</w:t>
            </w:r>
          </w:p>
          <w:p>
            <w:pPr>
              <w:spacing w:before="20" w:after="0"/>
            </w:pPr>
            <w:sdt>
              <w:sdtPr>
                <w:tag w:val="DATUM_UNTERSCHRIFT"/>
                <w:alias w:val="Datum der Erteilung"/>
                <w:text/>
                <w14:color w14:val="2F6B9A"/>
              </w:sdtPr>
              <w:sdtContent>
                <w:r>
                  <w:rPr>
                    <w:color w:val="202A33"/>
                    <w:sz w:val="18"/>
                  </w:rPr>
                  <w:t xml:space="preserve"> </w:t>
                </w:r>
              </w:sdtContent>
            </w:sdt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rPr>
          <w:cantSplit/>
        </w:trPr>
        <w:tc>
          <w:tcPr>
            <w:tcW w:type="dxa" w:w="5018"/>
            <w:tcMar>
              <w:top w:w="230" w:type="dxa"/>
              <w:start w:w="80" w:type="dxa"/>
              <w:bottom w:w="80" w:type="dxa"/>
              <w:end w:w="80" w:type="dxa"/>
            </w:tcMar>
            <w:tcBorders>
              <w:top w:val="nil"/>
              <w:left w:val="nil"/>
              <w:bottom w:val="single" w:sz="8" w:color="18324A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5018"/>
            <w:tcMar>
              <w:top w:w="230" w:type="dxa"/>
              <w:start w:w="80" w:type="dxa"/>
              <w:bottom w:w="80" w:type="dxa"/>
              <w:end w:w="80" w:type="dxa"/>
            </w:tcMar>
            <w:tcBorders>
              <w:top w:val="nil"/>
              <w:left w:val="nil"/>
              <w:bottom w:val="single" w:sz="8" w:color="18324A"/>
              <w:right w:val="nil"/>
            </w:tcBorders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5018"/>
            <w:tcMar>
              <w:top w:w="55" w:type="dxa"/>
              <w:start w:w="80" w:type="dxa"/>
              <w:bottom w:w="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5727E"/>
                <w:sz w:val="14"/>
              </w:rPr>
              <w:t>Unterschrift Vollmachtgeber/in</w:t>
            </w:r>
          </w:p>
        </w:tc>
        <w:tc>
          <w:tcPr>
            <w:tcW w:type="dxa" w:w="5018"/>
            <w:tcMar>
              <w:top w:w="55" w:type="dxa"/>
              <w:start w:w="80" w:type="dxa"/>
              <w:bottom w:w="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5727E"/>
                <w:sz w:val="14"/>
              </w:rPr>
              <w:t>Unterschrift bevollmächtigte Person (optional / Kenntnisnahme)</w:t>
            </w:r>
          </w:p>
        </w:tc>
      </w:tr>
    </w:tbl>
    <w:p>
      <w:pPr>
        <w:spacing w:before="140"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036"/>
      </w:tblGrid>
      <w:tr>
        <w:trPr>
          <w:cantSplit/>
        </w:trPr>
        <w:tc>
          <w:tcPr>
            <w:tcW w:type="dxa" w:w="10036"/>
            <w:shd w:fill="FFF8E8"/>
            <w:tcMar>
              <w:top w:w="115" w:type="dxa"/>
              <w:start w:w="125" w:type="dxa"/>
              <w:bottom w:w="115" w:type="dxa"/>
              <w:end w:w="125" w:type="dxa"/>
            </w:tcMar>
            <w:tcBorders>
              <w:top w:val="single" w:sz="6" w:color="E7C879"/>
              <w:left w:val="single" w:sz="6" w:color="E7C879"/>
              <w:bottom w:val="single" w:sz="6" w:color="E7C879"/>
              <w:right w:val="single" w:sz="6" w:color="E7C879"/>
            </w:tcBorders>
          </w:tcPr>
          <w:p>
            <w:pPr>
              <w:spacing w:after="40"/>
            </w:pPr>
            <w:r>
              <w:rPr>
                <w:b/>
                <w:color w:val="18324A"/>
                <w:sz w:val="16"/>
              </w:rPr>
              <w:t>Hinweis zur Verwendung</w:t>
            </w:r>
          </w:p>
          <w:p>
            <w:pPr>
              <w:spacing w:after="0" w:line="240" w:lineRule="auto"/>
            </w:pPr>
            <w:r>
              <w:rPr>
                <w:color w:val="202A33"/>
                <w:sz w:val="15"/>
              </w:rPr>
              <w:t>Diese Vorlage ist für eine einfache Vollmacht gedacht. Für Vorsorge- und Gesundheitsangelegenheiten, Bankgeschäfte, Grundstücks- oder andere formbedürftige Rechtsgeschäfte sowie für einzelne Behörden können besondere Formulare, Originalnachweise, Beglaubigungen oder notarielle Beurkundungen erforderlich sein. Vor Verwendung die Anforderungen der jeweiligen Stelle prüfen.</w:t>
            </w:r>
          </w:p>
        </w:tc>
      </w:tr>
    </w:tbl>
    <w:sectPr>
      <w:headerReference w:type="default" r:id="rId9"/>
      <w:footerReference w:type="default" r:id="rId10"/>
      <w:pgSz w:w="11906" w:h="16838"/>
      <w:pgMar w:top="879" w:right="935" w:bottom="822" w:left="935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087"/>
      <w:gridCol w:w="2948"/>
    </w:tblGrid>
    <w:tr>
      <w:tc>
        <w:tcPr>
          <w:tcW w:type="dxa" w:w="5017"/>
          <w:tcBorders>
            <w:top w:val="single" w:sz="4" w:color="CCD7E0"/>
            <w:left w:val="nil"/>
            <w:bottom w:val="nil"/>
            <w:right w:val="nil"/>
          </w:tcBorders>
          <w:tcMar>
            <w:top w:w="65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color w:val="65727E"/>
              <w:sz w:val="13"/>
            </w:rPr>
            <w:t>Allgemeine Vorlage – vor Verwendung Anforderungen der jeweiligen Stelle prüfen</w:t>
          </w:r>
        </w:p>
      </w:tc>
      <w:tc>
        <w:tcPr>
          <w:tcW w:type="dxa" w:w="5017"/>
          <w:tcBorders>
            <w:top w:val="single" w:sz="4" w:color="CCD7E0"/>
            <w:left w:val="nil"/>
            <w:bottom w:val="nil"/>
            <w:right w:val="nil"/>
          </w:tcBorders>
          <w:tcMar>
            <w:top w:w="65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color w:val="65727E"/>
              <w:sz w:val="13"/>
            </w:rPr>
            <w:t xml:space="preserve">Seite </w:t>
          </w:r>
          <w:r>
            <w:fldChar w:fldCharType="begin"/>
            <w:instrText xml:space="preserve">PAGE</w:instrText>
            <w:fldChar w:fldCharType="end"/>
          </w:r>
          <w:r>
            <w:rPr>
              <w:color w:val="65727E"/>
              <w:sz w:val="13"/>
            </w:rPr>
            <w:t xml:space="preserve"> von </w:t>
          </w:r>
          <w: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6520"/>
      <w:gridCol w:w="3515"/>
    </w:tblGrid>
    <w:tr>
      <w:tc>
        <w:tcPr>
          <w:tcW w:type="dxa" w:w="5017"/>
          <w:tcBorders>
            <w:top w:val="nil"/>
            <w:left w:val="nil"/>
            <w:bottom w:val="single" w:sz="8" w:color="18324A"/>
            <w:right w:val="nil"/>
          </w:tcBorders>
          <w:tcMar>
            <w:top w:w="0" w:type="dxa"/>
            <w:start w:w="0" w:type="dxa"/>
            <w:bottom w:w="70" w:type="dxa"/>
            <w:end w:w="0" w:type="dxa"/>
          </w:tcMar>
        </w:tcPr>
        <w:p>
          <w:pPr>
            <w:spacing w:after="0"/>
          </w:pPr>
          <w:r>
            <w:rPr>
              <w:b/>
              <w:color w:val="18324A"/>
              <w:sz w:val="16"/>
            </w:rPr>
            <w:t>VORLAGE · VOLLMACHT</w:t>
          </w:r>
        </w:p>
      </w:tc>
      <w:tc>
        <w:tcPr>
          <w:tcW w:type="dxa" w:w="5017"/>
          <w:tcBorders>
            <w:top w:val="nil"/>
            <w:left w:val="nil"/>
            <w:bottom w:val="single" w:sz="8" w:color="18324A"/>
            <w:right w:val="nil"/>
          </w:tcBorders>
          <w:tcMar>
            <w:top w:w="0" w:type="dxa"/>
            <w:start w:w="0" w:type="dxa"/>
            <w:bottom w:w="70" w:type="dxa"/>
            <w:end w:w="0" w:type="dxa"/>
          </w:tcMar>
        </w:tcPr>
        <w:p>
          <w:pPr>
            <w:spacing w:after="0"/>
            <w:jc w:val="right"/>
          </w:pPr>
          <w:r>
            <w:rPr>
              <w:color w:val="65727E"/>
              <w:sz w:val="15"/>
            </w:rPr>
            <w:t>bearbeitbar in Word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202A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rPr>
      <w:rFonts w:ascii="Aptos" w:hAnsi="Aptos"/>
      <w:b/>
      <w:color w:val="18324A"/>
      <w:sz w:val="48"/>
    </w:rPr>
  </w:style>
  <w:style w:type="paragraph" w:customStyle="1" w:styleId="SectionTitle">
    <w:name w:val="SectionTitle"/>
    <w:rPr>
      <w:rFonts w:ascii="Aptos" w:hAnsi="Aptos"/>
      <w:b/>
      <w:color w:val="18324A"/>
      <w:sz w:val="21"/>
    </w:rPr>
  </w:style>
  <w:style w:type="paragraph" w:customStyle="1" w:styleId="SmallMuted">
    <w:name w:val="SmallMuted"/>
    <w:rPr>
      <w:rFonts w:ascii="Aptos" w:hAnsi="Aptos"/>
      <w:b w:val="0"/>
      <w:color w:val="65727E"/>
      <w:sz w:val="15"/>
    </w:rPr>
  </w:style>
  <w:style w:type="paragraph" w:customStyle="1" w:styleId="FieldText">
    <w:name w:val="FieldText"/>
    <w:rPr>
      <w:rFonts w:ascii="Aptos" w:hAnsi="Aptos"/>
      <w:b w:val="0"/>
      <w:color w:val="202A33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Vorlage Word</dc:title>
  <dc:subject>Allgemeine Vollmacht – bearbeitbare Word-Vorlage</dc:subject>
  <dc:creator/>
  <cp:keywords>Vollmacht, Vorlage, Word, Vollmachtgeber, Bevollmächtigte Person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