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Aptos" w:hAnsi="Aptos" w:eastAsia="Aptos"/>
          <w:b/>
          <w:i w:val="0"/>
          <w:color w:val="067E7D"/>
          <w:sz w:val="14"/>
        </w:rPr>
        <w:t>VOLLMACHT  /  BETREUUNG UND VERTRETUNG</w:t>
      </w:r>
    </w:p>
    <w:p>
      <w:pPr>
        <w:spacing w:after="40"/>
      </w:pPr>
      <w:r>
        <w:rPr>
          <w:rFonts w:ascii="Aptos" w:hAnsi="Aptos" w:eastAsia="Aptos"/>
          <w:b/>
          <w:i w:val="0"/>
          <w:color w:val="193344"/>
          <w:sz w:val="42"/>
        </w:rPr>
        <w:t>Vollmacht für meinen Hund</w:t>
      </w:r>
    </w:p>
    <w:p>
      <w:pPr>
        <w:spacing w:after="180"/>
      </w:pPr>
      <w:r>
        <w:rPr>
          <w:rFonts w:ascii="Aptos" w:hAnsi="Aptos" w:eastAsia="Aptos"/>
          <w:b w:val="0"/>
          <w:i w:val="0"/>
          <w:color w:val="697B83"/>
          <w:sz w:val="17"/>
        </w:rPr>
        <w:t>Für Betreuung, Übergabe, Tierarztbesuche und klar begrenzte Angelegenheiten.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shd w:fill="E9F4F1"/>
            <w:tcMar>
              <w:top w:w="110" w:type="dxa"/>
              <w:start w:w="150" w:type="dxa"/>
              <w:bottom w:w="120" w:type="dxa"/>
              <w:end w:w="180" w:type="dxa"/>
            </w:tcMar>
            <w:tcBorders>
              <w:start w:val="single" w:sz="21" w:color="067E7D"/>
            </w:tcBorders>
          </w:tcPr>
          <w:p>
            <w:pPr>
              <w:spacing w:before="0" w:after="0" w:line="286" w:lineRule="auto"/>
            </w:pPr>
            <w:r>
              <w:rPr>
                <w:rFonts w:ascii="Aptos" w:hAnsi="Aptos" w:eastAsia="Aptos"/>
                <w:b w:val="0"/>
                <w:i w:val="0"/>
                <w:color w:val="26343C"/>
                <w:sz w:val="17"/>
              </w:rPr>
              <w:t>Ich bevollmächtige die nachstehend bezeichnete Person, in meinem Namen ausschließlich die unten angekreuzten Handlungen in Bezug auf den bezeichneten Hund vorzunehmen.</w:t>
            </w:r>
          </w:p>
        </w:tc>
      </w:tr>
    </w:tbl>
    <w:p>
      <w:pPr>
        <w:spacing w:after="0" w:before="0"/>
      </w:pPr>
      <w:r>
        <w:rPr>
          <w:sz w:val="1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"/>
        <w:gridCol w:w="8493"/>
        <w:gridCol w:w="964"/>
      </w:tblGrid>
      <w:tr>
        <w:trPr>
          <w:trHeight w:val="386" w:hRule="atLeast"/>
        </w:trPr>
        <w:tc>
          <w:tcPr>
            <w:tcW w:type="dxa" w:w="465"/>
            <w:shd w:fill="067E7D"/>
            <w:tcMar>
              <w:top w:w="80" w:type="dxa"/>
              <w:start w:w="70" w:type="dxa"/>
              <w:bottom w:w="50" w:type="dxa"/>
              <w:end w:w="6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/>
                <w:i w:val="0"/>
                <w:color w:val="FFFFFF"/>
                <w:sz w:val="16"/>
              </w:rPr>
              <w:t>01</w:t>
            </w:r>
          </w:p>
        </w:tc>
        <w:tc>
          <w:tcPr>
            <w:tcW w:type="dxa" w:w="8493"/>
            <w:tcMar>
              <w:top w:w="80" w:type="dxa"/>
              <w:start w:w="150" w:type="dxa"/>
              <w:bottom w:w="50" w:type="dxa"/>
              <w:end w:w="6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/>
                <w:i w:val="0"/>
                <w:color w:val="193344"/>
                <w:sz w:val="18"/>
              </w:rPr>
              <w:t>PERSONEN</w:t>
            </w:r>
          </w:p>
        </w:tc>
        <w:tc>
          <w:tcPr>
            <w:tcW w:type="dxa" w:w="964"/>
            <w:tcMar>
              <w:top w:w="80" w:type="dxa"/>
              <w:start w:w="30" w:type="dxa"/>
              <w:bottom w:w="50" w:type="dxa"/>
              <w:end w:w="5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6343C"/>
                <w:sz w:val="14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sz w:val="4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VOLLMACHTGEBER/IN – NAME</w:t>
            </w:r>
          </w:p>
          <w:p>
            <w:pPr>
              <w:spacing w:before="0" w:after="0" w:line="269" w:lineRule="auto"/>
            </w:pPr>
            <w:sdt>
              <w:sdtPr>
                <w:alias w:val="Halter name"/>
                <w:tag w:val="halter_name"/>
                <w:id w:val="2001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Vor- und Nachname</w:t>
                </w:r>
              </w:sdtContent>
            </w:sdt>
          </w:p>
        </w:tc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BEVOLLMÄCHTIGTE PERSON – NAME</w:t>
            </w:r>
          </w:p>
          <w:p>
            <w:pPr>
              <w:spacing w:before="0" w:after="0" w:line="269" w:lineRule="auto"/>
            </w:pPr>
            <w:sdt>
              <w:sdtPr>
                <w:alias w:val="Vertreter name"/>
                <w:tag w:val="vertreter_name"/>
                <w:id w:val="2002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Vor- und Nachname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ANSCHRIFT VOLLMACHTGEBER/IN</w:t>
            </w:r>
          </w:p>
          <w:p>
            <w:pPr>
              <w:spacing w:before="0" w:after="0" w:line="269" w:lineRule="auto"/>
            </w:pPr>
            <w:sdt>
              <w:sdtPr>
                <w:alias w:val="Halter adresse"/>
                <w:tag w:val="halter_adresse"/>
                <w:id w:val="2003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Straße, PLZ, Ort</w:t>
                </w:r>
              </w:sdtContent>
            </w:sdt>
          </w:p>
        </w:tc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ANSCHRIFT BEVOLLMÄCHTIGTE/R</w:t>
            </w:r>
          </w:p>
          <w:p>
            <w:pPr>
              <w:spacing w:before="0" w:after="0" w:line="269" w:lineRule="auto"/>
            </w:pPr>
            <w:sdt>
              <w:sdtPr>
                <w:alias w:val="Vertreter adresse"/>
                <w:tag w:val="vertreter_adresse"/>
                <w:id w:val="2004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Straße, PLZ, Ort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TELEFON VOLLMACHTGEBER/IN</w:t>
            </w:r>
          </w:p>
          <w:p>
            <w:pPr>
              <w:spacing w:before="0" w:after="0" w:line="269" w:lineRule="auto"/>
            </w:pPr>
            <w:sdt>
              <w:sdtPr>
                <w:alias w:val="Halter tel"/>
                <w:tag w:val="halter_tel"/>
                <w:id w:val="2005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Telefon / Mobil</w:t>
                </w:r>
              </w:sdtContent>
            </w:sdt>
          </w:p>
        </w:tc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TELEFON BEVOLLMÄCHTIGTE/R</w:t>
            </w:r>
          </w:p>
          <w:p>
            <w:pPr>
              <w:spacing w:before="0" w:after="0" w:line="269" w:lineRule="auto"/>
            </w:pPr>
            <w:sdt>
              <w:sdtPr>
                <w:alias w:val="Vertreter tel"/>
                <w:tag w:val="vertreter_tel"/>
                <w:id w:val="2006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Telefon / Mobil</w:t>
                </w:r>
              </w:sdtContent>
            </w:sdt>
          </w:p>
        </w:tc>
      </w:tr>
    </w:tbl>
    <w:p>
      <w:pPr>
        <w:spacing w:after="0" w:before="0"/>
      </w:pPr>
      <w:r>
        <w:rPr>
          <w:sz w:val="14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"/>
        <w:gridCol w:w="8493"/>
        <w:gridCol w:w="964"/>
      </w:tblGrid>
      <w:tr>
        <w:trPr>
          <w:trHeight w:val="386" w:hRule="atLeast"/>
        </w:trPr>
        <w:tc>
          <w:tcPr>
            <w:tcW w:type="dxa" w:w="465"/>
            <w:shd w:fill="067E7D"/>
            <w:tcMar>
              <w:top w:w="80" w:type="dxa"/>
              <w:start w:w="70" w:type="dxa"/>
              <w:bottom w:w="50" w:type="dxa"/>
              <w:end w:w="6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/>
                <w:i w:val="0"/>
                <w:color w:val="FFFFFF"/>
                <w:sz w:val="16"/>
              </w:rPr>
              <w:t>02</w:t>
            </w:r>
          </w:p>
        </w:tc>
        <w:tc>
          <w:tcPr>
            <w:tcW w:type="dxa" w:w="8493"/>
            <w:tcMar>
              <w:top w:w="80" w:type="dxa"/>
              <w:start w:w="150" w:type="dxa"/>
              <w:bottom w:w="50" w:type="dxa"/>
              <w:end w:w="6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/>
                <w:i w:val="0"/>
                <w:color w:val="193344"/>
                <w:sz w:val="18"/>
              </w:rPr>
              <w:t>ANGABEN ZUM HUND</w:t>
            </w:r>
          </w:p>
        </w:tc>
        <w:tc>
          <w:tcPr>
            <w:tcW w:type="dxa" w:w="964"/>
            <w:tcMar>
              <w:top w:w="80" w:type="dxa"/>
              <w:start w:w="30" w:type="dxa"/>
              <w:bottom w:w="50" w:type="dxa"/>
              <w:end w:w="5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6343C"/>
                <w:sz w:val="14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sz w:val="4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NAME DES HUNDES</w:t>
            </w:r>
          </w:p>
          <w:p>
            <w:pPr>
              <w:spacing w:before="0" w:after="0" w:line="269" w:lineRule="auto"/>
            </w:pPr>
            <w:sdt>
              <w:sdtPr>
                <w:alias w:val="Hund name"/>
                <w:tag w:val="hund_name"/>
                <w:id w:val="2007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Hundename</w:t>
                </w:r>
              </w:sdtContent>
            </w:sdt>
          </w:p>
        </w:tc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MIKROCHIPNUMMER, FALLS VORHANDEN</w:t>
            </w:r>
          </w:p>
          <w:p>
            <w:pPr>
              <w:spacing w:before="0" w:after="0" w:line="269" w:lineRule="auto"/>
            </w:pPr>
            <w:sdt>
              <w:sdtPr>
                <w:alias w:val="Chip nr"/>
                <w:tag w:val="chip_nr"/>
                <w:id w:val="2008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15-stellige Nummer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RASSE / TYP, OPTIONAL</w:t>
            </w:r>
          </w:p>
          <w:p>
            <w:pPr>
              <w:spacing w:before="0" w:after="0" w:line="269" w:lineRule="auto"/>
            </w:pPr>
            <w:sdt>
              <w:sdtPr>
                <w:alias w:val="Hund rasse"/>
                <w:tag w:val="hund_rasse"/>
                <w:id w:val="2009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Angabe eintragen</w:t>
                </w:r>
              </w:sdtContent>
            </w:sdt>
          </w:p>
        </w:tc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GEBURTSDATUM / ALTER, OPTIONAL</w:t>
            </w:r>
          </w:p>
          <w:p>
            <w:pPr>
              <w:spacing w:before="0" w:after="0" w:line="269" w:lineRule="auto"/>
            </w:pPr>
            <w:sdt>
              <w:sdtPr>
                <w:alias w:val="Hund geburt"/>
                <w:tag w:val="hund_geburt"/>
                <w:id w:val="2010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Angabe eintragen</w:t>
                </w:r>
              </w:sdtContent>
            </w:sdt>
          </w:p>
        </w:tc>
      </w:tr>
    </w:tbl>
    <w:p>
      <w:pPr>
        <w:spacing w:after="0" w:before="0"/>
      </w:pPr>
      <w:r>
        <w:rPr>
          <w:sz w:val="14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"/>
        <w:gridCol w:w="8493"/>
        <w:gridCol w:w="964"/>
      </w:tblGrid>
      <w:tr>
        <w:trPr>
          <w:trHeight w:val="386" w:hRule="atLeast"/>
        </w:trPr>
        <w:tc>
          <w:tcPr>
            <w:tcW w:type="dxa" w:w="465"/>
            <w:shd w:fill="067E7D"/>
            <w:tcMar>
              <w:top w:w="80" w:type="dxa"/>
              <w:start w:w="70" w:type="dxa"/>
              <w:bottom w:w="50" w:type="dxa"/>
              <w:end w:w="6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/>
                <w:i w:val="0"/>
                <w:color w:val="FFFFFF"/>
                <w:sz w:val="16"/>
              </w:rPr>
              <w:t>03</w:t>
            </w:r>
          </w:p>
        </w:tc>
        <w:tc>
          <w:tcPr>
            <w:tcW w:type="dxa" w:w="8493"/>
            <w:tcMar>
              <w:top w:w="80" w:type="dxa"/>
              <w:start w:w="150" w:type="dxa"/>
              <w:bottom w:w="50" w:type="dxa"/>
              <w:end w:w="6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/>
                <w:i w:val="0"/>
                <w:color w:val="193344"/>
                <w:sz w:val="18"/>
              </w:rPr>
              <w:t>UMFANG DER BEVOLLMÄCHTIGUNG</w:t>
            </w:r>
          </w:p>
        </w:tc>
        <w:tc>
          <w:tcPr>
            <w:tcW w:type="dxa" w:w="964"/>
            <w:tcMar>
              <w:top w:w="80" w:type="dxa"/>
              <w:start w:w="30" w:type="dxa"/>
              <w:bottom w:w="50" w:type="dxa"/>
              <w:end w:w="5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697B83"/>
                <w:sz w:val="14"/>
              </w:rPr>
              <w:t>ankreuzen</w:t>
            </w:r>
          </w:p>
        </w:tc>
      </w:tr>
    </w:tbl>
    <w:p>
      <w:pPr>
        <w:spacing w:after="0" w:before="0"/>
      </w:pPr>
      <w:r>
        <w:rPr>
          <w:sz w:val="4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tcMar>
              <w:top w:w="70" w:type="dxa"/>
              <w:start w:w="75" w:type="dxa"/>
              <w:bottom w:w="73" w:type="dxa"/>
              <w:end w:w="60" w:type="dxa"/>
            </w:tcMar>
            <w:shd w:fill="F9FBFB"/>
          </w:tcPr>
          <w:p>
            <w:pPr>
              <w:spacing w:before="0" w:after="0" w:line="269" w:lineRule="auto"/>
            </w:pPr>
            <w:sdt>
              <w:sdtPr>
                <w:alias w:val="Füttern, betreuen und ausführen"/>
                <w:tag w:val="pflege"/>
                <w:id w:val="2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color w:val="067E7D"/>
                    <w:rFonts w:ascii="DejaVu Sans" w:hAnsi="DejaVu Sans"/>
                    <w:sz w:val="18"/>
                  </w:rPr>
                  <w:t>☐</w:t>
                </w:r>
              </w:sdtContent>
            </w:sdt>
            <w:r>
              <w:rPr>
                <w:rFonts w:ascii="Aptos" w:hAnsi="Aptos" w:eastAsia="Aptos"/>
                <w:b w:val="0"/>
                <w:i w:val="0"/>
                <w:color w:val="26343C"/>
                <w:sz w:val="16"/>
              </w:rPr>
              <w:t xml:space="preserve">  Füttern, betreuen und ausführen</w:t>
            </w:r>
          </w:p>
        </w:tc>
        <w:tc>
          <w:tcPr>
            <w:tcW w:type="dxa" w:w="4961"/>
            <w:tcMar>
              <w:top w:w="70" w:type="dxa"/>
              <w:start w:w="75" w:type="dxa"/>
              <w:bottom w:w="73" w:type="dxa"/>
              <w:end w:w="60" w:type="dxa"/>
            </w:tcMar>
            <w:shd w:fill="F9FBFB"/>
          </w:tcPr>
          <w:p>
            <w:pPr>
              <w:spacing w:before="0" w:after="0" w:line="269" w:lineRule="auto"/>
            </w:pPr>
            <w:sdt>
              <w:sdtPr>
                <w:alias w:val="Abholen / Übergeben bei Betreuung"/>
                <w:tag w:val="abholung"/>
                <w:id w:val="2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color w:val="067E7D"/>
                    <w:rFonts w:ascii="DejaVu Sans" w:hAnsi="DejaVu Sans"/>
                    <w:sz w:val="18"/>
                  </w:rPr>
                  <w:t>☐</w:t>
                </w:r>
              </w:sdtContent>
            </w:sdt>
            <w:r>
              <w:rPr>
                <w:rFonts w:ascii="Aptos" w:hAnsi="Aptos" w:eastAsia="Aptos"/>
                <w:b w:val="0"/>
                <w:i w:val="0"/>
                <w:color w:val="26343C"/>
                <w:sz w:val="16"/>
              </w:rPr>
              <w:t xml:space="preserve">  Abholen / Übergeben bei Betreuung</w:t>
            </w:r>
          </w:p>
        </w:tc>
      </w:tr>
      <w:tr>
        <w:tc>
          <w:tcPr>
            <w:tcW w:type="dxa" w:w="4961"/>
            <w:tcMar>
              <w:top w:w="70" w:type="dxa"/>
              <w:start w:w="75" w:type="dxa"/>
              <w:bottom w:w="73" w:type="dxa"/>
              <w:end w:w="60" w:type="dxa"/>
            </w:tcMar>
          </w:tcPr>
          <w:p>
            <w:pPr>
              <w:spacing w:before="0" w:after="0" w:line="269" w:lineRule="auto"/>
            </w:pPr>
            <w:sdt>
              <w:sdtPr>
                <w:alias w:val="Transport im Inland organisieren"/>
                <w:tag w:val="transport"/>
                <w:id w:val="2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color w:val="067E7D"/>
                    <w:rFonts w:ascii="DejaVu Sans" w:hAnsi="DejaVu Sans"/>
                    <w:sz w:val="18"/>
                  </w:rPr>
                  <w:t>☐</w:t>
                </w:r>
              </w:sdtContent>
            </w:sdt>
            <w:r>
              <w:rPr>
                <w:rFonts w:ascii="Aptos" w:hAnsi="Aptos" w:eastAsia="Aptos"/>
                <w:b w:val="0"/>
                <w:i w:val="0"/>
                <w:color w:val="26343C"/>
                <w:sz w:val="16"/>
              </w:rPr>
              <w:t xml:space="preserve">  Transport im Inland organisieren</w:t>
            </w:r>
          </w:p>
        </w:tc>
        <w:tc>
          <w:tcPr>
            <w:tcW w:type="dxa" w:w="4961"/>
            <w:tcMar>
              <w:top w:w="70" w:type="dxa"/>
              <w:start w:w="75" w:type="dxa"/>
              <w:bottom w:w="73" w:type="dxa"/>
              <w:end w:w="60" w:type="dxa"/>
            </w:tcMar>
          </w:tcPr>
          <w:p>
            <w:pPr>
              <w:spacing w:before="0" w:after="0" w:line="269" w:lineRule="auto"/>
            </w:pPr>
            <w:sdt>
              <w:sdtPr>
                <w:alias w:val="Tierarzttermine vereinbaren / begleiten"/>
                <w:tag w:val="termine"/>
                <w:id w:val="2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color w:val="067E7D"/>
                    <w:rFonts w:ascii="DejaVu Sans" w:hAnsi="DejaVu Sans"/>
                    <w:sz w:val="18"/>
                  </w:rPr>
                  <w:t>☐</w:t>
                </w:r>
              </w:sdtContent>
            </w:sdt>
            <w:r>
              <w:rPr>
                <w:rFonts w:ascii="Aptos" w:hAnsi="Aptos" w:eastAsia="Aptos"/>
                <w:b w:val="0"/>
                <w:i w:val="0"/>
                <w:color w:val="26343C"/>
                <w:sz w:val="16"/>
              </w:rPr>
              <w:t xml:space="preserve">  Tierarzttermine vereinbaren / begleiten</w:t>
            </w:r>
          </w:p>
        </w:tc>
      </w:tr>
      <w:tr>
        <w:tc>
          <w:tcPr>
            <w:tcW w:type="dxa" w:w="4961"/>
            <w:tcMar>
              <w:top w:w="70" w:type="dxa"/>
              <w:start w:w="75" w:type="dxa"/>
              <w:bottom w:w="73" w:type="dxa"/>
              <w:end w:w="60" w:type="dxa"/>
            </w:tcMar>
            <w:shd w:fill="F9FBFB"/>
          </w:tcPr>
          <w:p>
            <w:pPr>
              <w:spacing w:before="0" w:after="0" w:line="269" w:lineRule="auto"/>
            </w:pPr>
            <w:sdt>
              <w:sdtPr>
                <w:alias w:val="Untersuchungen und Routinebehandlungen beauftragen"/>
                <w:tag w:val="behandlung"/>
                <w:id w:val="2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color w:val="067E7D"/>
                    <w:rFonts w:ascii="DejaVu Sans" w:hAnsi="DejaVu Sans"/>
                    <w:sz w:val="18"/>
                  </w:rPr>
                  <w:t>☐</w:t>
                </w:r>
              </w:sdtContent>
            </w:sdt>
            <w:r>
              <w:rPr>
                <w:rFonts w:ascii="Aptos" w:hAnsi="Aptos" w:eastAsia="Aptos"/>
                <w:b w:val="0"/>
                <w:i w:val="0"/>
                <w:color w:val="26343C"/>
                <w:sz w:val="16"/>
              </w:rPr>
              <w:t xml:space="preserve">  Untersuchungen und Routinebehandlungen beauftragen</w:t>
            </w:r>
          </w:p>
        </w:tc>
        <w:tc>
          <w:tcPr>
            <w:tcW w:type="dxa" w:w="4961"/>
            <w:tcMar>
              <w:top w:w="70" w:type="dxa"/>
              <w:start w:w="75" w:type="dxa"/>
              <w:bottom w:w="73" w:type="dxa"/>
              <w:end w:w="60" w:type="dxa"/>
            </w:tcMar>
            <w:shd w:fill="F9FBFB"/>
          </w:tcPr>
          <w:p>
            <w:pPr>
              <w:spacing w:before="0" w:after="0" w:line="269" w:lineRule="auto"/>
            </w:pPr>
            <w:sdt>
              <w:sdtPr>
                <w:alias w:val="Dringende tierärztliche Notfallversorgung veranlassen"/>
                <w:tag w:val="notfall"/>
                <w:id w:val="2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color w:val="067E7D"/>
                    <w:rFonts w:ascii="DejaVu Sans" w:hAnsi="DejaVu Sans"/>
                    <w:sz w:val="18"/>
                  </w:rPr>
                  <w:t>☐</w:t>
                </w:r>
              </w:sdtContent>
            </w:sdt>
            <w:r>
              <w:rPr>
                <w:rFonts w:ascii="Aptos" w:hAnsi="Aptos" w:eastAsia="Aptos"/>
                <w:b w:val="0"/>
                <w:i w:val="0"/>
                <w:color w:val="26343C"/>
                <w:sz w:val="16"/>
              </w:rPr>
              <w:t xml:space="preserve">  Dringende tierärztliche Notfallversorgung veranlassen</w:t>
            </w:r>
          </w:p>
        </w:tc>
      </w:tr>
      <w:tr>
        <w:tc>
          <w:tcPr>
            <w:tcW w:type="dxa" w:w="4961"/>
            <w:tcMar>
              <w:top w:w="70" w:type="dxa"/>
              <w:start w:w="75" w:type="dxa"/>
              <w:bottom w:w="73" w:type="dxa"/>
              <w:end w:w="60" w:type="dxa"/>
            </w:tcMar>
          </w:tcPr>
          <w:p>
            <w:pPr>
              <w:spacing w:before="0" w:after="0" w:line="269" w:lineRule="auto"/>
            </w:pPr>
            <w:sdt>
              <w:sdtPr>
                <w:alias w:val="Tierärztliche Informationen zum Hund entgegennehmen"/>
                <w:tag w:val="informationen"/>
                <w:id w:val="2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color w:val="067E7D"/>
                    <w:rFonts w:ascii="DejaVu Sans" w:hAnsi="DejaVu Sans"/>
                    <w:sz w:val="18"/>
                  </w:rPr>
                  <w:t>☐</w:t>
                </w:r>
              </w:sdtContent>
            </w:sdt>
            <w:r>
              <w:rPr>
                <w:rFonts w:ascii="Aptos" w:hAnsi="Aptos" w:eastAsia="Aptos"/>
                <w:b w:val="0"/>
                <w:i w:val="0"/>
                <w:color w:val="26343C"/>
                <w:sz w:val="16"/>
              </w:rPr>
              <w:t xml:space="preserve">  Tierärztliche Informationen zum Hund entgegennehmen</w:t>
            </w:r>
          </w:p>
        </w:tc>
        <w:tc>
          <w:tcPr>
            <w:tcW w:type="dxa" w:w="4961"/>
            <w:tcMar>
              <w:top w:w="70" w:type="dxa"/>
              <w:start w:w="75" w:type="dxa"/>
              <w:bottom w:w="73" w:type="dxa"/>
              <w:end w:w="60" w:type="dxa"/>
            </w:tcMar>
          </w:tcPr>
          <w:p>
            <w:pPr>
              <w:spacing w:before="0" w:after="0" w:line="269" w:lineRule="auto"/>
            </w:pPr>
            <w:sdt>
              <w:sdtPr>
                <w:alias w:val="Angelegenheiten beim Fundbüro / Tierheim klären"/>
                <w:tag w:val="behoerde"/>
                <w:id w:val="2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color w:val="067E7D"/>
                    <w:rFonts w:ascii="DejaVu Sans" w:hAnsi="DejaVu Sans"/>
                    <w:sz w:val="18"/>
                  </w:rPr>
                  <w:t>☐</w:t>
                </w:r>
              </w:sdtContent>
            </w:sdt>
            <w:r>
              <w:rPr>
                <w:rFonts w:ascii="Aptos" w:hAnsi="Aptos" w:eastAsia="Aptos"/>
                <w:b w:val="0"/>
                <w:i w:val="0"/>
                <w:color w:val="26343C"/>
                <w:sz w:val="16"/>
              </w:rPr>
              <w:t xml:space="preserve">  Angelegenheiten beim Fundbüro / Tierheim klären</w:t>
            </w:r>
          </w:p>
        </w:tc>
      </w:tr>
    </w:tbl>
    <w:p>
      <w:pPr>
        <w:spacing w:after="0" w:before="0"/>
      </w:pPr>
      <w:r>
        <w:rPr>
          <w:sz w:val="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WEITERE AUSDRÜCKLICH ERLAUBTE HANDLUNGEN (OPTIONAL)</w:t>
            </w:r>
          </w:p>
          <w:p>
            <w:pPr>
              <w:spacing w:before="0" w:after="0" w:line="269" w:lineRule="auto"/>
            </w:pPr>
            <w:sdt>
              <w:sdtPr>
                <w:alias w:val="Weitere rechte"/>
                <w:tag w:val="weitere_rechte"/>
                <w:id w:val="2019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Nur wenn erforderlich ausfüllen</w:t>
                </w:r>
              </w:sdtContent>
            </w:sdt>
          </w:p>
        </w:tc>
      </w:tr>
    </w:tbl>
    <w:p>
      <w:pPr>
        <w:spacing w:after="0" w:before="0"/>
      </w:pPr>
      <w:r>
        <w:rPr>
          <w:sz w:val="1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"/>
        <w:gridCol w:w="8493"/>
        <w:gridCol w:w="964"/>
      </w:tblGrid>
      <w:tr>
        <w:trPr>
          <w:trHeight w:val="386" w:hRule="atLeast"/>
        </w:trPr>
        <w:tc>
          <w:tcPr>
            <w:tcW w:type="dxa" w:w="465"/>
            <w:shd w:fill="067E7D"/>
            <w:tcMar>
              <w:top w:w="80" w:type="dxa"/>
              <w:start w:w="70" w:type="dxa"/>
              <w:bottom w:w="50" w:type="dxa"/>
              <w:end w:w="6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/>
                <w:i w:val="0"/>
                <w:color w:val="FFFFFF"/>
                <w:sz w:val="16"/>
              </w:rPr>
              <w:t>04</w:t>
            </w:r>
          </w:p>
        </w:tc>
        <w:tc>
          <w:tcPr>
            <w:tcW w:type="dxa" w:w="8493"/>
            <w:tcMar>
              <w:top w:w="80" w:type="dxa"/>
              <w:start w:w="150" w:type="dxa"/>
              <w:bottom w:w="50" w:type="dxa"/>
              <w:end w:w="6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/>
                <w:i w:val="0"/>
                <w:color w:val="193344"/>
                <w:sz w:val="18"/>
              </w:rPr>
              <w:t>GELTUNG UND GRENZEN</w:t>
            </w:r>
          </w:p>
        </w:tc>
        <w:tc>
          <w:tcPr>
            <w:tcW w:type="dxa" w:w="964"/>
            <w:tcMar>
              <w:top w:w="80" w:type="dxa"/>
              <w:start w:w="30" w:type="dxa"/>
              <w:bottom w:w="50" w:type="dxa"/>
              <w:end w:w="5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6343C"/>
                <w:sz w:val="14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sz w:val="4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GÜLTIG AB</w:t>
            </w:r>
          </w:p>
          <w:p>
            <w:pPr>
              <w:spacing w:before="0" w:after="0" w:line="269" w:lineRule="auto"/>
            </w:pPr>
            <w:sdt>
              <w:sdtPr>
                <w:alias w:val="Von"/>
                <w:tag w:val="von"/>
                <w:id w:val="2020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TT.MM.JJJJ</w:t>
                </w:r>
              </w:sdtContent>
            </w:sdt>
          </w:p>
        </w:tc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GÜLTIG BIS</w:t>
            </w:r>
          </w:p>
          <w:p>
            <w:pPr>
              <w:spacing w:before="0" w:after="0" w:line="269" w:lineRule="auto"/>
            </w:pPr>
            <w:sdt>
              <w:sdtPr>
                <w:alias w:val="Bis"/>
                <w:tag w:val="bis"/>
                <w:id w:val="2021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TT.MM.JJJJ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KOSTENRAHMEN OHNE RÜCKSPRACHE, OPTIONAL</w:t>
            </w:r>
          </w:p>
          <w:p>
            <w:pPr>
              <w:spacing w:before="0" w:after="0" w:line="269" w:lineRule="auto"/>
            </w:pPr>
            <w:sdt>
              <w:sdtPr>
                <w:alias w:val="Limit"/>
                <w:tag w:val="limit"/>
                <w:id w:val="2022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Betrag in € je Maßnahme</w:t>
                </w:r>
              </w:sdtContent>
            </w:sdt>
          </w:p>
        </w:tc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BESONDERE EINSCHRÄNKUNGEN, OPTIONAL</w:t>
            </w:r>
          </w:p>
          <w:p>
            <w:pPr>
              <w:spacing w:before="0" w:after="0" w:line="269" w:lineRule="auto"/>
            </w:pPr>
            <w:sdt>
              <w:sdtPr>
                <w:alias w:val="Einschraenkung"/>
                <w:tag w:val="einschraenkung"/>
                <w:id w:val="2023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Hier eintragen</w:t>
                </w:r>
              </w:sdtContent>
            </w:sdt>
          </w:p>
        </w:tc>
      </w:tr>
    </w:tbl>
    <w:p>
      <w:pPr>
        <w:spacing w:after="0" w:before="0"/>
      </w:pPr>
      <w:r>
        <w:rPr>
          <w:sz w:val="10"/>
        </w:rPr>
        <w:t xml:space="preserve"> </w:t>
      </w:r>
    </w:p>
    <w:p>
      <w:pPr>
        <w:spacing w:after="120" w:line="266" w:lineRule="auto"/>
      </w:pPr>
      <w:r>
        <w:rPr>
          <w:rFonts w:ascii="Aptos" w:hAnsi="Aptos" w:eastAsia="Aptos"/>
          <w:b/>
          <w:i w:val="0"/>
          <w:color w:val="193344"/>
          <w:sz w:val="15"/>
        </w:rPr>
        <w:t xml:space="preserve">Grenzen: </w:t>
      </w:r>
      <w:r>
        <w:rPr>
          <w:rFonts w:ascii="Aptos" w:hAnsi="Aptos" w:eastAsia="Aptos"/>
          <w:b w:val="0"/>
          <w:i w:val="0"/>
          <w:color w:val="26343C"/>
          <w:sz w:val="15"/>
        </w:rPr>
        <w:t>Verkauf, Schenkung, dauerhafte Weitergabe, Halterwechsel und Auslandsreisen sind nicht umfasst. Planbare Operationen und Einschläferung sind nicht bevollmächtigt. Bei akuten Notfällen soll zunächst versucht werden, mich zu erreichen; unaufschiebbare tierschutzgerechte Maßnahmen bleiben unberührt.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ORT UND DATUM</w:t>
            </w:r>
          </w:p>
          <w:p>
            <w:pPr>
              <w:spacing w:before="0" w:after="0" w:line="269" w:lineRule="auto"/>
            </w:pPr>
            <w:sdt>
              <w:sdtPr>
                <w:alias w:val="Ort datum"/>
                <w:tag w:val="ort_datum"/>
                <w:id w:val="2024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Ort, TT.MM.JJJJ</w:t>
                </w:r>
              </w:sdtContent>
            </w:sdt>
          </w:p>
        </w:tc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UNTERSCHRIFT VOLLMACHTGEBER/IN</w:t>
            </w:r>
          </w:p>
          <w:p>
            <w:pPr>
              <w:spacing w:before="0" w:after="0" w:line="269" w:lineRule="auto"/>
            </w:pPr>
            <w:sdt>
              <w:sdtPr>
                <w:alias w:val="Unterschrift"/>
                <w:tag w:val="unterschrift"/>
                <w:id w:val="2025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Nach Ausdruck unterschreiben</w:t>
                </w:r>
              </w:sdtContent>
            </w:sdt>
          </w:p>
        </w:tc>
      </w:tr>
    </w:tbl>
    <w:p>
      <w:r>
        <w:br w:type="page"/>
      </w:r>
    </w:p>
    <w:p>
      <w:pPr>
        <w:spacing w:after="40"/>
      </w:pPr>
      <w:r>
        <w:rPr>
          <w:rFonts w:ascii="Aptos" w:hAnsi="Aptos" w:eastAsia="Aptos"/>
          <w:b/>
          <w:i w:val="0"/>
          <w:color w:val="067E7D"/>
          <w:sz w:val="14"/>
        </w:rPr>
        <w:t>OPTIONALES BEIBLATT  /  ALLTAG UND NOTFALL</w:t>
      </w:r>
    </w:p>
    <w:p>
      <w:pPr>
        <w:spacing w:after="60"/>
      </w:pPr>
      <w:r>
        <w:rPr>
          <w:rFonts w:ascii="Aptos" w:hAnsi="Aptos" w:eastAsia="Aptos"/>
          <w:b/>
          <w:i w:val="0"/>
          <w:color w:val="193344"/>
          <w:sz w:val="40"/>
        </w:rPr>
        <w:t>Betreuungs- &amp; Notfallpass</w:t>
      </w:r>
    </w:p>
    <w:p>
      <w:pPr>
        <w:spacing w:after="180"/>
      </w:pPr>
      <w:r>
        <w:rPr>
          <w:rFonts w:ascii="Aptos" w:hAnsi="Aptos" w:eastAsia="Aptos"/>
          <w:b w:val="0"/>
          <w:i w:val="0"/>
          <w:color w:val="697B83"/>
          <w:sz w:val="16"/>
        </w:rPr>
        <w:t>Ergänzung für die Betreuungsperson. Dieses Blatt erweitert die Vollmacht nicht.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shd w:fill="E9F4F1"/>
            <w:tcMar>
              <w:top w:w="110" w:type="dxa"/>
              <w:start w:w="150" w:type="dxa"/>
              <w:bottom w:w="120" w:type="dxa"/>
              <w:end w:w="180" w:type="dxa"/>
            </w:tcMar>
            <w:tcBorders>
              <w:start w:val="single" w:sz="21" w:color="067E7D"/>
            </w:tcBorders>
          </w:tcPr>
          <w:p>
            <w:pPr>
              <w:spacing w:before="0" w:after="0" w:line="286" w:lineRule="auto"/>
            </w:pPr>
            <w:r>
              <w:rPr>
                <w:rFonts w:ascii="Aptos" w:hAnsi="Aptos" w:eastAsia="Aptos"/>
                <w:b w:val="0"/>
                <w:i w:val="0"/>
                <w:color w:val="26343C"/>
                <w:sz w:val="16"/>
              </w:rPr>
              <w:t>Dieses Beiblatt enthält praktische Hinweise zur Versorgung des Hundes und kann der bevollmächtigten Person zusammen mit der Vollmacht übergeben werden.</w:t>
            </w:r>
          </w:p>
        </w:tc>
      </w:tr>
    </w:tbl>
    <w:p>
      <w:pPr>
        <w:spacing w:after="0" w:before="0"/>
      </w:pPr>
      <w:r>
        <w:rPr>
          <w:sz w:val="1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"/>
        <w:gridCol w:w="8493"/>
        <w:gridCol w:w="964"/>
      </w:tblGrid>
      <w:tr>
        <w:trPr>
          <w:trHeight w:val="386" w:hRule="atLeast"/>
        </w:trPr>
        <w:tc>
          <w:tcPr>
            <w:tcW w:type="dxa" w:w="465"/>
            <w:shd w:fill="067E7D"/>
            <w:tcMar>
              <w:top w:w="80" w:type="dxa"/>
              <w:start w:w="70" w:type="dxa"/>
              <w:bottom w:w="50" w:type="dxa"/>
              <w:end w:w="6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/>
                <w:i w:val="0"/>
                <w:color w:val="FFFFFF"/>
                <w:sz w:val="16"/>
              </w:rPr>
              <w:t>A</w:t>
            </w:r>
          </w:p>
        </w:tc>
        <w:tc>
          <w:tcPr>
            <w:tcW w:type="dxa" w:w="8493"/>
            <w:tcMar>
              <w:top w:w="80" w:type="dxa"/>
              <w:start w:w="150" w:type="dxa"/>
              <w:bottom w:w="50" w:type="dxa"/>
              <w:end w:w="6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/>
                <w:i w:val="0"/>
                <w:color w:val="193344"/>
                <w:sz w:val="18"/>
              </w:rPr>
              <w:t>ERREICHBARKEIT UND TIERARZT</w:t>
            </w:r>
          </w:p>
        </w:tc>
        <w:tc>
          <w:tcPr>
            <w:tcW w:type="dxa" w:w="964"/>
            <w:tcMar>
              <w:top w:w="80" w:type="dxa"/>
              <w:start w:w="30" w:type="dxa"/>
              <w:bottom w:w="50" w:type="dxa"/>
              <w:end w:w="5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6343C"/>
                <w:sz w:val="14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sz w:val="4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BEVORZUGTE TIERARZTPRAXIS / KLINIK</w:t>
            </w:r>
          </w:p>
          <w:p>
            <w:pPr>
              <w:spacing w:before="0" w:after="0" w:line="269" w:lineRule="auto"/>
            </w:pPr>
            <w:sdt>
              <w:sdtPr>
                <w:alias w:val="Praxis name"/>
                <w:tag w:val="praxis_name"/>
                <w:id w:val="2026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Praxis / Klinik</w:t>
                </w:r>
              </w:sdtContent>
            </w:sdt>
          </w:p>
        </w:tc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TELEFON TIERARZT / NOTDIENST</w:t>
            </w:r>
          </w:p>
          <w:p>
            <w:pPr>
              <w:spacing w:before="0" w:after="0" w:line="269" w:lineRule="auto"/>
            </w:pPr>
            <w:sdt>
              <w:sdtPr>
                <w:alias w:val="Praxis tel"/>
                <w:tag w:val="praxis_tel"/>
                <w:id w:val="2027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Telefonnummer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ALTERNATIVE KONTAKTPERSON</w:t>
            </w:r>
          </w:p>
          <w:p>
            <w:pPr>
              <w:spacing w:before="0" w:after="0" w:line="269" w:lineRule="auto"/>
            </w:pPr>
            <w:sdt>
              <w:sdtPr>
                <w:alias w:val="Kontakt name"/>
                <w:tag w:val="kontakt_name"/>
                <w:id w:val="2028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Vor- und Nachname</w:t>
                </w:r>
              </w:sdtContent>
            </w:sdt>
          </w:p>
        </w:tc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TELEFON ALTERNATIVE KONTAKTPERSON</w:t>
            </w:r>
          </w:p>
          <w:p>
            <w:pPr>
              <w:spacing w:before="0" w:after="0" w:line="269" w:lineRule="auto"/>
            </w:pPr>
            <w:sdt>
              <w:sdtPr>
                <w:alias w:val="Kontakt tel"/>
                <w:tag w:val="kontakt_tel"/>
                <w:id w:val="2029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Telefonnummer</w:t>
                </w:r>
              </w:sdtContent>
            </w:sdt>
          </w:p>
        </w:tc>
      </w:tr>
    </w:tbl>
    <w:p>
      <w:pPr>
        <w:spacing w:after="0" w:before="0"/>
      </w:pPr>
      <w:r>
        <w:rPr>
          <w:sz w:val="2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"/>
        <w:gridCol w:w="8493"/>
        <w:gridCol w:w="964"/>
      </w:tblGrid>
      <w:tr>
        <w:trPr>
          <w:trHeight w:val="386" w:hRule="atLeast"/>
        </w:trPr>
        <w:tc>
          <w:tcPr>
            <w:tcW w:type="dxa" w:w="465"/>
            <w:shd w:fill="067E7D"/>
            <w:tcMar>
              <w:top w:w="80" w:type="dxa"/>
              <w:start w:w="70" w:type="dxa"/>
              <w:bottom w:w="50" w:type="dxa"/>
              <w:end w:w="6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/>
                <w:i w:val="0"/>
                <w:color w:val="FFFFFF"/>
                <w:sz w:val="16"/>
              </w:rPr>
              <w:t>B</w:t>
            </w:r>
          </w:p>
        </w:tc>
        <w:tc>
          <w:tcPr>
            <w:tcW w:type="dxa" w:w="8493"/>
            <w:tcMar>
              <w:top w:w="80" w:type="dxa"/>
              <w:start w:w="150" w:type="dxa"/>
              <w:bottom w:w="50" w:type="dxa"/>
              <w:end w:w="6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/>
                <w:i w:val="0"/>
                <w:color w:val="193344"/>
                <w:sz w:val="18"/>
              </w:rPr>
              <w:t>VERSORGUNG UND BESONDERHEITEN</w:t>
            </w:r>
          </w:p>
        </w:tc>
        <w:tc>
          <w:tcPr>
            <w:tcW w:type="dxa" w:w="964"/>
            <w:tcMar>
              <w:top w:w="80" w:type="dxa"/>
              <w:start w:w="30" w:type="dxa"/>
              <w:bottom w:w="50" w:type="dxa"/>
              <w:end w:w="5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6343C"/>
                <w:sz w:val="14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sz w:val="4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FÜTTERUNG / MENGEN / UHRZEITEN</w:t>
            </w:r>
          </w:p>
          <w:p>
            <w:pPr>
              <w:spacing w:before="0" w:after="0" w:line="269" w:lineRule="auto"/>
            </w:pPr>
            <w:sdt>
              <w:sdtPr>
                <w:alias w:val="Futter"/>
                <w:tag w:val="futter"/>
                <w:id w:val="2030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Futter, Portionen und Zeiten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MEDIKAMENTE / DOSIERUNG NACH TIERÄRZTLICHER ANORDNUNG</w:t>
            </w:r>
          </w:p>
          <w:p>
            <w:pPr>
              <w:spacing w:before="0" w:after="0" w:line="269" w:lineRule="auto"/>
            </w:pPr>
            <w:sdt>
              <w:sdtPr>
                <w:alias w:val="Medikation"/>
                <w:tag w:val="medikation"/>
                <w:id w:val="2031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Präparat, Menge, Einnahmezeit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ALLERGIEN / ERKRANKUNGEN / UNVERTRÄGLICHKEITEN</w:t>
            </w:r>
          </w:p>
          <w:p>
            <w:pPr>
              <w:spacing w:before="0" w:after="0" w:line="269" w:lineRule="auto"/>
            </w:pPr>
            <w:sdt>
              <w:sdtPr>
                <w:alias w:val="Allergien"/>
                <w:tag w:val="allergien"/>
                <w:id w:val="2032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Relevante Hinweise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VERHALTEN / ÄNGSTE / LEINENPFLICHT / BESONDERHEITEN</w:t>
            </w:r>
          </w:p>
          <w:p>
            <w:pPr>
              <w:spacing w:before="0" w:after="0" w:line="269" w:lineRule="auto"/>
            </w:pPr>
            <w:sdt>
              <w:sdtPr>
                <w:alias w:val="Verhalten"/>
                <w:tag w:val="verhalten"/>
                <w:id w:val="2033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Wichtige Hinweise zur sicheren Betreuung</w:t>
                </w:r>
              </w:sdtContent>
            </w:sdt>
          </w:p>
        </w:tc>
      </w:tr>
    </w:tbl>
    <w:p>
      <w:pPr>
        <w:spacing w:after="0" w:before="0"/>
      </w:pPr>
      <w:r>
        <w:rPr>
          <w:sz w:val="1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"/>
        <w:gridCol w:w="8493"/>
        <w:gridCol w:w="964"/>
      </w:tblGrid>
      <w:tr>
        <w:trPr>
          <w:trHeight w:val="386" w:hRule="atLeast"/>
        </w:trPr>
        <w:tc>
          <w:tcPr>
            <w:tcW w:type="dxa" w:w="465"/>
            <w:shd w:fill="067E7D"/>
            <w:tcMar>
              <w:top w:w="80" w:type="dxa"/>
              <w:start w:w="70" w:type="dxa"/>
              <w:bottom w:w="50" w:type="dxa"/>
              <w:end w:w="6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/>
                <w:i w:val="0"/>
                <w:color w:val="FFFFFF"/>
                <w:sz w:val="16"/>
              </w:rPr>
              <w:t>C</w:t>
            </w:r>
          </w:p>
        </w:tc>
        <w:tc>
          <w:tcPr>
            <w:tcW w:type="dxa" w:w="8493"/>
            <w:tcMar>
              <w:top w:w="80" w:type="dxa"/>
              <w:start w:w="150" w:type="dxa"/>
              <w:bottom w:w="50" w:type="dxa"/>
              <w:end w:w="6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/>
                <w:i w:val="0"/>
                <w:color w:val="193344"/>
                <w:sz w:val="18"/>
              </w:rPr>
              <w:t>DOKUMENTE UND ÜBERGABE</w:t>
            </w:r>
          </w:p>
        </w:tc>
        <w:tc>
          <w:tcPr>
            <w:tcW w:type="dxa" w:w="964"/>
            <w:tcMar>
              <w:top w:w="80" w:type="dxa"/>
              <w:start w:w="30" w:type="dxa"/>
              <w:bottom w:w="50" w:type="dxa"/>
              <w:end w:w="5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697B83"/>
                <w:sz w:val="14"/>
              </w:rPr>
              <w:t>Checkliste</w:t>
            </w:r>
          </w:p>
        </w:tc>
      </w:tr>
    </w:tbl>
    <w:p>
      <w:pPr>
        <w:spacing w:after="0" w:before="0"/>
      </w:pPr>
      <w:r>
        <w:rPr>
          <w:sz w:val="4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tcMar>
              <w:top w:w="80" w:type="dxa"/>
              <w:start w:w="90" w:type="dxa"/>
              <w:bottom w:w="80" w:type="dxa"/>
              <w:end w:w="45" w:type="dxa"/>
            </w:tcMar>
            <w:shd w:fill="F9FBFB"/>
          </w:tcPr>
          <w:p>
            <w:pPr>
              <w:spacing w:before="0" w:after="0" w:line="269" w:lineRule="auto"/>
            </w:pPr>
            <w:sdt>
              <w:sdtPr>
                <w:alias w:val="EU-Heimtierausweis / Impfpass"/>
                <w:tag w:val="pass"/>
                <w:id w:val="2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color w:val="067E7D"/>
                    <w:rFonts w:ascii="DejaVu Sans" w:hAnsi="DejaVu Sans"/>
                    <w:sz w:val="18"/>
                  </w:rPr>
                  <w:t>☐</w:t>
                </w:r>
              </w:sdtContent>
            </w:sdt>
            <w:r>
              <w:rPr>
                <w:rFonts w:ascii="Aptos" w:hAnsi="Aptos" w:eastAsia="Aptos"/>
                <w:b w:val="0"/>
                <w:i w:val="0"/>
                <w:color w:val="26343C"/>
                <w:sz w:val="16"/>
              </w:rPr>
              <w:t xml:space="preserve">  EU-Heimtierausweis / Impfpass</w:t>
            </w:r>
          </w:p>
        </w:tc>
        <w:tc>
          <w:tcPr>
            <w:tcW w:type="dxa" w:w="4961"/>
            <w:tcMar>
              <w:top w:w="80" w:type="dxa"/>
              <w:start w:w="90" w:type="dxa"/>
              <w:bottom w:w="80" w:type="dxa"/>
              <w:end w:w="45" w:type="dxa"/>
            </w:tcMar>
            <w:shd w:fill="F9FBFB"/>
          </w:tcPr>
          <w:p>
            <w:pPr>
              <w:spacing w:before="0" w:after="0" w:line="269" w:lineRule="auto"/>
            </w:pPr>
            <w:sdt>
              <w:sdtPr>
                <w:alias w:val="Medikamente mitgegeben"/>
                <w:tag w:val="meds"/>
                <w:id w:val="2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color w:val="067E7D"/>
                    <w:rFonts w:ascii="DejaVu Sans" w:hAnsi="DejaVu Sans"/>
                    <w:sz w:val="18"/>
                  </w:rPr>
                  <w:t>☐</w:t>
                </w:r>
              </w:sdtContent>
            </w:sdt>
            <w:r>
              <w:rPr>
                <w:rFonts w:ascii="Aptos" w:hAnsi="Aptos" w:eastAsia="Aptos"/>
                <w:b w:val="0"/>
                <w:i w:val="0"/>
                <w:color w:val="26343C"/>
                <w:sz w:val="16"/>
              </w:rPr>
              <w:t xml:space="preserve">  Medikamente mitgegeben</w:t>
            </w:r>
          </w:p>
        </w:tc>
      </w:tr>
      <w:tr>
        <w:tc>
          <w:tcPr>
            <w:tcW w:type="dxa" w:w="4961"/>
            <w:tcMar>
              <w:top w:w="80" w:type="dxa"/>
              <w:start w:w="90" w:type="dxa"/>
              <w:bottom w:w="80" w:type="dxa"/>
              <w:end w:w="45" w:type="dxa"/>
            </w:tcMar>
          </w:tcPr>
          <w:p>
            <w:pPr>
              <w:spacing w:before="0" w:after="0" w:line="269" w:lineRule="auto"/>
            </w:pPr>
            <w:sdt>
              <w:sdtPr>
                <w:alias w:val="Leine / Geschirr / Zubehör"/>
                <w:tag w:val="geschirr"/>
                <w:id w:val="2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color w:val="067E7D"/>
                    <w:rFonts w:ascii="DejaVu Sans" w:hAnsi="DejaVu Sans"/>
                    <w:sz w:val="18"/>
                  </w:rPr>
                  <w:t>☐</w:t>
                </w:r>
              </w:sdtContent>
            </w:sdt>
            <w:r>
              <w:rPr>
                <w:rFonts w:ascii="Aptos" w:hAnsi="Aptos" w:eastAsia="Aptos"/>
                <w:b w:val="0"/>
                <w:i w:val="0"/>
                <w:color w:val="26343C"/>
                <w:sz w:val="16"/>
              </w:rPr>
              <w:t xml:space="preserve">  Leine / Geschirr / Zubehör</w:t>
            </w:r>
          </w:p>
        </w:tc>
        <w:tc>
          <w:tcPr>
            <w:tcW w:type="dxa" w:w="4961"/>
            <w:tcMar>
              <w:top w:w="80" w:type="dxa"/>
              <w:start w:w="90" w:type="dxa"/>
              <w:bottom w:w="80" w:type="dxa"/>
              <w:end w:w="45" w:type="dxa"/>
            </w:tcMar>
          </w:tcPr>
          <w:p>
            <w:pPr>
              <w:spacing w:before="0" w:after="0" w:line="269" w:lineRule="auto"/>
            </w:pPr>
            <w:sdt>
              <w:sdtPr>
                <w:alias w:val="Futter und Pflegehinweise"/>
                <w:tag w:val="futter_mit"/>
                <w:id w:val="2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color w:val="067E7D"/>
                    <w:rFonts w:ascii="DejaVu Sans" w:hAnsi="DejaVu Sans"/>
                    <w:sz w:val="18"/>
                  </w:rPr>
                  <w:t>☐</w:t>
                </w:r>
              </w:sdtContent>
            </w:sdt>
            <w:r>
              <w:rPr>
                <w:rFonts w:ascii="Aptos" w:hAnsi="Aptos" w:eastAsia="Aptos"/>
                <w:b w:val="0"/>
                <w:i w:val="0"/>
                <w:color w:val="26343C"/>
                <w:sz w:val="16"/>
              </w:rPr>
              <w:t xml:space="preserve">  Futter und Pflegehinweise</w:t>
            </w:r>
          </w:p>
        </w:tc>
      </w:tr>
      <w:tr>
        <w:tc>
          <w:tcPr>
            <w:tcW w:type="dxa" w:w="4961"/>
            <w:tcMar>
              <w:top w:w="80" w:type="dxa"/>
              <w:start w:w="90" w:type="dxa"/>
              <w:bottom w:w="80" w:type="dxa"/>
              <w:end w:w="45" w:type="dxa"/>
            </w:tcMar>
            <w:shd w:fill="F9FBFB"/>
          </w:tcPr>
          <w:p>
            <w:pPr>
              <w:spacing w:before="0" w:after="0" w:line="269" w:lineRule="auto"/>
            </w:pPr>
            <w:sdt>
              <w:sdtPr>
                <w:alias w:val="Notfallkontakte geprüft"/>
                <w:tag w:val="notruf"/>
                <w:id w:val="2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color w:val="067E7D"/>
                    <w:rFonts w:ascii="DejaVu Sans" w:hAnsi="DejaVu Sans"/>
                    <w:sz w:val="18"/>
                  </w:rPr>
                  <w:t>☐</w:t>
                </w:r>
              </w:sdtContent>
            </w:sdt>
            <w:r>
              <w:rPr>
                <w:rFonts w:ascii="Aptos" w:hAnsi="Aptos" w:eastAsia="Aptos"/>
                <w:b w:val="0"/>
                <w:i w:val="0"/>
                <w:color w:val="26343C"/>
                <w:sz w:val="16"/>
              </w:rPr>
              <w:t xml:space="preserve">  Notfallkontakte geprüft</w:t>
            </w:r>
          </w:p>
        </w:tc>
        <w:tc>
          <w:tcPr>
            <w:tcW w:type="dxa" w:w="4961"/>
            <w:tcMar>
              <w:top w:w="80" w:type="dxa"/>
              <w:start w:w="90" w:type="dxa"/>
              <w:bottom w:w="80" w:type="dxa"/>
              <w:end w:w="45" w:type="dxa"/>
            </w:tcMar>
            <w:shd w:fill="F9FBFB"/>
          </w:tcPr>
          <w:p>
            <w:pPr>
              <w:spacing w:before="0" w:after="0" w:line="269" w:lineRule="auto"/>
            </w:pPr>
            <w:sdt>
              <w:sdtPr>
                <w:alias w:val="Versicherungsdaten mitgegeben"/>
                <w:tag w:val="vers"/>
                <w:id w:val="2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color w:val="067E7D"/>
                    <w:rFonts w:ascii="DejaVu Sans" w:hAnsi="DejaVu Sans"/>
                    <w:sz w:val="18"/>
                  </w:rPr>
                  <w:t>☐</w:t>
                </w:r>
              </w:sdtContent>
            </w:sdt>
            <w:r>
              <w:rPr>
                <w:rFonts w:ascii="Aptos" w:hAnsi="Aptos" w:eastAsia="Aptos"/>
                <w:b w:val="0"/>
                <w:i w:val="0"/>
                <w:color w:val="26343C"/>
                <w:sz w:val="16"/>
              </w:rPr>
              <w:t xml:space="preserve">  Versicherungsdaten mitgegeben</w:t>
            </w:r>
          </w:p>
        </w:tc>
      </w:tr>
    </w:tbl>
    <w:p>
      <w:pPr>
        <w:spacing w:after="0" w:before="0"/>
      </w:pPr>
      <w:r>
        <w:rPr>
          <w:sz w:val="1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"/>
        <w:gridCol w:w="8493"/>
        <w:gridCol w:w="964"/>
      </w:tblGrid>
      <w:tr>
        <w:trPr>
          <w:trHeight w:val="386" w:hRule="atLeast"/>
        </w:trPr>
        <w:tc>
          <w:tcPr>
            <w:tcW w:type="dxa" w:w="465"/>
            <w:shd w:fill="067E7D"/>
            <w:tcMar>
              <w:top w:w="80" w:type="dxa"/>
              <w:start w:w="70" w:type="dxa"/>
              <w:bottom w:w="50" w:type="dxa"/>
              <w:end w:w="6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/>
                <w:i w:val="0"/>
                <w:color w:val="FFFFFF"/>
                <w:sz w:val="16"/>
              </w:rPr>
              <w:t>D</w:t>
            </w:r>
          </w:p>
        </w:tc>
        <w:tc>
          <w:tcPr>
            <w:tcW w:type="dxa" w:w="8493"/>
            <w:tcMar>
              <w:top w:w="80" w:type="dxa"/>
              <w:start w:w="150" w:type="dxa"/>
              <w:bottom w:w="50" w:type="dxa"/>
              <w:end w:w="6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/>
                <w:i w:val="0"/>
                <w:color w:val="193344"/>
                <w:sz w:val="18"/>
              </w:rPr>
              <w:t>DOKUMENTATION DER ÜBERGABE</w:t>
            </w:r>
          </w:p>
        </w:tc>
        <w:tc>
          <w:tcPr>
            <w:tcW w:type="dxa" w:w="964"/>
            <w:tcMar>
              <w:top w:w="80" w:type="dxa"/>
              <w:start w:w="30" w:type="dxa"/>
              <w:bottom w:w="50" w:type="dxa"/>
              <w:end w:w="50" w:type="dxa"/>
            </w:tcMar>
            <w:tcBorders>
              <w:bottom w:val="single" w:sz="8" w:color="D8E3E6"/>
            </w:tcBorders>
          </w:tcPr>
          <w:p>
            <w:pPr>
              <w:spacing w:before="0" w:after="0" w:line="269" w:lineRule="auto"/>
            </w:pPr>
            <w:r>
              <w:rPr>
                <w:rFonts w:ascii="Aptos" w:hAnsi="Aptos" w:eastAsia="Aptos"/>
                <w:b w:val="0"/>
                <w:i w:val="0"/>
                <w:color w:val="26343C"/>
                <w:sz w:val="14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sz w:val="4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ÜBERGEBEN AM / UM</w:t>
            </w:r>
          </w:p>
          <w:p>
            <w:pPr>
              <w:spacing w:before="0" w:after="0" w:line="269" w:lineRule="auto"/>
            </w:pPr>
            <w:sdt>
              <w:sdtPr>
                <w:alias w:val="Uebergeben am"/>
                <w:tag w:val="uebergeben_am"/>
                <w:id w:val="2040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Datum / Uhrzeit</w:t>
                </w:r>
              </w:sdtContent>
            </w:sdt>
          </w:p>
        </w:tc>
        <w:tc>
          <w:tcPr>
            <w:tcW w:type="dxa" w:w="496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RÜCKGABE VORGESEHEN AM</w:t>
            </w:r>
          </w:p>
          <w:p>
            <w:pPr>
              <w:spacing w:before="0" w:after="0" w:line="269" w:lineRule="auto"/>
            </w:pPr>
            <w:sdt>
              <w:sdtPr>
                <w:alias w:val="Rueckgabe am"/>
                <w:tag w:val="rueckgabe_am"/>
                <w:id w:val="2041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Datum / Uhrzeit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shd w:fill="F3F7F8"/>
            <w:tcMar>
              <w:top w:w="80" w:type="dxa"/>
              <w:start w:w="130" w:type="dxa"/>
              <w:bottom w:w="90" w:type="dxa"/>
              <w:end w:w="110" w:type="dxa"/>
            </w:tcMar>
            <w:tcBorders>
              <w:bottom w:val="single" w:sz="5" w:color="D8E3E6"/>
            </w:tcBorders>
            <w:vAlign w:val="center"/>
          </w:tcPr>
          <w:p>
            <w:pPr>
              <w:spacing w:before="0" w:after="40" w:line="269" w:lineRule="auto"/>
            </w:pPr>
            <w:r>
              <w:rPr>
                <w:rFonts w:ascii="Aptos" w:hAnsi="Aptos" w:eastAsia="Aptos"/>
                <w:b/>
                <w:i w:val="0"/>
                <w:color w:val="697B83"/>
                <w:sz w:val="13"/>
              </w:rPr>
              <w:t>WEITERE ABSPRACHEN / HINWEISE</w:t>
            </w:r>
          </w:p>
          <w:p>
            <w:pPr>
              <w:spacing w:before="0" w:after="0" w:line="269" w:lineRule="auto"/>
            </w:pPr>
            <w:sdt>
              <w:sdtPr>
                <w:alias w:val="Hinweise"/>
                <w:tag w:val="hinweise"/>
                <w:id w:val="2042"/>
                <w:text/>
                <w:showingPlcHdr/>
              </w:sdtPr>
              <w:sdtContent>
                <w:r>
                  <w:rPr>
                    <w:rFonts w:ascii="Aptos" w:hAnsi="Aptos"/>
                    <w:color w:val="697B83"/>
                    <w:sz w:val="17"/>
                  </w:rPr>
                  <w:t>Nur relevante Angaben ergänzen</w:t>
                </w:r>
              </w:sdtContent>
            </w:sdt>
          </w:p>
        </w:tc>
      </w:tr>
    </w:tbl>
    <w:p>
      <w:pPr>
        <w:spacing w:after="0" w:before="0"/>
      </w:pPr>
      <w:r>
        <w:rPr>
          <w:sz w:val="16"/>
        </w:rPr>
        <w:t xml:space="preserve"> </w:t>
      </w:r>
    </w:p>
    <w:p>
      <w:pPr>
        <w:spacing w:after="0"/>
      </w:pPr>
      <w:r>
        <w:rPr>
          <w:rFonts w:ascii="Aptos" w:hAnsi="Aptos" w:eastAsia="Aptos"/>
          <w:b/>
          <w:i w:val="0"/>
          <w:color w:val="067E7D"/>
          <w:sz w:val="15"/>
        </w:rPr>
        <w:t xml:space="preserve">Praxis-Tipp  </w:t>
      </w:r>
      <w:r>
        <w:rPr>
          <w:rFonts w:ascii="Aptos" w:hAnsi="Aptos" w:eastAsia="Aptos"/>
          <w:b w:val="0"/>
          <w:i w:val="0"/>
          <w:color w:val="697B83"/>
          <w:sz w:val="15"/>
        </w:rPr>
        <w:t>Notfallnummern zusätzlich im Mobiltelefon speichern. Der EU-Heimtierausweis und eine Vollmacht ersetzen bei Reisen keine gesetzlichen Einreise- oder Transportvoraussetzungen.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992" w:bottom="822" w:left="992" w:header="408" w:footer="4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 w:eastAsia="Aptos"/>
        <w:b w:val="0"/>
        <w:i w:val="0"/>
        <w:color w:val="697B83"/>
        <w:sz w:val="14"/>
      </w:rPr>
      <w:t xml:space="preserve">Vollmacht für einen Hund  |  Seite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ptos" w:hAnsi="Aptos" w:eastAsia="Aptos"/>
        <w:b/>
        <w:i w:val="0"/>
        <w:color w:val="067E7D"/>
        <w:sz w:val="15"/>
      </w:rPr>
      <w:t>V O L L M A C H T   /   H U N 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26343C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für meinen Hund | Word-Vorlage</dc:title>
  <dc:subject>Vollmacht zur Hundebetreuung und Vertretung</dc:subject>
  <dc:creator/>
  <cp:keywords>Vollmacht Hund, Hundebetreuung, Hundesitter, Tierarzt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