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X"/>
        <w:keepLines/>
        <w:spacing w:after="20"/>
      </w:pPr>
      <w:r>
        <w:rPr>
          <w:b/>
        </w:rPr>
        <w:t>Vollmacht für Großeltern</w:t>
      </w:r>
    </w:p>
    <w:p>
      <w:pPr>
        <w:pStyle w:val="SubtitleX"/>
        <w:keepLines/>
        <w:spacing w:after="140"/>
      </w:pPr>
      <w:r>
        <w:t>zur Betreuung eines Kindes · für Alltag, Schule/Kita und medizinische Situationen</w:t>
      </w:r>
    </w:p>
    <w:tbl>
      <w:tblPr>
        <w:tblW w:type="auto" w:w="0"/>
        <w:jc w:val="left"/>
        <w:tblLook w:firstColumn="1" w:firstRow="1" w:lastColumn="0" w:lastRow="0" w:noHBand="0" w:noVBand="1" w:val="04A0"/>
      </w:tblPr>
      <w:tblGrid>
        <w:gridCol w:w="10482"/>
      </w:tblGrid>
      <w:tr>
        <w:tc>
          <w:tcPr>
            <w:tcW w:type="dxa" w:w="10482"/>
            <w:shd w:fill="EAF4F1"/>
            <w:tcBorders>
              <w:top w:val="single" w:sz="5" w:color="5A9B8B"/>
              <w:left w:val="single" w:sz="5" w:color="5A9B8B"/>
              <w:bottom w:val="single" w:sz="5" w:color="5A9B8B"/>
              <w:right w:val="single" w:sz="5" w:color="5A9B8B"/>
            </w:tcBorders>
            <w:tcMar>
              <w:top w:w="115" w:type="dxa"/>
              <w:start w:w="135" w:type="dxa"/>
              <w:bottom w:w="105" w:type="dxa"/>
              <w:end w:w="135" w:type="dxa"/>
            </w:tcMar>
          </w:tcPr>
          <w:p>
            <w:pPr>
              <w:spacing w:after="40"/>
            </w:pPr>
            <w:r>
              <w:rPr>
                <w:b/>
                <w:color w:val="17324D"/>
                <w:sz w:val="18"/>
              </w:rPr>
              <w:t>Wofür diese Vorlage gedacht ist</w:t>
            </w:r>
          </w:p>
          <w:p>
            <w:pPr>
              <w:spacing w:after="0"/>
            </w:pPr>
            <w:r>
              <w:rPr>
                <w:color w:val="1F2933"/>
                <w:sz w:val="16"/>
              </w:rPr>
              <w:t>Mit dieser Vollmacht können Sorgeberechtigte festlegen, welche Aufgaben Großeltern während einer vorübergehenden oder regelmäßigen Betreuung übernehmen dürfen. Sie ersetzt keine Übertragung des Sorgerechts und kann von Einrichtungen oder Behörden durch eigene Formulare ergänzt werden.</w:t>
            </w:r>
          </w:p>
        </w:tc>
      </w:tr>
    </w:tbl>
    <w:p>
      <w:pPr>
        <w:keepLines/>
        <w:spacing w:after="20"/>
      </w:pPr>
    </w:p>
    <w:tbl>
      <w:tblPr>
        <w:tblW w:type="auto" w:w="0"/>
        <w:jc w:val="left"/>
        <w:tblLayout w:type="fixed"/>
        <w:tblLook w:firstColumn="1" w:firstRow="1" w:lastColumn="0" w:lastRow="0" w:noHBand="0" w:noVBand="1" w:val="04A0"/>
      </w:tblPr>
      <w:tblGrid>
        <w:gridCol w:w="482"/>
        <w:gridCol w:w="9184"/>
      </w:tblGrid>
      <w:tr>
        <w:tc>
          <w:tcPr>
            <w:tcW w:type="dxa" w:w="5241"/>
            <w:shd w:fill="2A7F7F"/>
            <w:tcBorders>
              <w:top w:val="nil"/>
              <w:left w:val="nil"/>
              <w:bottom w:val="nil"/>
              <w:right w:val="nil"/>
            </w:tcBorders>
            <w:tcMar>
              <w:top w:w="80" w:type="dxa"/>
              <w:start w:w="100" w:type="dxa"/>
              <w:bottom w:w="80" w:type="dxa"/>
              <w:end w:w="100" w:type="dxa"/>
            </w:tcMar>
          </w:tcPr>
          <w:p>
            <w:pPr>
              <w:jc w:val="center"/>
            </w:pPr>
            <w:r>
              <w:rPr>
                <w:b/>
                <w:color w:val="FFFFFF"/>
                <w:sz w:val="22"/>
              </w:rPr>
              <w:t>1</w:t>
            </w:r>
          </w:p>
        </w:tc>
        <w:tc>
          <w:tcPr>
            <w:tcW w:type="dxa" w:w="5241"/>
            <w:shd w:fill="F3F6F8"/>
            <w:tcBorders>
              <w:top w:val="nil"/>
              <w:left w:val="nil"/>
              <w:bottom w:val="nil"/>
              <w:right w:val="nil"/>
            </w:tcBorders>
            <w:tcMar>
              <w:top w:w="80" w:type="dxa"/>
              <w:start w:w="100" w:type="dxa"/>
              <w:bottom w:w="80" w:type="dxa"/>
              <w:end w:w="100" w:type="dxa"/>
            </w:tcMar>
          </w:tcPr>
          <w:p>
            <w:r>
              <w:rPr>
                <w:b/>
                <w:color w:val="17324D"/>
                <w:sz w:val="22"/>
              </w:rPr>
              <w:t>Angaben zum Kind</w:t>
            </w:r>
          </w:p>
          <w:p>
            <w:pPr>
              <w:spacing w:before="0" w:after="0"/>
            </w:pPr>
            <w:r>
              <w:rPr>
                <w:color w:val="5F6C78"/>
                <w:sz w:val="16"/>
              </w:rPr>
              <w:t>Das Kind eindeutig benennen, für das die Vollmacht gelten soll.</w:t>
            </w:r>
          </w:p>
        </w:tc>
      </w:tr>
    </w:tbl>
    <w:p>
      <w:pPr>
        <w:keepLines/>
        <w:spacing w:after="0"/>
      </w:pPr>
    </w:p>
    <w:tbl>
      <w:tblPr>
        <w:tblW w:type="auto" w:w="0"/>
        <w:jc w:val="left"/>
        <w:tblLayout w:type="fixed"/>
        <w:tblLook w:firstColumn="1" w:firstRow="1" w:lastColumn="0" w:lastRow="0" w:noHBand="0" w:noVBand="1" w:val="04A0"/>
      </w:tblPr>
      <w:tblGrid>
        <w:gridCol w:w="5159"/>
        <w:gridCol w:w="4479"/>
      </w:tblGrid>
      <w:tr>
        <w:trPr>
          <w:cantSplit/>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VOR- UND NACHNAME</w:t>
            </w:r>
          </w:p>
          <w:p>
            <w:pPr>
              <w:spacing w:after="0"/>
            </w:pPr>
            <w:r>
              <w:rPr>
                <w:i/>
                <w:color w:val="A0A8AF"/>
                <w:sz w:val="18"/>
              </w:rPr>
              <w:t>Hier eintragen</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GEBURTSDATUM</w:t>
            </w:r>
          </w:p>
          <w:p>
            <w:pPr>
              <w:spacing w:after="0"/>
            </w:pPr>
            <w:r>
              <w:rPr>
                <w:i/>
                <w:color w:val="A0A8AF"/>
                <w:sz w:val="18"/>
              </w:rPr>
              <w:t>TT.MM.JJJJ</w:t>
            </w:r>
          </w:p>
        </w:tc>
      </w:tr>
      <w:tr>
        <w:trPr>
          <w:cantSplit/>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ANSCHRIFT</w:t>
            </w:r>
          </w:p>
          <w:p>
            <w:pPr>
              <w:spacing w:after="0"/>
            </w:pPr>
            <w:r>
              <w:rPr>
                <w:i/>
                <w:color w:val="A0A8AF"/>
                <w:sz w:val="18"/>
              </w:rPr>
              <w:t>Straße, Hausnummer, PLZ, Ort</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GEBURTSORT</w:t>
            </w:r>
          </w:p>
          <w:p>
            <w:pPr>
              <w:spacing w:after="0"/>
            </w:pPr>
            <w:r>
              <w:rPr>
                <w:i/>
                <w:color w:val="A0A8AF"/>
                <w:sz w:val="18"/>
              </w:rPr>
              <w:t>Optional</w:t>
            </w:r>
          </w:p>
        </w:tc>
      </w:tr>
    </w:tbl>
    <w:p>
      <w:pPr>
        <w:keepLines/>
        <w:spacing w:after="40"/>
      </w:pPr>
    </w:p>
    <w:tbl>
      <w:tblPr>
        <w:tblW w:type="auto" w:w="0"/>
        <w:jc w:val="left"/>
        <w:tblLayout w:type="fixed"/>
        <w:tblLook w:firstColumn="1" w:firstRow="1" w:lastColumn="0" w:lastRow="0" w:noHBand="0" w:noVBand="1" w:val="04A0"/>
      </w:tblPr>
      <w:tblGrid>
        <w:gridCol w:w="482"/>
        <w:gridCol w:w="9184"/>
      </w:tblGrid>
      <w:tr>
        <w:tc>
          <w:tcPr>
            <w:tcW w:type="dxa" w:w="5241"/>
            <w:shd w:fill="2A7F7F"/>
            <w:tcBorders>
              <w:top w:val="nil"/>
              <w:left w:val="nil"/>
              <w:bottom w:val="nil"/>
              <w:right w:val="nil"/>
            </w:tcBorders>
            <w:tcMar>
              <w:top w:w="80" w:type="dxa"/>
              <w:start w:w="100" w:type="dxa"/>
              <w:bottom w:w="80" w:type="dxa"/>
              <w:end w:w="100" w:type="dxa"/>
            </w:tcMar>
          </w:tcPr>
          <w:p>
            <w:pPr>
              <w:jc w:val="center"/>
            </w:pPr>
            <w:r>
              <w:rPr>
                <w:b/>
                <w:color w:val="FFFFFF"/>
                <w:sz w:val="22"/>
              </w:rPr>
              <w:t>2</w:t>
            </w:r>
          </w:p>
        </w:tc>
        <w:tc>
          <w:tcPr>
            <w:tcW w:type="dxa" w:w="5241"/>
            <w:shd w:fill="F3F6F8"/>
            <w:tcBorders>
              <w:top w:val="nil"/>
              <w:left w:val="nil"/>
              <w:bottom w:val="nil"/>
              <w:right w:val="nil"/>
            </w:tcBorders>
            <w:tcMar>
              <w:top w:w="80" w:type="dxa"/>
              <w:start w:w="100" w:type="dxa"/>
              <w:bottom w:w="80" w:type="dxa"/>
              <w:end w:w="100" w:type="dxa"/>
            </w:tcMar>
          </w:tcPr>
          <w:p>
            <w:r>
              <w:rPr>
                <w:b/>
                <w:color w:val="17324D"/>
                <w:sz w:val="22"/>
              </w:rPr>
              <w:t>Sorgeberechtigte Personen</w:t>
            </w:r>
          </w:p>
          <w:p>
            <w:pPr>
              <w:spacing w:before="0" w:after="0"/>
            </w:pPr>
            <w:r>
              <w:rPr>
                <w:color w:val="5F6C78"/>
                <w:sz w:val="16"/>
              </w:rPr>
              <w:t>Bei gemeinsamer Sorge sollten grundsätzlich beide Sorgeberechtigten unterschreiben.</w:t>
            </w:r>
          </w:p>
        </w:tc>
      </w:tr>
    </w:tbl>
    <w:p>
      <w:pPr>
        <w:keepLines/>
        <w:spacing w:after="0"/>
      </w:pPr>
    </w:p>
    <w:tbl>
      <w:tblPr>
        <w:tblW w:type="auto" w:w="0"/>
        <w:jc w:val="left"/>
        <w:tblLayout w:type="fixed"/>
        <w:tblLook w:firstColumn="1" w:firstRow="1" w:lastColumn="0" w:lastRow="0" w:noHBand="0" w:noVBand="1" w:val="04A0"/>
      </w:tblPr>
      <w:tblGrid>
        <w:gridCol w:w="5159"/>
        <w:gridCol w:w="4479"/>
      </w:tblGrid>
      <w:tr>
        <w:trPr>
          <w:cantSplit/>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SORGEBERECHTIGTE PERSON 1</w:t>
            </w:r>
          </w:p>
          <w:p>
            <w:pPr>
              <w:spacing w:after="0"/>
            </w:pPr>
            <w:r>
              <w:rPr>
                <w:i/>
                <w:color w:val="A0A8AF"/>
                <w:sz w:val="18"/>
              </w:rPr>
              <w:t>Vor- und Nachname</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TELEFON</w:t>
            </w:r>
          </w:p>
          <w:p>
            <w:pPr>
              <w:spacing w:after="0"/>
            </w:pPr>
            <w:r>
              <w:rPr>
                <w:i/>
                <w:color w:val="A0A8AF"/>
                <w:sz w:val="18"/>
              </w:rPr>
              <w:t>Mobil / tagsüber erreichbar</w:t>
            </w:r>
          </w:p>
        </w:tc>
      </w:tr>
      <w:tr>
        <w:trPr>
          <w:cantSplit/>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ANSCHRIFT</w:t>
            </w:r>
          </w:p>
          <w:p>
            <w:pPr>
              <w:spacing w:after="0"/>
            </w:pPr>
            <w:r>
              <w:rPr>
                <w:i/>
                <w:color w:val="A0A8AF"/>
                <w:sz w:val="18"/>
              </w:rPr>
              <w:t>Straße, Hausnummer, PLZ, Ort</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E-MAIL</w:t>
            </w:r>
          </w:p>
          <w:p>
            <w:pPr>
              <w:spacing w:after="0"/>
            </w:pPr>
            <w:r>
              <w:rPr>
                <w:i/>
                <w:color w:val="A0A8AF"/>
                <w:sz w:val="18"/>
              </w:rPr>
              <w:t>Optional</w:t>
            </w:r>
          </w:p>
        </w:tc>
      </w:tr>
      <w:tr>
        <w:trPr>
          <w:cantSplit/>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SORGEBERECHTIGTE PERSON 2</w:t>
            </w:r>
          </w:p>
          <w:p>
            <w:pPr>
              <w:spacing w:after="0"/>
            </w:pPr>
            <w:r>
              <w:rPr>
                <w:i/>
                <w:color w:val="A0A8AF"/>
                <w:sz w:val="18"/>
              </w:rPr>
              <w:t>Vor- und Nachname · falls zutreffend</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TELEFON</w:t>
            </w:r>
          </w:p>
          <w:p>
            <w:pPr>
              <w:spacing w:after="0"/>
            </w:pPr>
            <w:r>
              <w:rPr>
                <w:i/>
                <w:color w:val="A0A8AF"/>
                <w:sz w:val="18"/>
              </w:rPr>
              <w:t>Mobil / tagsüber erreichbar</w:t>
            </w:r>
          </w:p>
        </w:tc>
      </w:tr>
      <w:tr>
        <w:trPr>
          <w:cantSplit/>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ANSCHRIFT</w:t>
            </w:r>
          </w:p>
          <w:p>
            <w:pPr>
              <w:spacing w:after="0"/>
            </w:pPr>
            <w:r>
              <w:rPr>
                <w:i/>
                <w:color w:val="A0A8AF"/>
                <w:sz w:val="18"/>
              </w:rPr>
              <w:t>Straße, Hausnummer, PLZ, Ort</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E-MAIL</w:t>
            </w:r>
          </w:p>
          <w:p>
            <w:pPr>
              <w:spacing w:after="0"/>
            </w:pPr>
            <w:r>
              <w:rPr>
                <w:i/>
                <w:color w:val="A0A8AF"/>
                <w:sz w:val="18"/>
              </w:rPr>
              <w:t>Optional</w:t>
            </w:r>
          </w:p>
        </w:tc>
      </w:tr>
    </w:tbl>
    <w:tbl>
      <w:tblPr>
        <w:tblW w:type="auto" w:w="0"/>
        <w:jc w:val="left"/>
        <w:tblLayout w:type="fixed"/>
        <w:tblLook w:firstColumn="1" w:firstRow="1" w:lastColumn="0" w:lastRow="0" w:noHBand="0" w:noVBand="1" w:val="04A0"/>
      </w:tblPr>
      <w:tblGrid>
        <w:gridCol w:w="5241"/>
        <w:gridCol w:w="5241"/>
      </w:tblGrid>
      <w:tr>
        <w:trPr>
          <w:cantSplit/>
        </w:trPr>
        <w:tc>
          <w:tcPr>
            <w:tcW w:type="dxa" w:w="5241"/>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Gemeinsame Sorge</w:t>
            </w:r>
          </w:p>
        </w:tc>
        <w:tc>
          <w:tcPr>
            <w:tcW w:type="dxa" w:w="5241"/>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Alleinsorge eines Elternteils / Sorgeberechtigten</w:t>
            </w:r>
          </w:p>
        </w:tc>
      </w:tr>
    </w:tbl>
    <w:p>
      <w:pPr>
        <w:keepLines/>
        <w:spacing w:after="40"/>
      </w:pPr>
    </w:p>
    <w:tbl>
      <w:tblPr>
        <w:tblW w:type="auto" w:w="0"/>
        <w:jc w:val="left"/>
        <w:tblLayout w:type="fixed"/>
        <w:tblLook w:firstColumn="1" w:firstRow="1" w:lastColumn="0" w:lastRow="0" w:noHBand="0" w:noVBand="1" w:val="04A0"/>
      </w:tblPr>
      <w:tblGrid>
        <w:gridCol w:w="482"/>
        <w:gridCol w:w="9184"/>
      </w:tblGrid>
      <w:tr>
        <w:tc>
          <w:tcPr>
            <w:tcW w:type="dxa" w:w="5241"/>
            <w:shd w:fill="2A7F7F"/>
            <w:tcBorders>
              <w:top w:val="nil"/>
              <w:left w:val="nil"/>
              <w:bottom w:val="nil"/>
              <w:right w:val="nil"/>
            </w:tcBorders>
            <w:tcMar>
              <w:top w:w="80" w:type="dxa"/>
              <w:start w:w="100" w:type="dxa"/>
              <w:bottom w:w="80" w:type="dxa"/>
              <w:end w:w="100" w:type="dxa"/>
            </w:tcMar>
          </w:tcPr>
          <w:p>
            <w:pPr>
              <w:jc w:val="center"/>
            </w:pPr>
            <w:r>
              <w:rPr>
                <w:b/>
                <w:color w:val="FFFFFF"/>
                <w:sz w:val="22"/>
              </w:rPr>
              <w:t>3</w:t>
            </w:r>
          </w:p>
        </w:tc>
        <w:tc>
          <w:tcPr>
            <w:tcW w:type="dxa" w:w="5241"/>
            <w:shd w:fill="F3F6F8"/>
            <w:tcBorders>
              <w:top w:val="nil"/>
              <w:left w:val="nil"/>
              <w:bottom w:val="nil"/>
              <w:right w:val="nil"/>
            </w:tcBorders>
            <w:tcMar>
              <w:top w:w="80" w:type="dxa"/>
              <w:start w:w="100" w:type="dxa"/>
              <w:bottom w:w="80" w:type="dxa"/>
              <w:end w:w="100" w:type="dxa"/>
            </w:tcMar>
          </w:tcPr>
          <w:p>
            <w:r>
              <w:rPr>
                <w:b/>
                <w:color w:val="17324D"/>
                <w:sz w:val="22"/>
              </w:rPr>
              <w:t>Bevollmächtigte Großeltern</w:t>
            </w:r>
          </w:p>
          <w:p>
            <w:pPr>
              <w:spacing w:before="0" w:after="0"/>
            </w:pPr>
            <w:r>
              <w:rPr>
                <w:color w:val="5F6C78"/>
                <w:sz w:val="16"/>
              </w:rPr>
              <w:t>Eine oder zwei Personen können benannt werden. Nicht benötigte Felder bleiben frei.</w:t>
            </w:r>
          </w:p>
        </w:tc>
      </w:tr>
    </w:tbl>
    <w:p>
      <w:pPr>
        <w:keepLines/>
        <w:spacing w:after="0"/>
      </w:pPr>
    </w:p>
    <w:tbl>
      <w:tblPr>
        <w:tblW w:type="auto" w:w="0"/>
        <w:jc w:val="left"/>
        <w:tblLayout w:type="fixed"/>
        <w:tblLook w:firstColumn="1" w:firstRow="1" w:lastColumn="0" w:lastRow="0" w:noHBand="0" w:noVBand="1" w:val="04A0"/>
      </w:tblPr>
      <w:tblGrid>
        <w:gridCol w:w="5159"/>
        <w:gridCol w:w="4479"/>
      </w:tblGrid>
      <w:tr>
        <w:trPr>
          <w:cantSplit/>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GROSSELTERNTEIL 1</w:t>
            </w:r>
          </w:p>
          <w:p>
            <w:pPr>
              <w:spacing w:after="0"/>
            </w:pPr>
            <w:r>
              <w:rPr>
                <w:i/>
                <w:color w:val="A0A8AF"/>
                <w:sz w:val="18"/>
              </w:rPr>
              <w:t>Vor- und Nachname</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BEZIEHUNG ZUM KIND</w:t>
            </w:r>
          </w:p>
          <w:p>
            <w:pPr>
              <w:spacing w:after="0"/>
            </w:pPr>
            <w:r>
              <w:rPr>
                <w:i/>
                <w:color w:val="A0A8AF"/>
                <w:sz w:val="18"/>
              </w:rPr>
              <w:t>z. B. Großmutter / Großvater</w:t>
            </w:r>
          </w:p>
        </w:tc>
      </w:tr>
      <w:tr>
        <w:trPr>
          <w:cantSplit/>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GEBURTSDATUM</w:t>
            </w:r>
          </w:p>
          <w:p>
            <w:pPr>
              <w:spacing w:after="0"/>
            </w:pPr>
            <w:r>
              <w:rPr>
                <w:i/>
                <w:color w:val="A0A8AF"/>
                <w:sz w:val="18"/>
              </w:rPr>
              <w:t>TT.MM.JJJJ</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TELEFON</w:t>
            </w:r>
          </w:p>
          <w:p>
            <w:pPr>
              <w:spacing w:after="0"/>
            </w:pPr>
            <w:r>
              <w:rPr>
                <w:i/>
                <w:color w:val="A0A8AF"/>
                <w:sz w:val="18"/>
              </w:rPr>
              <w:t>Mobil</w:t>
            </w:r>
          </w:p>
        </w:tc>
      </w:tr>
      <w:tr>
        <w:trPr>
          <w:cantSplit/>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ANSCHRIFT</w:t>
            </w:r>
          </w:p>
          <w:p>
            <w:pPr>
              <w:spacing w:after="0"/>
            </w:pPr>
            <w:r>
              <w:rPr>
                <w:i/>
                <w:color w:val="A0A8AF"/>
                <w:sz w:val="18"/>
              </w:rPr>
              <w:t>Straße, Hausnummer, PLZ, Ort</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AUSWEIS / DOKUMENT</w:t>
            </w:r>
          </w:p>
          <w:p>
            <w:pPr>
              <w:spacing w:after="0"/>
            </w:pPr>
            <w:r>
              <w:rPr>
                <w:i/>
                <w:color w:val="A0A8AF"/>
                <w:sz w:val="18"/>
              </w:rPr>
              <w:t>Optional: Art und letzte 4 Zeichen</w:t>
            </w:r>
          </w:p>
        </w:tc>
      </w:tr>
      <w:tr>
        <w:trPr>
          <w:cantSplit/>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GROSSELTERNTEIL 2</w:t>
            </w:r>
          </w:p>
          <w:p>
            <w:pPr>
              <w:spacing w:after="0"/>
            </w:pPr>
            <w:r>
              <w:rPr>
                <w:i/>
                <w:color w:val="A0A8AF"/>
                <w:sz w:val="18"/>
              </w:rPr>
              <w:t>Vor- und Nachname · optional</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BEZIEHUNG ZUM KIND</w:t>
            </w:r>
          </w:p>
          <w:p>
            <w:pPr>
              <w:spacing w:after="0"/>
            </w:pPr>
            <w:r>
              <w:rPr>
                <w:i/>
                <w:color w:val="A0A8AF"/>
                <w:sz w:val="18"/>
              </w:rPr>
              <w:t>z. B. Großmutter / Großvater</w:t>
            </w:r>
          </w:p>
        </w:tc>
      </w:tr>
      <w:tr>
        <w:trPr>
          <w:cantSplit/>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GEBURTSDATUM</w:t>
            </w:r>
          </w:p>
          <w:p>
            <w:pPr>
              <w:spacing w:after="0"/>
            </w:pPr>
            <w:r>
              <w:rPr>
                <w:i/>
                <w:color w:val="A0A8AF"/>
                <w:sz w:val="18"/>
              </w:rPr>
              <w:t>TT.MM.JJJJ</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TELEFON</w:t>
            </w:r>
          </w:p>
          <w:p>
            <w:pPr>
              <w:spacing w:after="0"/>
            </w:pPr>
            <w:r>
              <w:rPr>
                <w:i/>
                <w:color w:val="A0A8AF"/>
                <w:sz w:val="18"/>
              </w:rPr>
              <w:t>Mobil</w:t>
            </w:r>
          </w:p>
        </w:tc>
      </w:tr>
      <w:tr>
        <w:trPr>
          <w:cantSplit/>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ANSCHRIFT</w:t>
            </w:r>
          </w:p>
          <w:p>
            <w:pPr>
              <w:spacing w:after="0"/>
            </w:pPr>
            <w:r>
              <w:rPr>
                <w:i/>
                <w:color w:val="A0A8AF"/>
                <w:sz w:val="18"/>
              </w:rPr>
              <w:t>Straße, Hausnummer, PLZ, Ort</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AUSWEIS / DOKUMENT</w:t>
            </w:r>
          </w:p>
          <w:p>
            <w:pPr>
              <w:spacing w:after="0"/>
            </w:pPr>
            <w:r>
              <w:rPr>
                <w:i/>
                <w:color w:val="A0A8AF"/>
                <w:sz w:val="18"/>
              </w:rPr>
              <w:t>Optional: Art und letzte 4 Zeichen</w:t>
            </w:r>
          </w:p>
        </w:tc>
      </w:tr>
    </w:tbl>
    <w:p>
      <w:pPr>
        <w:keepLines/>
        <w:pageBreakBefore/>
      </w:pPr>
      <w:r>
        <w:br/>
      </w:r>
    </w:p>
    <w:tbl>
      <w:tblPr>
        <w:tblW w:type="auto" w:w="0"/>
        <w:jc w:val="left"/>
        <w:tblLayout w:type="fixed"/>
        <w:tblLook w:firstColumn="1" w:firstRow="1" w:lastColumn="0" w:lastRow="0" w:noHBand="0" w:noVBand="1" w:val="04A0"/>
      </w:tblPr>
      <w:tblGrid>
        <w:gridCol w:w="482"/>
        <w:gridCol w:w="9184"/>
      </w:tblGrid>
      <w:tr>
        <w:tc>
          <w:tcPr>
            <w:tcW w:type="dxa" w:w="5241"/>
            <w:shd w:fill="2A7F7F"/>
            <w:tcBorders>
              <w:top w:val="nil"/>
              <w:left w:val="nil"/>
              <w:bottom w:val="nil"/>
              <w:right w:val="nil"/>
            </w:tcBorders>
            <w:tcMar>
              <w:top w:w="80" w:type="dxa"/>
              <w:start w:w="100" w:type="dxa"/>
              <w:bottom w:w="80" w:type="dxa"/>
              <w:end w:w="100" w:type="dxa"/>
            </w:tcMar>
          </w:tcPr>
          <w:p>
            <w:pPr>
              <w:jc w:val="center"/>
            </w:pPr>
            <w:r>
              <w:rPr>
                <w:b/>
                <w:color w:val="FFFFFF"/>
                <w:sz w:val="22"/>
              </w:rPr>
              <w:t>4</w:t>
            </w:r>
          </w:p>
        </w:tc>
        <w:tc>
          <w:tcPr>
            <w:tcW w:type="dxa" w:w="5241"/>
            <w:shd w:fill="F3F6F8"/>
            <w:tcBorders>
              <w:top w:val="nil"/>
              <w:left w:val="nil"/>
              <w:bottom w:val="nil"/>
              <w:right w:val="nil"/>
            </w:tcBorders>
            <w:tcMar>
              <w:top w:w="80" w:type="dxa"/>
              <w:start w:w="100" w:type="dxa"/>
              <w:bottom w:w="80" w:type="dxa"/>
              <w:end w:w="100" w:type="dxa"/>
            </w:tcMar>
          </w:tcPr>
          <w:p>
            <w:r>
              <w:rPr>
                <w:b/>
                <w:color w:val="17324D"/>
                <w:sz w:val="22"/>
              </w:rPr>
              <w:t>Geltungszeitraum</w:t>
            </w:r>
          </w:p>
          <w:p>
            <w:pPr>
              <w:spacing w:before="0" w:after="0"/>
            </w:pPr>
            <w:r>
              <w:rPr>
                <w:color w:val="5F6C78"/>
                <w:sz w:val="16"/>
              </w:rPr>
              <w:t>Den Umfang zeitlich klar begrenzen oder eine fortlaufende Betreuung bis zum Widerruf wählen.</w:t>
            </w:r>
          </w:p>
        </w:tc>
      </w:tr>
    </w:tbl>
    <w:p>
      <w:pPr>
        <w:keepLines/>
        <w:spacing w:after="0"/>
      </w:pPr>
    </w:p>
    <w:tbl>
      <w:tblPr>
        <w:tblW w:type="auto" w:w="0"/>
        <w:jc w:val="left"/>
        <w:tblLayout w:type="fixed"/>
        <w:tblLook w:firstColumn="1" w:firstRow="1" w:lastColumn="0" w:lastRow="0" w:noHBand="0" w:noVBand="1" w:val="04A0"/>
      </w:tblPr>
      <w:tblGrid>
        <w:gridCol w:w="10482"/>
      </w:tblGrid>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Gültig vom __________________ bis __________________</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Gültig für folgende Betreuung / Termine: ______________________________________________</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Gültig bis auf Widerruf; ein Widerruf ist jederzeit möglich.</w:t>
            </w:r>
          </w:p>
        </w:tc>
      </w:tr>
    </w:tbl>
    <w:p>
      <w:pPr>
        <w:keepLines/>
        <w:spacing w:after="40"/>
      </w:pPr>
    </w:p>
    <w:tbl>
      <w:tblPr>
        <w:tblW w:type="auto" w:w="0"/>
        <w:jc w:val="left"/>
        <w:tblLayout w:type="fixed"/>
        <w:tblLook w:firstColumn="1" w:firstRow="1" w:lastColumn="0" w:lastRow="0" w:noHBand="0" w:noVBand="1" w:val="04A0"/>
      </w:tblPr>
      <w:tblGrid>
        <w:gridCol w:w="482"/>
        <w:gridCol w:w="9184"/>
      </w:tblGrid>
      <w:tr>
        <w:tc>
          <w:tcPr>
            <w:tcW w:type="dxa" w:w="5241"/>
            <w:shd w:fill="2A7F7F"/>
            <w:tcBorders>
              <w:top w:val="nil"/>
              <w:left w:val="nil"/>
              <w:bottom w:val="nil"/>
              <w:right w:val="nil"/>
            </w:tcBorders>
            <w:tcMar>
              <w:top w:w="80" w:type="dxa"/>
              <w:start w:w="100" w:type="dxa"/>
              <w:bottom w:w="80" w:type="dxa"/>
              <w:end w:w="100" w:type="dxa"/>
            </w:tcMar>
          </w:tcPr>
          <w:p>
            <w:pPr>
              <w:jc w:val="center"/>
            </w:pPr>
            <w:r>
              <w:rPr>
                <w:b/>
                <w:color w:val="FFFFFF"/>
                <w:sz w:val="22"/>
              </w:rPr>
              <w:t>5</w:t>
            </w:r>
          </w:p>
        </w:tc>
        <w:tc>
          <w:tcPr>
            <w:tcW w:type="dxa" w:w="5241"/>
            <w:shd w:fill="F3F6F8"/>
            <w:tcBorders>
              <w:top w:val="nil"/>
              <w:left w:val="nil"/>
              <w:bottom w:val="nil"/>
              <w:right w:val="nil"/>
            </w:tcBorders>
            <w:tcMar>
              <w:top w:w="80" w:type="dxa"/>
              <w:start w:w="100" w:type="dxa"/>
              <w:bottom w:w="80" w:type="dxa"/>
              <w:end w:w="100" w:type="dxa"/>
            </w:tcMar>
          </w:tcPr>
          <w:p>
            <w:r>
              <w:rPr>
                <w:b/>
                <w:color w:val="17324D"/>
                <w:sz w:val="22"/>
              </w:rPr>
              <w:t>Umfang der Vollmacht</w:t>
            </w:r>
          </w:p>
          <w:p>
            <w:pPr>
              <w:spacing w:before="0" w:after="0"/>
            </w:pPr>
            <w:r>
              <w:rPr>
                <w:color w:val="5F6C78"/>
                <w:sz w:val="16"/>
              </w:rPr>
              <w:t>Nur die Bereiche ankreuzen, die tatsächlich übertragen werden sollen.</w:t>
            </w:r>
          </w:p>
        </w:tc>
      </w:tr>
    </w:tbl>
    <w:p>
      <w:pPr>
        <w:keepLines/>
        <w:spacing w:after="0"/>
      </w:pPr>
    </w:p>
    <w:tbl>
      <w:tblPr>
        <w:tblW w:type="auto" w:w="0"/>
        <w:jc w:val="left"/>
        <w:tblLayout w:type="fixed"/>
        <w:tblLook w:firstColumn="1" w:firstRow="1" w:lastColumn="0" w:lastRow="0" w:noHBand="0" w:noVBand="1" w:val="04A0"/>
      </w:tblPr>
      <w:tblGrid>
        <w:gridCol w:w="10482"/>
      </w:tblGrid>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Alltägliche Betreuung, Beaufsichtigung und Organisation des Tagesablaufs.</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Abholung und Bringen zu Kita, Schule, Hort oder vergleichbaren Einrichtungen.</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Kommunikation mit Kita/Schule zu organisatorischen und alltäglichen Angelegenheiten.</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Begleitung zu Arzt-, Zahnarzt- oder Therapieterminen.</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Entgegennahme behandlungsbezogener Informationen, soweit dies für die Betreuung erforderlich und rechtlich zulässig ist.</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Einwilligung in unaufschiebbare medizinische Maßnahmen im Notfall, wenn die Sorgeberechtigten nicht rechtzeitig erreichbar sind und dies rechtlich zulässig ist.</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Verabreichung von Medikamenten ausschließlich nach schriftlicher Anweisung der Sorgeberechtigten bzw. ärztlicher Vorgabe.</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Teilnahme des Kindes an üblichen Freizeit-, Sport- und Vereinsaktivitäten.</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Übernachtungen und Reisen innerhalb Deutschlands im Rahmen der vereinbarten Betreuung.</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Sonstige ausdrücklich erlaubte Handlung: ______________________________________________</w:t>
            </w:r>
          </w:p>
        </w:tc>
      </w:tr>
    </w:tbl>
    <w:p>
      <w:pPr>
        <w:keepLines/>
        <w:spacing w:after="40"/>
      </w:pPr>
    </w:p>
    <w:tbl>
      <w:tblPr>
        <w:tblW w:type="auto" w:w="0"/>
        <w:jc w:val="left"/>
        <w:tblLook w:firstColumn="1" w:firstRow="1" w:lastColumn="0" w:lastRow="0" w:noHBand="0" w:noVBand="1" w:val="04A0"/>
      </w:tblPr>
      <w:tblGrid>
        <w:gridCol w:w="10482"/>
      </w:tblGrid>
      <w:tr>
        <w:tc>
          <w:tcPr>
            <w:tcW w:type="dxa" w:w="10482"/>
            <w:shd w:fill="F7F2E8"/>
            <w:tcBorders>
              <w:top w:val="single" w:sz="5" w:color="D9B66F"/>
              <w:left w:val="single" w:sz="5" w:color="D9B66F"/>
              <w:bottom w:val="single" w:sz="5" w:color="D9B66F"/>
              <w:right w:val="single" w:sz="5" w:color="D9B66F"/>
            </w:tcBorders>
            <w:tcMar>
              <w:top w:w="115" w:type="dxa"/>
              <w:start w:w="135" w:type="dxa"/>
              <w:bottom w:w="105" w:type="dxa"/>
              <w:end w:w="135" w:type="dxa"/>
            </w:tcMar>
          </w:tcPr>
          <w:p>
            <w:pPr>
              <w:spacing w:after="40"/>
            </w:pPr>
            <w:r>
              <w:rPr>
                <w:b/>
                <w:color w:val="17324D"/>
                <w:sz w:val="18"/>
              </w:rPr>
              <w:t>Wichtige Abgrenzung</w:t>
            </w:r>
          </w:p>
          <w:p>
            <w:pPr>
              <w:spacing w:after="0"/>
            </w:pPr>
            <w:r>
              <w:rPr>
                <w:color w:val="1F2933"/>
                <w:sz w:val="16"/>
              </w:rPr>
              <w:t>Nicht von dieser allgemeinen Betreuungsvollmacht umfasst sind ohne gesonderte ausdrückliche Regelung insbesondere grundlegende Entscheidungen über Wohnsitz, Schulwahl oder dauerhafte medizinische Behandlung, der Abschluss wesentlicher Verträge sowie Reisen ins Ausland. Für Auslandsreisen empfiehlt sich eine separate Reisevollmacht.</w:t>
            </w:r>
          </w:p>
        </w:tc>
      </w:tr>
    </w:tbl>
    <w:p>
      <w:pPr>
        <w:keepLines/>
        <w:spacing w:after="40"/>
      </w:pPr>
    </w:p>
    <w:tbl>
      <w:tblPr>
        <w:tblW w:type="auto" w:w="0"/>
        <w:jc w:val="left"/>
        <w:tblLayout w:type="fixed"/>
        <w:tblLook w:firstColumn="1" w:firstRow="1" w:lastColumn="0" w:lastRow="0" w:noHBand="0" w:noVBand="1" w:val="04A0"/>
      </w:tblPr>
      <w:tblGrid>
        <w:gridCol w:w="482"/>
        <w:gridCol w:w="9184"/>
      </w:tblGrid>
      <w:tr>
        <w:tc>
          <w:tcPr>
            <w:tcW w:type="dxa" w:w="5241"/>
            <w:shd w:fill="2A7F7F"/>
            <w:tcBorders>
              <w:top w:val="nil"/>
              <w:left w:val="nil"/>
              <w:bottom w:val="nil"/>
              <w:right w:val="nil"/>
            </w:tcBorders>
            <w:tcMar>
              <w:top w:w="80" w:type="dxa"/>
              <w:start w:w="100" w:type="dxa"/>
              <w:bottom w:w="80" w:type="dxa"/>
              <w:end w:w="100" w:type="dxa"/>
            </w:tcMar>
          </w:tcPr>
          <w:p>
            <w:pPr>
              <w:jc w:val="center"/>
            </w:pPr>
            <w:r>
              <w:rPr>
                <w:b/>
                <w:color w:val="FFFFFF"/>
                <w:sz w:val="22"/>
              </w:rPr>
              <w:t>6</w:t>
            </w:r>
          </w:p>
        </w:tc>
        <w:tc>
          <w:tcPr>
            <w:tcW w:type="dxa" w:w="5241"/>
            <w:shd w:fill="F3F6F8"/>
            <w:tcBorders>
              <w:top w:val="nil"/>
              <w:left w:val="nil"/>
              <w:bottom w:val="nil"/>
              <w:right w:val="nil"/>
            </w:tcBorders>
            <w:tcMar>
              <w:top w:w="80" w:type="dxa"/>
              <w:start w:w="100" w:type="dxa"/>
              <w:bottom w:w="80" w:type="dxa"/>
              <w:end w:w="100" w:type="dxa"/>
            </w:tcMar>
          </w:tcPr>
          <w:p>
            <w:r>
              <w:rPr>
                <w:b/>
                <w:color w:val="17324D"/>
                <w:sz w:val="22"/>
              </w:rPr>
              <w:t>Medizinische Hinweise und Notfallinformationen</w:t>
            </w:r>
          </w:p>
          <w:p>
            <w:pPr>
              <w:spacing w:before="0" w:after="0"/>
            </w:pPr>
            <w:r>
              <w:rPr>
                <w:color w:val="5F6C78"/>
                <w:sz w:val="16"/>
              </w:rPr>
              <w:t>Nur relevante Angaben eintragen. Bei sensiblen Informationen die Vorlage sicher aufbewahren.</w:t>
            </w:r>
          </w:p>
        </w:tc>
      </w:tr>
    </w:tbl>
    <w:p>
      <w:pPr>
        <w:keepLines/>
        <w:spacing w:after="0"/>
      </w:pPr>
    </w:p>
    <w:tbl>
      <w:tblPr>
        <w:tblW w:type="auto" w:w="0"/>
        <w:jc w:val="left"/>
        <w:tblLayout w:type="fixed"/>
        <w:tblLook w:firstColumn="1" w:firstRow="1" w:lastColumn="0" w:lastRow="0" w:noHBand="0" w:noVBand="1" w:val="04A0"/>
      </w:tblPr>
      <w:tblGrid>
        <w:gridCol w:w="5159"/>
        <w:gridCol w:w="4479"/>
      </w:tblGrid>
      <w:tr>
        <w:trPr>
          <w:cantSplit/>
          <w:trHeight w:val="652"/>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KINDERARZT / PRAXIS</w:t>
            </w:r>
          </w:p>
          <w:p>
            <w:pPr>
              <w:spacing w:after="0"/>
            </w:pPr>
            <w:r>
              <w:rPr>
                <w:i/>
                <w:color w:val="A0A8AF"/>
                <w:sz w:val="18"/>
              </w:rPr>
              <w:t>Name, Ort, Telefon</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KRANKENKASSE</w:t>
            </w:r>
          </w:p>
          <w:p>
            <w:pPr>
              <w:spacing w:after="0"/>
            </w:pPr>
            <w:r>
              <w:rPr>
                <w:i/>
                <w:color w:val="A0A8AF"/>
                <w:sz w:val="18"/>
              </w:rPr>
              <w:t>Name der Krankenkasse</w:t>
            </w:r>
          </w:p>
        </w:tc>
      </w:tr>
      <w:tr>
        <w:trPr>
          <w:cantSplit/>
          <w:trHeight w:val="652"/>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ALLERGIEN / UNVERTRÄGLICHKEITEN</w:t>
            </w:r>
          </w:p>
          <w:p>
            <w:pPr>
              <w:spacing w:after="0"/>
            </w:pPr>
            <w:r>
              <w:rPr>
                <w:i/>
                <w:color w:val="A0A8AF"/>
                <w:sz w:val="18"/>
              </w:rPr>
              <w:t>Falls keine: „keine bekannt“</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REGELMÄSSIGE MEDIKAMENTE</w:t>
            </w:r>
          </w:p>
          <w:p>
            <w:pPr>
              <w:spacing w:after="0"/>
            </w:pPr>
            <w:r>
              <w:rPr>
                <w:i/>
                <w:color w:val="A0A8AF"/>
                <w:sz w:val="18"/>
              </w:rPr>
              <w:t>Name, Dosierung, Zeitpunkt</w:t>
            </w:r>
          </w:p>
        </w:tc>
      </w:tr>
      <w:tr>
        <w:trPr>
          <w:cantSplit/>
          <w:trHeight w:val="652"/>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BESONDERE GESUNDHEITLICHE HINWEISE</w:t>
            </w:r>
          </w:p>
          <w:p>
            <w:pPr>
              <w:spacing w:after="0"/>
            </w:pPr>
            <w:r>
              <w:rPr>
                <w:i/>
                <w:color w:val="A0A8AF"/>
                <w:sz w:val="18"/>
              </w:rPr>
              <w:t>Diagnosen, Hilfsmittel, Verhaltenshinweise – nur soweit nötig</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ZUSÄTZLICHER NOTFALLKONTAKT</w:t>
            </w:r>
          </w:p>
          <w:p>
            <w:pPr>
              <w:spacing w:after="0"/>
            </w:pPr>
            <w:r>
              <w:rPr>
                <w:i/>
                <w:color w:val="A0A8AF"/>
                <w:sz w:val="18"/>
              </w:rPr>
              <w:t>Name, Beziehung, Telefon</w:t>
            </w:r>
          </w:p>
        </w:tc>
      </w:tr>
    </w:tbl>
    <w:p>
      <w:pPr>
        <w:keepLines/>
        <w:pageBreakBefore/>
      </w:pPr>
    </w:p>
    <w:tbl>
      <w:tblPr>
        <w:tblW w:type="auto" w:w="0"/>
        <w:jc w:val="left"/>
        <w:tblLayout w:type="fixed"/>
        <w:tblLook w:firstColumn="1" w:firstRow="1" w:lastColumn="0" w:lastRow="0" w:noHBand="0" w:noVBand="1" w:val="04A0"/>
      </w:tblPr>
      <w:tblGrid>
        <w:gridCol w:w="482"/>
        <w:gridCol w:w="9184"/>
      </w:tblGrid>
      <w:tr>
        <w:tc>
          <w:tcPr>
            <w:tcW w:type="dxa" w:w="5241"/>
            <w:shd w:fill="2A7F7F"/>
            <w:tcBorders>
              <w:top w:val="nil"/>
              <w:left w:val="nil"/>
              <w:bottom w:val="nil"/>
              <w:right w:val="nil"/>
            </w:tcBorders>
            <w:tcMar>
              <w:top w:w="80" w:type="dxa"/>
              <w:start w:w="100" w:type="dxa"/>
              <w:bottom w:w="80" w:type="dxa"/>
              <w:end w:w="100" w:type="dxa"/>
            </w:tcMar>
          </w:tcPr>
          <w:p>
            <w:pPr>
              <w:jc w:val="center"/>
            </w:pPr>
            <w:r>
              <w:rPr>
                <w:b/>
                <w:color w:val="FFFFFF"/>
                <w:sz w:val="22"/>
              </w:rPr>
              <w:t>7</w:t>
            </w:r>
          </w:p>
        </w:tc>
        <w:tc>
          <w:tcPr>
            <w:tcW w:type="dxa" w:w="5241"/>
            <w:shd w:fill="F3F6F8"/>
            <w:tcBorders>
              <w:top w:val="nil"/>
              <w:left w:val="nil"/>
              <w:bottom w:val="nil"/>
              <w:right w:val="nil"/>
            </w:tcBorders>
            <w:tcMar>
              <w:top w:w="80" w:type="dxa"/>
              <w:start w:w="100" w:type="dxa"/>
              <w:bottom w:w="80" w:type="dxa"/>
              <w:end w:w="100" w:type="dxa"/>
            </w:tcMar>
          </w:tcPr>
          <w:p>
            <w:r>
              <w:rPr>
                <w:b/>
                <w:color w:val="17324D"/>
                <w:sz w:val="22"/>
              </w:rPr>
              <w:t>Individuelle Vorgaben und Grenzen</w:t>
            </w:r>
          </w:p>
          <w:p>
            <w:pPr>
              <w:spacing w:before="0" w:after="0"/>
            </w:pPr>
            <w:r>
              <w:rPr>
                <w:color w:val="5F6C78"/>
                <w:sz w:val="16"/>
              </w:rPr>
              <w:t>Hier können Eltern festlegen, was die Großeltern ausdrücklich beachten sollen.</w:t>
            </w:r>
          </w:p>
        </w:tc>
      </w:tr>
    </w:tbl>
    <w:p>
      <w:pPr>
        <w:keepLines/>
        <w:spacing w:after="0"/>
      </w:pPr>
    </w:p>
    <w:tbl>
      <w:tblPr>
        <w:tblW w:type="auto" w:w="0"/>
        <w:jc w:val="left"/>
        <w:tblLayout w:type="fixed"/>
        <w:tblLook w:firstColumn="1" w:firstRow="1" w:lastColumn="0" w:lastRow="0" w:noHBand="0" w:noVBand="1" w:val="04A0"/>
      </w:tblPr>
      <w:tblGrid>
        <w:gridCol w:w="9638"/>
      </w:tblGrid>
      <w:tr>
        <w:trPr>
          <w:cantSplit/>
          <w:trHeight w:val="879"/>
        </w:trPr>
        <w:tc>
          <w:tcPr>
            <w:tcW w:type="dxa" w:w="9638"/>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BESONDERE ERLAUBNISSE</w:t>
            </w:r>
          </w:p>
          <w:p>
            <w:pPr>
              <w:spacing w:after="0"/>
            </w:pPr>
            <w:r>
              <w:rPr>
                <w:i/>
                <w:color w:val="A0A8AF"/>
                <w:sz w:val="18"/>
              </w:rPr>
              <w:t>z. B. Abholpersonen, feste Termine, bestimmte Aktivitäten</w:t>
            </w:r>
          </w:p>
        </w:tc>
      </w:tr>
      <w:tr>
        <w:trPr>
          <w:cantSplit/>
          <w:trHeight w:val="879"/>
        </w:trPr>
        <w:tc>
          <w:tcPr>
            <w:tcW w:type="dxa" w:w="9638"/>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NICHT ERLAUBT / EINSCHRÄNKUNGEN</w:t>
            </w:r>
          </w:p>
          <w:p>
            <w:pPr>
              <w:spacing w:after="0"/>
            </w:pPr>
            <w:r>
              <w:rPr>
                <w:i/>
                <w:color w:val="A0A8AF"/>
                <w:sz w:val="18"/>
              </w:rPr>
              <w:t>z. B. bestimmte Fahrten, Aktivitäten, Kontakte oder Behandlungen</w:t>
            </w:r>
          </w:p>
        </w:tc>
      </w:tr>
      <w:tr>
        <w:trPr>
          <w:cantSplit/>
          <w:trHeight w:val="879"/>
        </w:trPr>
        <w:tc>
          <w:tcPr>
            <w:tcW w:type="dxa" w:w="9638"/>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WEITERE HINWEISE</w:t>
            </w:r>
          </w:p>
          <w:p>
            <w:pPr>
              <w:spacing w:after="0"/>
            </w:pPr>
            <w:r>
              <w:rPr>
                <w:i/>
                <w:color w:val="A0A8AF"/>
                <w:sz w:val="18"/>
              </w:rPr>
              <w:t>Alles, was für eine sichere Betreuung wichtig ist</w:t>
            </w:r>
          </w:p>
        </w:tc>
      </w:tr>
    </w:tbl>
    <w:p>
      <w:pPr>
        <w:keepLines/>
        <w:spacing w:after="60"/>
      </w:pPr>
    </w:p>
    <w:tbl>
      <w:tblPr>
        <w:tblW w:type="auto" w:w="0"/>
        <w:jc w:val="left"/>
        <w:tblLayout w:type="fixed"/>
        <w:tblLook w:firstColumn="1" w:firstRow="1" w:lastColumn="0" w:lastRow="0" w:noHBand="0" w:noVBand="1" w:val="04A0"/>
      </w:tblPr>
      <w:tblGrid>
        <w:gridCol w:w="482"/>
        <w:gridCol w:w="9184"/>
      </w:tblGrid>
      <w:tr>
        <w:tc>
          <w:tcPr>
            <w:tcW w:type="dxa" w:w="5241"/>
            <w:shd w:fill="2A7F7F"/>
            <w:tcBorders>
              <w:top w:val="nil"/>
              <w:left w:val="nil"/>
              <w:bottom w:val="nil"/>
              <w:right w:val="nil"/>
            </w:tcBorders>
            <w:tcMar>
              <w:top w:w="80" w:type="dxa"/>
              <w:start w:w="100" w:type="dxa"/>
              <w:bottom w:w="80" w:type="dxa"/>
              <w:end w:w="100" w:type="dxa"/>
            </w:tcMar>
          </w:tcPr>
          <w:p>
            <w:pPr>
              <w:jc w:val="center"/>
            </w:pPr>
            <w:r>
              <w:rPr>
                <w:b/>
                <w:color w:val="FFFFFF"/>
                <w:sz w:val="22"/>
              </w:rPr>
              <w:t>8</w:t>
            </w:r>
          </w:p>
        </w:tc>
        <w:tc>
          <w:tcPr>
            <w:tcW w:type="dxa" w:w="5241"/>
            <w:shd w:fill="F3F6F8"/>
            <w:tcBorders>
              <w:top w:val="nil"/>
              <w:left w:val="nil"/>
              <w:bottom w:val="nil"/>
              <w:right w:val="nil"/>
            </w:tcBorders>
            <w:tcMar>
              <w:top w:w="80" w:type="dxa"/>
              <w:start w:w="100" w:type="dxa"/>
              <w:bottom w:w="80" w:type="dxa"/>
              <w:end w:w="100" w:type="dxa"/>
            </w:tcMar>
          </w:tcPr>
          <w:p>
            <w:r>
              <w:rPr>
                <w:b/>
                <w:color w:val="17324D"/>
                <w:sz w:val="22"/>
              </w:rPr>
              <w:t>Erklärung der Sorgeberechtigten</w:t>
            </w:r>
          </w:p>
        </w:tc>
      </w:tr>
    </w:tbl>
    <w:p>
      <w:pPr>
        <w:keepLines/>
        <w:spacing w:after="0"/>
      </w:pPr>
    </w:p>
    <w:p>
      <w:pPr>
        <w:keepLines/>
        <w:spacing w:after="80"/>
      </w:pPr>
      <w:r>
        <w:rPr>
          <w:sz w:val="18"/>
        </w:rPr>
        <w:t>Wir / ich bevollmächtigen die oben benannten Großeltern im angekreuzten Umfang, das genannte Kind während des festgelegten Zeitraums zu betreuen und uns / mich in den ausdrücklich erfassten Alltagsangelegenheiten zu vertreten. Die elterliche Sorge wird durch diese Vollmacht nicht übertragen. Die Vollmacht kann jederzeit widerrufen werden.</w:t>
      </w:r>
    </w:p>
    <w:tbl>
      <w:tblPr>
        <w:tblW w:type="auto" w:w="0"/>
        <w:jc w:val="left"/>
        <w:tblLayout w:type="fixed"/>
        <w:tblLook w:firstColumn="1" w:firstRow="1" w:lastColumn="0" w:lastRow="0" w:noHBand="0" w:noVBand="1" w:val="04A0"/>
      </w:tblPr>
      <w:tblGrid>
        <w:gridCol w:w="10482"/>
      </w:tblGrid>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Die bevollmächtigten Großeltern dürfen diese Vollmacht bei Kita, Schule, Arztpraxis oder anderen betroffenen Stellen vorlegen.</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Eine Kopie dieser Vollmacht darf für die Dauer ihrer Gültigkeit von der betreffenden Stelle zu Nachweiszwecken aufbewahrt werden, soweit zulässig.</w:t>
            </w:r>
          </w:p>
        </w:tc>
      </w:tr>
    </w:tbl>
    <w:p>
      <w:pPr>
        <w:keepLines/>
        <w:spacing w:after="40"/>
      </w:pPr>
    </w:p>
    <w:tbl>
      <w:tblPr>
        <w:tblW w:type="auto" w:w="0"/>
        <w:jc w:val="left"/>
        <w:tblLayout w:type="fixed"/>
        <w:tblLook w:firstColumn="1" w:firstRow="1" w:lastColumn="0" w:lastRow="0" w:noHBand="0" w:noVBand="1" w:val="04A0"/>
      </w:tblPr>
      <w:tblGrid>
        <w:gridCol w:w="482"/>
        <w:gridCol w:w="9184"/>
      </w:tblGrid>
      <w:tr>
        <w:tc>
          <w:tcPr>
            <w:tcW w:type="dxa" w:w="5241"/>
            <w:shd w:fill="2A7F7F"/>
            <w:tcBorders>
              <w:top w:val="nil"/>
              <w:left w:val="nil"/>
              <w:bottom w:val="nil"/>
              <w:right w:val="nil"/>
            </w:tcBorders>
            <w:tcMar>
              <w:top w:w="80" w:type="dxa"/>
              <w:start w:w="100" w:type="dxa"/>
              <w:bottom w:w="80" w:type="dxa"/>
              <w:end w:w="100" w:type="dxa"/>
            </w:tcMar>
          </w:tcPr>
          <w:p>
            <w:pPr>
              <w:jc w:val="center"/>
            </w:pPr>
            <w:r>
              <w:rPr>
                <w:b/>
                <w:color w:val="FFFFFF"/>
                <w:sz w:val="22"/>
              </w:rPr>
              <w:t>9</w:t>
            </w:r>
          </w:p>
        </w:tc>
        <w:tc>
          <w:tcPr>
            <w:tcW w:type="dxa" w:w="5241"/>
            <w:shd w:fill="F3F6F8"/>
            <w:tcBorders>
              <w:top w:val="nil"/>
              <w:left w:val="nil"/>
              <w:bottom w:val="nil"/>
              <w:right w:val="nil"/>
            </w:tcBorders>
            <w:tcMar>
              <w:top w:w="80" w:type="dxa"/>
              <w:start w:w="100" w:type="dxa"/>
              <w:bottom w:w="80" w:type="dxa"/>
              <w:end w:w="100" w:type="dxa"/>
            </w:tcMar>
          </w:tcPr>
          <w:p>
            <w:r>
              <w:rPr>
                <w:b/>
                <w:color w:val="17324D"/>
                <w:sz w:val="22"/>
              </w:rPr>
              <w:t>Ort, Datum und Unterschriften</w:t>
            </w:r>
          </w:p>
          <w:p>
            <w:pPr>
              <w:spacing w:before="0" w:after="0"/>
            </w:pPr>
            <w:r>
              <w:rPr>
                <w:color w:val="5F6C78"/>
                <w:sz w:val="16"/>
              </w:rPr>
              <w:t>Die Unterschriften sollten auf derselben Ausfertigung erfolgen.</w:t>
            </w:r>
          </w:p>
        </w:tc>
      </w:tr>
    </w:tbl>
    <w:p>
      <w:pPr>
        <w:keepLines/>
        <w:spacing w:after="0"/>
      </w:pPr>
    </w:p>
    <w:tbl>
      <w:tblPr>
        <w:tblW w:type="auto" w:w="0"/>
        <w:jc w:val="left"/>
        <w:tblLayout w:type="fixed"/>
        <w:tblLook w:firstColumn="1" w:firstRow="1" w:lastColumn="0" w:lastRow="0" w:noHBand="0" w:noVBand="1" w:val="04A0"/>
      </w:tblPr>
      <w:tblGrid>
        <w:gridCol w:w="5159"/>
        <w:gridCol w:w="4479"/>
      </w:tblGrid>
      <w:tr>
        <w:trPr>
          <w:cantSplit/>
        </w:trPr>
        <w:tc>
          <w:tcPr>
            <w:tcW w:type="dxa" w:w="515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ORT</w:t>
            </w:r>
          </w:p>
          <w:p>
            <w:pPr>
              <w:spacing w:after="0"/>
            </w:pPr>
            <w:r>
              <w:rPr>
                <w:i/>
                <w:color w:val="A0A8AF"/>
                <w:sz w:val="18"/>
              </w:rPr>
              <w:t>Ort</w:t>
            </w:r>
          </w:p>
        </w:tc>
        <w:tc>
          <w:tcPr>
            <w:tcW w:type="dxa" w:w="4479"/>
            <w:shd w:fill="FFFFFF"/>
            <w:tcBorders>
              <w:top w:val="single" w:sz="4" w:color="DCE5EA"/>
              <w:left w:val="single" w:sz="4" w:color="DCE5EA"/>
              <w:bottom w:val="single" w:sz="4" w:color="DCE5EA"/>
              <w:right w:val="single" w:sz="4" w:color="DCE5EA"/>
            </w:tcBorders>
            <w:tcMar>
              <w:top w:w="85" w:type="dxa"/>
              <w:start w:w="105" w:type="dxa"/>
              <w:bottom w:w="80" w:type="dxa"/>
              <w:end w:w="105" w:type="dxa"/>
            </w:tcMar>
          </w:tcPr>
          <w:p>
            <w:pPr>
              <w:spacing w:after="20"/>
            </w:pPr>
            <w:r>
              <w:rPr>
                <w:b/>
                <w:color w:val="5F6C78"/>
                <w:sz w:val="14"/>
              </w:rPr>
              <w:t>DATUM</w:t>
            </w:r>
          </w:p>
          <w:p>
            <w:pPr>
              <w:spacing w:after="0"/>
            </w:pPr>
            <w:r>
              <w:rPr>
                <w:i/>
                <w:color w:val="A0A8AF"/>
                <w:sz w:val="18"/>
              </w:rPr>
              <w:t>TT.MM.JJJJ</w:t>
            </w:r>
          </w:p>
        </w:tc>
      </w:tr>
    </w:tbl>
    <w:tbl>
      <w:tblPr>
        <w:tblW w:type="auto" w:w="0"/>
        <w:jc w:val="left"/>
        <w:tblLayout w:type="fixed"/>
        <w:tblLook w:firstColumn="1" w:firstRow="1" w:lastColumn="0" w:lastRow="0" w:noHBand="0" w:noVBand="1" w:val="04A0"/>
      </w:tblPr>
      <w:tblGrid>
        <w:gridCol w:w="5241"/>
        <w:gridCol w:w="5241"/>
      </w:tblGrid>
      <w:tr>
        <w:tc>
          <w:tcPr>
            <w:tcW w:type="dxa" w:w="5241"/>
            <w:tcBorders>
              <w:top w:val="nil"/>
              <w:left w:val="nil"/>
              <w:bottom w:val="nil"/>
              <w:right w:val="nil"/>
            </w:tcBorders>
            <w:tcMar>
              <w:top w:w="110" w:type="dxa"/>
              <w:start w:w="70" w:type="dxa"/>
              <w:bottom w:w="20" w:type="dxa"/>
              <w:end w:w="70" w:type="dxa"/>
            </w:tcMar>
          </w:tcPr>
          <w:p>
            <w:pPr>
              <w:spacing w:after="280"/>
            </w:pPr>
            <w:r>
              <w:rPr>
                <w:sz w:val="24"/>
              </w:rPr>
              <w:t xml:space="preserve"> </w:t>
            </w:r>
          </w:p>
          <w:p>
            <w:pPr>
              <w:spacing w:before="0" w:after="20"/>
            </w:pPr>
            <w:r>
              <w:rPr>
                <w:color w:val="5F6C78"/>
                <w:sz w:val="17"/>
              </w:rPr>
              <w:t>________________________________</w:t>
            </w:r>
          </w:p>
          <w:p>
            <w:pPr>
              <w:spacing w:after="0"/>
            </w:pPr>
            <w:r>
              <w:rPr>
                <w:color w:val="5F6C78"/>
                <w:sz w:val="15"/>
              </w:rPr>
              <w:t>Unterschrift Sorgeberechtigte Person 1</w:t>
            </w:r>
          </w:p>
        </w:tc>
        <w:tc>
          <w:tcPr>
            <w:tcW w:type="dxa" w:w="5241"/>
            <w:tcBorders>
              <w:top w:val="nil"/>
              <w:left w:val="nil"/>
              <w:bottom w:val="nil"/>
              <w:right w:val="nil"/>
            </w:tcBorders>
            <w:tcMar>
              <w:top w:w="110" w:type="dxa"/>
              <w:start w:w="70" w:type="dxa"/>
              <w:bottom w:w="20" w:type="dxa"/>
              <w:end w:w="70" w:type="dxa"/>
            </w:tcMar>
          </w:tcPr>
          <w:p>
            <w:pPr>
              <w:spacing w:after="280"/>
            </w:pPr>
            <w:r>
              <w:rPr>
                <w:sz w:val="24"/>
              </w:rPr>
              <w:t xml:space="preserve"> </w:t>
            </w:r>
          </w:p>
          <w:p>
            <w:pPr>
              <w:spacing w:before="0" w:after="20"/>
            </w:pPr>
            <w:r>
              <w:rPr>
                <w:color w:val="5F6C78"/>
                <w:sz w:val="17"/>
              </w:rPr>
              <w:t>________________________________</w:t>
            </w:r>
          </w:p>
          <w:p>
            <w:pPr>
              <w:spacing w:after="0"/>
            </w:pPr>
            <w:r>
              <w:rPr>
                <w:color w:val="5F6C78"/>
                <w:sz w:val="15"/>
              </w:rPr>
              <w:t>Unterschrift Sorgeberechtigte Person 2 (falls erforderlich)</w:t>
            </w:r>
          </w:p>
        </w:tc>
      </w:tr>
    </w:tbl>
    <w:p>
      <w:pPr>
        <w:keepLines/>
        <w:spacing w:after="40"/>
      </w:pPr>
    </w:p>
    <w:tbl>
      <w:tblPr>
        <w:tblW w:type="auto" w:w="0"/>
        <w:jc w:val="left"/>
        <w:tblLayout w:type="fixed"/>
        <w:tblLook w:firstColumn="1" w:firstRow="1" w:lastColumn="0" w:lastRow="0" w:noHBand="0" w:noVBand="1" w:val="04A0"/>
      </w:tblPr>
      <w:tblGrid>
        <w:gridCol w:w="5241"/>
        <w:gridCol w:w="5241"/>
      </w:tblGrid>
      <w:tr>
        <w:tc>
          <w:tcPr>
            <w:tcW w:type="dxa" w:w="5241"/>
            <w:tcBorders>
              <w:top w:val="nil"/>
              <w:left w:val="nil"/>
              <w:bottom w:val="nil"/>
              <w:right w:val="nil"/>
            </w:tcBorders>
            <w:tcMar>
              <w:top w:w="110" w:type="dxa"/>
              <w:start w:w="70" w:type="dxa"/>
              <w:bottom w:w="20" w:type="dxa"/>
              <w:end w:w="70" w:type="dxa"/>
            </w:tcMar>
          </w:tcPr>
          <w:p>
            <w:pPr>
              <w:spacing w:after="280"/>
            </w:pPr>
            <w:r>
              <w:rPr>
                <w:sz w:val="24"/>
              </w:rPr>
              <w:t xml:space="preserve"> </w:t>
            </w:r>
          </w:p>
          <w:p>
            <w:pPr>
              <w:spacing w:before="0" w:after="20"/>
            </w:pPr>
            <w:r>
              <w:rPr>
                <w:color w:val="5F6C78"/>
                <w:sz w:val="17"/>
              </w:rPr>
              <w:t>________________________________</w:t>
            </w:r>
          </w:p>
          <w:p>
            <w:pPr>
              <w:spacing w:after="0"/>
            </w:pPr>
            <w:r>
              <w:rPr>
                <w:color w:val="5F6C78"/>
                <w:sz w:val="15"/>
              </w:rPr>
              <w:t>Kenntnisnahme Großelternteil 1</w:t>
            </w:r>
          </w:p>
        </w:tc>
        <w:tc>
          <w:tcPr>
            <w:tcW w:type="dxa" w:w="5241"/>
            <w:tcBorders>
              <w:top w:val="nil"/>
              <w:left w:val="nil"/>
              <w:bottom w:val="nil"/>
              <w:right w:val="nil"/>
            </w:tcBorders>
            <w:tcMar>
              <w:top w:w="110" w:type="dxa"/>
              <w:start w:w="70" w:type="dxa"/>
              <w:bottom w:w="20" w:type="dxa"/>
              <w:end w:w="70" w:type="dxa"/>
            </w:tcMar>
          </w:tcPr>
          <w:p>
            <w:pPr>
              <w:spacing w:after="280"/>
            </w:pPr>
            <w:r>
              <w:rPr>
                <w:sz w:val="24"/>
              </w:rPr>
              <w:t xml:space="preserve"> </w:t>
            </w:r>
          </w:p>
          <w:p>
            <w:pPr>
              <w:spacing w:before="0" w:after="20"/>
            </w:pPr>
            <w:r>
              <w:rPr>
                <w:color w:val="5F6C78"/>
                <w:sz w:val="17"/>
              </w:rPr>
              <w:t>________________________________</w:t>
            </w:r>
          </w:p>
          <w:p>
            <w:pPr>
              <w:spacing w:after="0"/>
            </w:pPr>
            <w:r>
              <w:rPr>
                <w:color w:val="5F6C78"/>
                <w:sz w:val="15"/>
              </w:rPr>
              <w:t>Kenntnisnahme Großelternteil 2 (optional)</w:t>
            </w:r>
          </w:p>
        </w:tc>
      </w:tr>
    </w:tbl>
    <w:p>
      <w:pPr>
        <w:keepLines/>
        <w:spacing w:after="40"/>
      </w:pPr>
    </w:p>
    <w:tbl>
      <w:tblPr>
        <w:tblW w:type="auto" w:w="0"/>
        <w:jc w:val="left"/>
        <w:tblLayout w:type="fixed"/>
        <w:tblLook w:firstColumn="1" w:firstRow="1" w:lastColumn="0" w:lastRow="0" w:noHBand="0" w:noVBand="1" w:val="04A0"/>
      </w:tblPr>
      <w:tblGrid>
        <w:gridCol w:w="482"/>
        <w:gridCol w:w="9184"/>
      </w:tblGrid>
      <w:tr>
        <w:tc>
          <w:tcPr>
            <w:tcW w:type="dxa" w:w="5241"/>
            <w:shd w:fill="2A7F7F"/>
            <w:tcBorders>
              <w:top w:val="nil"/>
              <w:left w:val="nil"/>
              <w:bottom w:val="nil"/>
              <w:right w:val="nil"/>
            </w:tcBorders>
            <w:tcMar>
              <w:top w:w="80" w:type="dxa"/>
              <w:start w:w="100" w:type="dxa"/>
              <w:bottom w:w="80" w:type="dxa"/>
              <w:end w:w="100" w:type="dxa"/>
            </w:tcMar>
          </w:tcPr>
          <w:p>
            <w:pPr>
              <w:jc w:val="center"/>
            </w:pPr>
            <w:r>
              <w:rPr>
                <w:b/>
                <w:color w:val="FFFFFF"/>
                <w:sz w:val="22"/>
              </w:rPr>
              <w:t>10</w:t>
            </w:r>
          </w:p>
        </w:tc>
        <w:tc>
          <w:tcPr>
            <w:tcW w:type="dxa" w:w="5241"/>
            <w:shd w:fill="F3F6F8"/>
            <w:tcBorders>
              <w:top w:val="nil"/>
              <w:left w:val="nil"/>
              <w:bottom w:val="nil"/>
              <w:right w:val="nil"/>
            </w:tcBorders>
            <w:tcMar>
              <w:top w:w="80" w:type="dxa"/>
              <w:start w:w="100" w:type="dxa"/>
              <w:bottom w:w="80" w:type="dxa"/>
              <w:end w:w="100" w:type="dxa"/>
            </w:tcMar>
          </w:tcPr>
          <w:p>
            <w:r>
              <w:rPr>
                <w:b/>
                <w:color w:val="17324D"/>
                <w:sz w:val="22"/>
              </w:rPr>
              <w:t>Sinnvolle Unterlagen für die Betreuung</w:t>
            </w:r>
          </w:p>
        </w:tc>
      </w:tr>
    </w:tbl>
    <w:p>
      <w:pPr>
        <w:keepLines/>
        <w:spacing w:after="0"/>
      </w:pPr>
    </w:p>
    <w:tbl>
      <w:tblPr>
        <w:tblW w:type="auto" w:w="0"/>
        <w:jc w:val="left"/>
        <w:tblLayout w:type="fixed"/>
        <w:tblLook w:firstColumn="1" w:firstRow="1" w:lastColumn="0" w:lastRow="0" w:noHBand="0" w:noVBand="1" w:val="04A0"/>
      </w:tblPr>
      <w:tblGrid>
        <w:gridCol w:w="10482"/>
      </w:tblGrid>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Original oder Kopie dieser Vollmacht</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Kontaktdaten der Sorgeberechtigten und zusätzlicher Notfallkontakt</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Gesundheitskarte / erforderliche medizinische Unterlagen</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Schriftlicher Medikamentenplan, falls Medikamente verabreicht werden müssen</w:t>
            </w:r>
          </w:p>
        </w:tc>
      </w:tr>
      <w:tr>
        <w:trPr>
          <w:cantSplit/>
        </w:trPr>
        <w:tc>
          <w:tcPr>
            <w:tcW w:type="dxa" w:w="10482"/>
            <w:shd w:fill="FFFFFF"/>
            <w:tcBorders>
              <w:top w:val="single" w:sz="3" w:color="DCE5EA"/>
              <w:left w:val="single" w:sz="3" w:color="DCE5EA"/>
              <w:bottom w:val="single" w:sz="3" w:color="DCE5EA"/>
              <w:right w:val="single" w:sz="3" w:color="DCE5EA"/>
            </w:tcBorders>
            <w:tcMar>
              <w:top w:w="80" w:type="dxa"/>
              <w:start w:w="100" w:type="dxa"/>
              <w:bottom w:w="80" w:type="dxa"/>
              <w:end w:w="100" w:type="dxa"/>
            </w:tcMar>
          </w:tcPr>
          <w:p>
            <w:pPr>
              <w:spacing w:after="0"/>
            </w:pPr>
            <w:r>
              <w:rPr>
                <w:rFonts w:ascii="DejaVu Sans" w:hAnsi="DejaVu Sans"/>
                <w:color w:val="2A7F7F"/>
                <w:sz w:val="22"/>
              </w:rPr>
              <w:t xml:space="preserve">☐  </w:t>
            </w:r>
            <w:r>
              <w:rPr>
                <w:color w:val="1F2933"/>
                <w:sz w:val="18"/>
              </w:rPr>
              <w:t>Bei Bedarf Kopien geeigneter Identitäts- oder Sorgerechtsnachweise</w:t>
            </w:r>
          </w:p>
        </w:tc>
      </w:tr>
    </w:tbl>
    <w:p>
      <w:pPr>
        <w:keepLines/>
        <w:spacing w:after="40"/>
      </w:pPr>
    </w:p>
    <w:tbl>
      <w:tblPr>
        <w:tblW w:type="auto" w:w="0"/>
        <w:jc w:val="left"/>
        <w:tblLook w:firstColumn="1" w:firstRow="1" w:lastColumn="0" w:lastRow="0" w:noHBand="0" w:noVBand="1" w:val="04A0"/>
      </w:tblPr>
      <w:tblGrid>
        <w:gridCol w:w="10482"/>
      </w:tblGrid>
      <w:tr>
        <w:tc>
          <w:tcPr>
            <w:tcW w:type="dxa" w:w="10482"/>
            <w:shd w:fill="F3F6F8"/>
            <w:tcBorders>
              <w:top w:val="single" w:sz="5" w:color="DCE5EA"/>
              <w:left w:val="single" w:sz="5" w:color="DCE5EA"/>
              <w:bottom w:val="single" w:sz="5" w:color="DCE5EA"/>
              <w:right w:val="single" w:sz="5" w:color="DCE5EA"/>
            </w:tcBorders>
            <w:tcMar>
              <w:top w:w="115" w:type="dxa"/>
              <w:start w:w="135" w:type="dxa"/>
              <w:bottom w:w="105" w:type="dxa"/>
              <w:end w:w="135" w:type="dxa"/>
            </w:tcMar>
          </w:tcPr>
          <w:p>
            <w:pPr>
              <w:spacing w:after="40"/>
            </w:pPr>
            <w:r>
              <w:rPr>
                <w:b/>
                <w:color w:val="17324D"/>
                <w:sz w:val="18"/>
              </w:rPr>
              <w:t>Hinweis zur Verwendung</w:t>
            </w:r>
          </w:p>
          <w:p>
            <w:pPr>
              <w:spacing w:after="0"/>
            </w:pPr>
            <w:r>
              <w:rPr>
                <w:color w:val="1F2933"/>
                <w:sz w:val="16"/>
              </w:rPr>
              <w:t>Je nach Einrichtung, medizinischer Maßnahme oder konkretem Anlass können zusätzliche Erklärungen, Identitätsnachweise oder eigene Formulare verlangt werden. Für Auslandsreisen sollte eine gesonderte Reisevollmacht nach den Anforderungen des Ziellandes verwendet werden.</w:t>
            </w:r>
          </w:p>
        </w:tc>
      </w:tr>
    </w:tbl>
    <w:sectPr w:rsidR="00FC693F" w:rsidRPr="0006063C" w:rsidSect="00034616">
      <w:headerReference w:type="default" r:id="rId9"/>
      <w:footerReference w:type="default" r:id="rId10"/>
      <w:pgSz w:w="12240" w:h="15840"/>
      <w:pgMar w:top="822" w:right="879" w:bottom="765" w:left="87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C78"/>
        <w:sz w:val="14"/>
      </w:rPr>
      <w:t xml:space="preserve">Vollmacht für Großeltern zur Betreuung eines Kindes  ·  Seite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7" w:space="4" w:color="2A7F7F"/>
      </w:pBdr>
    </w:pPr>
    <w:r>
      <w:rPr>
        <w:b/>
        <w:color w:val="2A7F7F"/>
        <w:sz w:val="15"/>
      </w:rPr>
      <w:t>FAMILIE · BETREUUNG · VOLLMACHT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4" w:lineRule="auto"/>
    </w:pPr>
    <w:rPr>
      <w:rFonts w:ascii="Aptos" w:hAnsi="Aptos" w:eastAsia="Aptos"/>
      <w:color w:val="1F29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X">
    <w:name w:val="TitleX"/>
    <w:pPr>
      <w:spacing w:after="40"/>
    </w:pPr>
    <w:rPr>
      <w:rFonts w:ascii="Aptos" w:hAnsi="Aptos" w:eastAsia="Aptos"/>
      <w:b/>
      <w:color w:val="17324D"/>
      <w:sz w:val="46"/>
    </w:rPr>
  </w:style>
  <w:style w:type="paragraph" w:customStyle="1" w:styleId="SubtitleX">
    <w:name w:val="SubtitleX"/>
    <w:pPr>
      <w:spacing w:after="40"/>
    </w:pPr>
    <w:rPr>
      <w:rFonts w:ascii="Aptos" w:hAnsi="Aptos" w:eastAsia="Aptos"/>
      <w:b w:val="0"/>
      <w:color w:val="5F6C78"/>
      <w:sz w:val="20"/>
    </w:rPr>
  </w:style>
  <w:style w:type="paragraph" w:customStyle="1" w:styleId="SectionX">
    <w:name w:val="SectionX"/>
    <w:pPr>
      <w:spacing w:after="40"/>
    </w:pPr>
    <w:rPr>
      <w:rFonts w:ascii="Aptos" w:hAnsi="Aptos" w:eastAsia="Aptos"/>
      <w:b/>
      <w:color w:val="17324D"/>
      <w:sz w:val="25"/>
    </w:rPr>
  </w:style>
  <w:style w:type="paragraph" w:customStyle="1" w:styleId="SmallX">
    <w:name w:val="SmallX"/>
    <w:pPr>
      <w:spacing w:after="40"/>
    </w:pPr>
    <w:rPr>
      <w:rFonts w:ascii="Aptos" w:hAnsi="Aptos" w:eastAsia="Aptos"/>
      <w:b w:val="0"/>
      <w:color w:val="5F6C78"/>
      <w:sz w:val="16"/>
    </w:rPr>
  </w:style>
  <w:style w:type="paragraph" w:customStyle="1" w:styleId="LabelX">
    <w:name w:val="LabelX"/>
    <w:pPr>
      <w:spacing w:after="40"/>
    </w:pPr>
    <w:rPr>
      <w:rFonts w:ascii="Aptos" w:hAnsi="Aptos" w:eastAsia="Aptos"/>
      <w:b/>
      <w:color w:val="5F6C78"/>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für Großeltern zur Betreuung eines Kindes</dc:title>
  <dc:subject>Vorlage für Betreuungsvollmacht durch Großeltern</dc:subject>
  <dc:creator/>
  <cp:keywords>Vollmacht, Großeltern, Kind, Betreuung, Vorlage</cp:keywords>
  <dc:description>generated by python-docx</dc:description>
  <cp:lastModifiedBy/>
  <cp:revision>1</cp:revision>
  <dcterms:created xsi:type="dcterms:W3CDTF">2013-12-23T23:15:00Z</dcterms:created>
  <dcterms:modified xsi:type="dcterms:W3CDTF">2013-12-23T23:15:00Z</dcterms:modified>
  <cp:category/>
</cp:coreProperties>
</file>