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EEF3F6"/>
            <w:tcMar>
              <w:top w:w="120" w:type="dxa"/>
              <w:start w:w="160" w:type="dxa"/>
              <w:bottom w:w="110" w:type="dxa"/>
              <w:end w:w="160" w:type="dxa"/>
            </w:tcMar>
            <w:tcBorders>
              <w:top w:val="nil"/>
              <w:left w:val="single" w:sz="16" w:color="4F788E"/>
              <w:bottom w:val="nil"/>
              <w:right w:val="nil"/>
            </w:tcBorders>
          </w:tcPr>
          <w:p>
            <w:pPr>
              <w:keepLines/>
              <w:spacing w:after="20"/>
            </w:pPr>
            <w:r/>
            <w:r>
              <w:rPr>
                <w:b/>
                <w:color w:val="1F3D50"/>
                <w:sz w:val="17"/>
              </w:rPr>
              <w:t>Verwendungszweck</w:t>
            </w:r>
          </w:p>
          <w:p>
            <w:pPr>
              <w:keepLines/>
              <w:spacing w:after="0"/>
            </w:pPr>
            <w:r>
              <w:rPr>
                <w:color w:val="354048"/>
                <w:sz w:val="17"/>
              </w:rPr>
              <w:t>Diese Vorlage ist für eine einfache, klar begrenzte Vertretung gedacht. Tragen Sie den konkreten Zweck möglichst eindeutig ein.</w:t>
            </w:r>
          </w:p>
        </w:tc>
      </w:tr>
    </w:tbl>
    <w:p>
      <w:pPr>
        <w:spacing w:before="200" w:after="100"/>
      </w:pPr>
      <w:r>
        <w:rPr>
          <w:b/>
          <w:color w:val="1C3042"/>
          <w:sz w:val="24"/>
        </w:rPr>
        <w:t>1  Vollmachtgeber</w:t>
      </w:r>
    </w:p>
    <w:p>
      <w:pPr>
        <w:pStyle w:val="SmallText"/>
        <w:spacing w:after="100"/>
      </w:pPr>
      <w:r>
        <w:t>Person, die die Vollmacht erteilt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shd w:fill="F7F8FA"/>
            <w:tcBorders>
              <w:top w:val="single" w:sz="4" w:color="E5E8EC"/>
              <w:left w:val="single" w:sz="4" w:color="E5E8EC"/>
              <w:bottom w:val="single" w:sz="8" w:color="CAD0D8"/>
              <w:right w:val="single" w:sz="4" w:color="E5E8EC"/>
            </w:tcBorders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pPr>
              <w:keepLines/>
              <w:spacing w:after="40"/>
            </w:pPr>
            <w:r/>
            <w:r>
              <w:rPr>
                <w:b/>
                <w:color w:val="525C69"/>
                <w:sz w:val="15"/>
              </w:rPr>
              <w:t>VOR- UND NACHNAME</w:t>
            </w:r>
          </w:p>
          <w:p>
            <w:pPr>
              <w:keepLines/>
              <w:spacing w:before="0" w:after="0"/>
            </w:pPr>
            <w:r>
              <w:rPr>
                <w:i/>
                <w:color w:val="828993"/>
                <w:sz w:val="21"/>
              </w:rPr>
              <w:t>[Vor- und Nachname]</w:t>
            </w:r>
          </w:p>
        </w:tc>
        <w:tc>
          <w:tcPr>
            <w:tcW w:type="dxa" w:w="4933"/>
            <w:shd w:fill="F7F8FA"/>
            <w:tcBorders>
              <w:top w:val="single" w:sz="4" w:color="E5E8EC"/>
              <w:left w:val="single" w:sz="4" w:color="E5E8EC"/>
              <w:bottom w:val="single" w:sz="8" w:color="CAD0D8"/>
              <w:right w:val="single" w:sz="4" w:color="E5E8EC"/>
            </w:tcBorders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pPr>
              <w:keepLines/>
              <w:spacing w:after="40"/>
            </w:pPr>
            <w:r/>
            <w:r>
              <w:rPr>
                <w:b/>
                <w:color w:val="525C69"/>
                <w:sz w:val="15"/>
              </w:rPr>
              <w:t>GEBURTSDATUM</w:t>
            </w:r>
          </w:p>
          <w:p>
            <w:pPr>
              <w:keepLines/>
              <w:spacing w:before="0" w:after="0"/>
            </w:pPr>
            <w:r>
              <w:rPr>
                <w:i/>
                <w:color w:val="828993"/>
                <w:sz w:val="21"/>
              </w:rPr>
              <w:t>[TT.MM.JJJJ]</w:t>
            </w:r>
          </w:p>
        </w:tc>
      </w:tr>
      <w:tr>
        <w:tc>
          <w:tcPr>
            <w:tcW w:type="dxa" w:w="4933"/>
            <w:shd w:fill="F7F8FA"/>
            <w:tcBorders>
              <w:top w:val="single" w:sz="4" w:color="E5E8EC"/>
              <w:left w:val="single" w:sz="4" w:color="E5E8EC"/>
              <w:bottom w:val="single" w:sz="8" w:color="CAD0D8"/>
              <w:right w:val="single" w:sz="4" w:color="E5E8EC"/>
            </w:tcBorders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pPr>
              <w:keepLines/>
              <w:spacing w:after="40"/>
            </w:pPr>
            <w:r/>
            <w:r>
              <w:rPr>
                <w:b/>
                <w:color w:val="525C69"/>
                <w:sz w:val="15"/>
              </w:rPr>
              <w:t>STRASSE UND HAUSNUMMER</w:t>
            </w:r>
          </w:p>
          <w:p>
            <w:pPr>
              <w:keepLines/>
              <w:spacing w:before="0" w:after="0"/>
            </w:pPr>
            <w:r>
              <w:rPr>
                <w:i/>
                <w:color w:val="828993"/>
                <w:sz w:val="21"/>
              </w:rPr>
              <w:t>[Straße, Hausnummer]</w:t>
            </w:r>
          </w:p>
        </w:tc>
        <w:tc>
          <w:tcPr>
            <w:tcW w:type="dxa" w:w="4933"/>
            <w:shd w:fill="F7F8FA"/>
            <w:tcBorders>
              <w:top w:val="single" w:sz="4" w:color="E5E8EC"/>
              <w:left w:val="single" w:sz="4" w:color="E5E8EC"/>
              <w:bottom w:val="single" w:sz="8" w:color="CAD0D8"/>
              <w:right w:val="single" w:sz="4" w:color="E5E8EC"/>
            </w:tcBorders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pPr>
              <w:keepLines/>
              <w:spacing w:after="40"/>
            </w:pPr>
            <w:r/>
            <w:r>
              <w:rPr>
                <w:b/>
                <w:color w:val="525C69"/>
                <w:sz w:val="15"/>
              </w:rPr>
              <w:t>PLZ UND ORT</w:t>
            </w:r>
          </w:p>
          <w:p>
            <w:pPr>
              <w:keepLines/>
              <w:spacing w:before="0" w:after="0"/>
            </w:pPr>
            <w:r>
              <w:rPr>
                <w:i/>
                <w:color w:val="828993"/>
                <w:sz w:val="21"/>
              </w:rPr>
              <w:t>[PLZ, Ort]</w:t>
            </w:r>
          </w:p>
        </w:tc>
      </w:tr>
    </w:tbl>
    <w:p>
      <w:pPr>
        <w:spacing w:before="200" w:after="100"/>
      </w:pPr>
      <w:r>
        <w:rPr>
          <w:b/>
          <w:color w:val="1C3042"/>
          <w:sz w:val="24"/>
        </w:rPr>
        <w:t>2  Bevollmächtigte Person</w:t>
      </w:r>
    </w:p>
    <w:p>
      <w:pPr>
        <w:pStyle w:val="SmallText"/>
        <w:spacing w:after="100"/>
      </w:pPr>
      <w:r>
        <w:t>Person, die im Namen des Vollmachtgebers handeln darf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shd w:fill="F7F8FA"/>
            <w:tcBorders>
              <w:top w:val="single" w:sz="4" w:color="E5E8EC"/>
              <w:left w:val="single" w:sz="4" w:color="E5E8EC"/>
              <w:bottom w:val="single" w:sz="8" w:color="CAD0D8"/>
              <w:right w:val="single" w:sz="4" w:color="E5E8EC"/>
            </w:tcBorders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pPr>
              <w:keepLines/>
              <w:spacing w:after="40"/>
            </w:pPr>
            <w:r/>
            <w:r>
              <w:rPr>
                <w:b/>
                <w:color w:val="525C69"/>
                <w:sz w:val="15"/>
              </w:rPr>
              <w:t>VOR- UND NACHNAME</w:t>
            </w:r>
          </w:p>
          <w:p>
            <w:pPr>
              <w:keepLines/>
              <w:spacing w:before="0" w:after="0"/>
            </w:pPr>
            <w:r>
              <w:rPr>
                <w:i/>
                <w:color w:val="828993"/>
                <w:sz w:val="21"/>
              </w:rPr>
              <w:t>[Vor- und Nachname]</w:t>
            </w:r>
          </w:p>
        </w:tc>
        <w:tc>
          <w:tcPr>
            <w:tcW w:type="dxa" w:w="4933"/>
            <w:shd w:fill="F7F8FA"/>
            <w:tcBorders>
              <w:top w:val="single" w:sz="4" w:color="E5E8EC"/>
              <w:left w:val="single" w:sz="4" w:color="E5E8EC"/>
              <w:bottom w:val="single" w:sz="8" w:color="CAD0D8"/>
              <w:right w:val="single" w:sz="4" w:color="E5E8EC"/>
            </w:tcBorders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pPr>
              <w:keepLines/>
              <w:spacing w:after="40"/>
            </w:pPr>
            <w:r/>
            <w:r>
              <w:rPr>
                <w:b/>
                <w:color w:val="525C69"/>
                <w:sz w:val="15"/>
              </w:rPr>
              <w:t>GEBURTSDATUM</w:t>
            </w:r>
          </w:p>
          <w:p>
            <w:pPr>
              <w:keepLines/>
              <w:spacing w:before="0" w:after="0"/>
            </w:pPr>
            <w:r>
              <w:rPr>
                <w:i/>
                <w:color w:val="828993"/>
                <w:sz w:val="21"/>
              </w:rPr>
              <w:t>[TT.MM.JJJJ]</w:t>
            </w:r>
          </w:p>
        </w:tc>
      </w:tr>
      <w:tr>
        <w:tc>
          <w:tcPr>
            <w:tcW w:type="dxa" w:w="4933"/>
            <w:shd w:fill="F7F8FA"/>
            <w:tcBorders>
              <w:top w:val="single" w:sz="4" w:color="E5E8EC"/>
              <w:left w:val="single" w:sz="4" w:color="E5E8EC"/>
              <w:bottom w:val="single" w:sz="8" w:color="CAD0D8"/>
              <w:right w:val="single" w:sz="4" w:color="E5E8EC"/>
            </w:tcBorders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pPr>
              <w:keepLines/>
              <w:spacing w:after="40"/>
            </w:pPr>
            <w:r/>
            <w:r>
              <w:rPr>
                <w:b/>
                <w:color w:val="525C69"/>
                <w:sz w:val="15"/>
              </w:rPr>
              <w:t>STRASSE UND HAUSNUMMER</w:t>
            </w:r>
          </w:p>
          <w:p>
            <w:pPr>
              <w:keepLines/>
              <w:spacing w:before="0" w:after="0"/>
            </w:pPr>
            <w:r>
              <w:rPr>
                <w:i/>
                <w:color w:val="828993"/>
                <w:sz w:val="21"/>
              </w:rPr>
              <w:t>[Straße, Hausnummer]</w:t>
            </w:r>
          </w:p>
        </w:tc>
        <w:tc>
          <w:tcPr>
            <w:tcW w:type="dxa" w:w="4933"/>
            <w:shd w:fill="F7F8FA"/>
            <w:tcBorders>
              <w:top w:val="single" w:sz="4" w:color="E5E8EC"/>
              <w:left w:val="single" w:sz="4" w:color="E5E8EC"/>
              <w:bottom w:val="single" w:sz="8" w:color="CAD0D8"/>
              <w:right w:val="single" w:sz="4" w:color="E5E8EC"/>
            </w:tcBorders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pPr>
              <w:keepLines/>
              <w:spacing w:after="40"/>
            </w:pPr>
            <w:r/>
            <w:r>
              <w:rPr>
                <w:b/>
                <w:color w:val="525C69"/>
                <w:sz w:val="15"/>
              </w:rPr>
              <w:t>PLZ UND ORT</w:t>
            </w:r>
          </w:p>
          <w:p>
            <w:pPr>
              <w:keepLines/>
              <w:spacing w:before="0" w:after="0"/>
            </w:pPr>
            <w:r>
              <w:rPr>
                <w:i/>
                <w:color w:val="828993"/>
                <w:sz w:val="21"/>
              </w:rPr>
              <w:t>[PLZ, Ort]</w:t>
            </w:r>
          </w:p>
        </w:tc>
      </w:tr>
    </w:tbl>
    <w:p>
      <w:pPr>
        <w:spacing w:before="200" w:after="100"/>
      </w:pPr>
      <w:r>
        <w:rPr>
          <w:b/>
          <w:color w:val="1C3042"/>
          <w:sz w:val="24"/>
        </w:rPr>
        <w:t>3  Umfang der Vollmacht</w:t>
      </w:r>
    </w:p>
    <w:p>
      <w:pPr>
        <w:pStyle w:val="SmallText"/>
        <w:spacing w:after="100"/>
      </w:pPr>
      <w:r>
        <w:t>Bitte die passende Variante auswählen und den Zweck konkret beschreiben.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AFAFB"/>
            <w:tcBorders>
              <w:top w:val="single" w:sz="5" w:color="E2E6EA"/>
              <w:left w:val="single" w:sz="5" w:color="E2E6EA"/>
              <w:bottom w:val="single" w:sz="5" w:color="E2E6EA"/>
              <w:right w:val="single" w:sz="5" w:color="E2E6EA"/>
            </w:tcBorders>
            <w:tcMar>
              <w:top w:w="85" w:type="dxa"/>
              <w:start w:w="130" w:type="dxa"/>
              <w:bottom w:w="80" w:type="dxa"/>
              <w:end w:w="130" w:type="dxa"/>
            </w:tcMar>
          </w:tcPr>
          <w:p>
            <w:pPr>
              <w:keepLines/>
            </w:pPr>
            <w:r/>
          </w:p>
          <w:p>
            <w:pPr>
              <w:keepLines/>
              <w:spacing w:after="60"/>
              <w:ind w:left="0"/>
            </w:pPr>
            <w:r>
              <w:rPr>
                <w:b/>
                <w:color w:val="1C3042"/>
                <w:sz w:val="21"/>
              </w:rPr>
              <w:t xml:space="preserve">☐  </w:t>
            </w:r>
            <w:r>
              <w:rPr>
                <w:color w:val="282D34"/>
                <w:sz w:val="19"/>
              </w:rPr>
              <w:t>für eine einzelne Handlung oder einen einzelnen Termin</w:t>
            </w:r>
          </w:p>
          <w:p>
            <w:pPr>
              <w:keepLines/>
              <w:spacing w:after="60"/>
              <w:ind w:left="0"/>
            </w:pPr>
            <w:r>
              <w:rPr>
                <w:b/>
                <w:color w:val="1C3042"/>
                <w:sz w:val="21"/>
              </w:rPr>
              <w:t xml:space="preserve">☐  </w:t>
            </w:r>
            <w:r>
              <w:rPr>
                <w:color w:val="282D34"/>
                <w:sz w:val="19"/>
              </w:rPr>
              <w:t>für eine bestimmte Angelegenheit mit mehreren erforderlichen Handlungen</w:t>
            </w:r>
          </w:p>
          <w:p>
            <w:pPr>
              <w:keepLines/>
              <w:spacing w:after="60"/>
              <w:ind w:left="0"/>
            </w:pPr>
            <w:r>
              <w:rPr>
                <w:b/>
                <w:color w:val="1C3042"/>
                <w:sz w:val="21"/>
              </w:rPr>
              <w:t xml:space="preserve">☐  </w:t>
            </w:r>
            <w:r>
              <w:rPr>
                <w:color w:val="282D34"/>
                <w:sz w:val="19"/>
              </w:rPr>
              <w:t>für den nachfolgend beschriebenen Aufgabenbereich bis zum Ende der Gültigkeit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7F8FA"/>
            <w:tcBorders>
              <w:top w:val="single" w:sz="4" w:color="E5E8EC"/>
              <w:left w:val="single" w:sz="4" w:color="E5E8EC"/>
              <w:bottom w:val="single" w:sz="8" w:color="CAD0D8"/>
              <w:right w:val="single" w:sz="4" w:color="E5E8EC"/>
            </w:tcBorders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pPr>
              <w:keepLines/>
              <w:spacing w:after="40"/>
            </w:pPr>
            <w:r/>
            <w:r>
              <w:rPr>
                <w:b/>
                <w:color w:val="525C69"/>
                <w:sz w:val="15"/>
              </w:rPr>
              <w:t>KONKRETER ZWECK / ANGELEGENHEIT</w:t>
            </w:r>
          </w:p>
          <w:p>
            <w:pPr>
              <w:keepLines/>
              <w:spacing w:before="0" w:after="280"/>
            </w:pPr>
            <w:r>
              <w:rPr>
                <w:i/>
                <w:color w:val="828993"/>
                <w:sz w:val="21"/>
              </w:rPr>
              <w:t>[z. B. Unterlagen abholen, Antrag einreichen, Termin wahrnehmen, Vertrag entgegennehmen]</w:t>
            </w:r>
          </w:p>
          <w:p>
            <w:pPr>
              <w:keepLines/>
            </w:pPr>
          </w:p>
        </w:tc>
      </w:tr>
    </w:tbl>
    <w:p>
      <w:pPr>
        <w:spacing w:before="100" w:after="60"/>
      </w:pPr>
      <w:r>
        <w:rPr>
          <w:b/>
          <w:sz w:val="18"/>
        </w:rPr>
        <w:t>Im Rahmen des oben beschriebenen Zwecks darf die bevollmächtigte Person insbesondere: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shd w:fill="F7F8FA"/>
            <w:tcBorders>
              <w:top w:val="single" w:sz="3" w:color="E4E8EC"/>
              <w:left w:val="single" w:sz="3" w:color="E4E8EC"/>
              <w:bottom w:val="single" w:sz="3" w:color="E4E8EC"/>
              <w:right w:val="single" w:sz="3" w:color="E4E8EC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keepLines/>
            </w:pPr>
            <w:r>
              <w:rPr>
                <w:color w:val="31373D"/>
                <w:sz w:val="17"/>
              </w:rPr>
              <w:t>☐ Erklärungen abgeben und entgegennehmen</w:t>
            </w:r>
          </w:p>
        </w:tc>
        <w:tc>
          <w:tcPr>
            <w:tcW w:type="dxa" w:w="4933"/>
            <w:shd w:fill="F7F8FA"/>
            <w:tcBorders>
              <w:top w:val="single" w:sz="3" w:color="E4E8EC"/>
              <w:left w:val="single" w:sz="3" w:color="E4E8EC"/>
              <w:bottom w:val="single" w:sz="3" w:color="E4E8EC"/>
              <w:right w:val="single" w:sz="3" w:color="E4E8EC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keepLines/>
            </w:pPr>
            <w:r>
              <w:rPr>
                <w:color w:val="31373D"/>
                <w:sz w:val="17"/>
              </w:rPr>
              <w:t>☐ Anträge und Unterlagen einreichen</w:t>
            </w:r>
          </w:p>
        </w:tc>
      </w:tr>
      <w:tr>
        <w:tc>
          <w:tcPr>
            <w:tcW w:type="dxa" w:w="4933"/>
            <w:shd w:fill="F7F8FA"/>
            <w:tcBorders>
              <w:top w:val="single" w:sz="3" w:color="E4E8EC"/>
              <w:left w:val="single" w:sz="3" w:color="E4E8EC"/>
              <w:bottom w:val="single" w:sz="3" w:color="E4E8EC"/>
              <w:right w:val="single" w:sz="3" w:color="E4E8EC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keepLines/>
            </w:pPr>
            <w:r>
              <w:rPr>
                <w:color w:val="31373D"/>
                <w:sz w:val="17"/>
              </w:rPr>
              <w:t>☐ Auskünfte einholen und entgegennehmen</w:t>
            </w:r>
          </w:p>
        </w:tc>
        <w:tc>
          <w:tcPr>
            <w:tcW w:type="dxa" w:w="4933"/>
            <w:shd w:fill="F7F8FA"/>
            <w:tcBorders>
              <w:top w:val="single" w:sz="3" w:color="E4E8EC"/>
              <w:left w:val="single" w:sz="3" w:color="E4E8EC"/>
              <w:bottom w:val="single" w:sz="3" w:color="E4E8EC"/>
              <w:right w:val="single" w:sz="3" w:color="E4E8EC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keepLines/>
            </w:pPr>
            <w:r>
              <w:rPr>
                <w:color w:val="31373D"/>
                <w:sz w:val="17"/>
              </w:rPr>
              <w:t>☐ Unterlagen / Gegenstände abholen oder übergeben</w:t>
            </w:r>
          </w:p>
        </w:tc>
      </w:tr>
      <w:tr>
        <w:tc>
          <w:tcPr>
            <w:tcW w:type="dxa" w:w="4933"/>
            <w:shd w:fill="F7F8FA"/>
            <w:tcBorders>
              <w:top w:val="single" w:sz="3" w:color="E4E8EC"/>
              <w:left w:val="single" w:sz="3" w:color="E4E8EC"/>
              <w:bottom w:val="single" w:sz="3" w:color="E4E8EC"/>
              <w:right w:val="single" w:sz="3" w:color="E4E8EC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keepLines/>
            </w:pPr>
            <w:r>
              <w:rPr>
                <w:color w:val="31373D"/>
                <w:sz w:val="17"/>
              </w:rPr>
              <w:t>☐ Termine wahrnehmen und Gespräche führen</w:t>
            </w:r>
          </w:p>
        </w:tc>
        <w:tc>
          <w:tcPr>
            <w:tcW w:type="dxa" w:w="4933"/>
            <w:shd w:fill="F7F8FA"/>
            <w:tcBorders>
              <w:top w:val="single" w:sz="3" w:color="E4E8EC"/>
              <w:left w:val="single" w:sz="3" w:color="E4E8EC"/>
              <w:bottom w:val="single" w:sz="3" w:color="E4E8EC"/>
              <w:right w:val="single" w:sz="3" w:color="E4E8EC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keepLines/>
            </w:pPr>
            <w:r>
              <w:rPr>
                <w:color w:val="31373D"/>
                <w:sz w:val="17"/>
              </w:rPr>
              <w:t>☐ Sonstiges: [bitte konkret angeben]</w:t>
            </w:r>
          </w:p>
        </w:tc>
      </w:tr>
    </w:tbl>
    <w:p>
      <w:pPr>
        <w:spacing w:before="200" w:after="100"/>
      </w:pPr>
      <w:r>
        <w:rPr>
          <w:b/>
          <w:color w:val="1C3042"/>
          <w:sz w:val="24"/>
        </w:rPr>
        <w:t>4  Gültigkeit und Grenzen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shd w:fill="F7F8FA"/>
            <w:tcBorders>
              <w:top w:val="single" w:sz="4" w:color="E5E8EC"/>
              <w:left w:val="single" w:sz="4" w:color="E5E8EC"/>
              <w:bottom w:val="single" w:sz="4" w:color="E5E8EC"/>
              <w:right w:val="single" w:sz="4" w:color="E5E8EC"/>
            </w:tcBorders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pPr>
              <w:keepLines/>
            </w:pPr>
            <w:r/>
            <w:r>
              <w:rPr>
                <w:b/>
                <w:color w:val="525C69"/>
                <w:sz w:val="15"/>
              </w:rPr>
              <w:t>GÜLTIGKEIT</w:t>
            </w:r>
          </w:p>
          <w:p>
            <w:pPr>
              <w:keepLines/>
              <w:spacing w:after="60"/>
              <w:ind w:left="0"/>
            </w:pPr>
            <w:r>
              <w:rPr>
                <w:b/>
                <w:color w:val="1C3042"/>
                <w:sz w:val="21"/>
              </w:rPr>
              <w:t xml:space="preserve">☐  </w:t>
            </w:r>
            <w:r>
              <w:rPr>
                <w:color w:val="282D34"/>
                <w:sz w:val="19"/>
              </w:rPr>
              <w:t>ab Unterzeichnung bis auf Widerruf</w:t>
            </w:r>
          </w:p>
          <w:p>
            <w:pPr>
              <w:keepLines/>
              <w:spacing w:after="60"/>
              <w:ind w:left="0"/>
            </w:pPr>
            <w:r>
              <w:rPr>
                <w:b/>
                <w:color w:val="1C3042"/>
                <w:sz w:val="21"/>
              </w:rPr>
              <w:t xml:space="preserve">☐  </w:t>
            </w:r>
            <w:r>
              <w:rPr>
                <w:color w:val="282D34"/>
                <w:sz w:val="19"/>
              </w:rPr>
              <w:t>nur am: [TT.MM.JJJJ]</w:t>
            </w:r>
          </w:p>
          <w:p>
            <w:pPr>
              <w:keepLines/>
              <w:spacing w:after="60"/>
              <w:ind w:left="0"/>
            </w:pPr>
            <w:r>
              <w:rPr>
                <w:b/>
                <w:color w:val="1C3042"/>
                <w:sz w:val="21"/>
              </w:rPr>
              <w:t xml:space="preserve">☐  </w:t>
            </w:r>
            <w:r>
              <w:rPr>
                <w:color w:val="282D34"/>
                <w:sz w:val="19"/>
              </w:rPr>
              <w:t>vom [TT.MM.JJJJ] bis [TT.MM.JJJJ]</w:t>
            </w:r>
          </w:p>
        </w:tc>
        <w:tc>
          <w:tcPr>
            <w:tcW w:type="dxa" w:w="4933"/>
            <w:shd w:fill="F7F8FA"/>
            <w:tcBorders>
              <w:top w:val="single" w:sz="4" w:color="E5E8EC"/>
              <w:left w:val="single" w:sz="4" w:color="E5E8EC"/>
              <w:bottom w:val="single" w:sz="4" w:color="E5E8EC"/>
              <w:right w:val="single" w:sz="4" w:color="E5E8EC"/>
            </w:tcBorders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pPr>
              <w:keepLines/>
            </w:pPr>
            <w:r/>
            <w:r>
              <w:rPr>
                <w:b/>
                <w:color w:val="525C69"/>
                <w:sz w:val="15"/>
              </w:rPr>
              <w:t>UNTERVOLLMACHT</w:t>
            </w:r>
          </w:p>
          <w:p>
            <w:pPr>
              <w:keepLines/>
              <w:spacing w:after="60"/>
              <w:ind w:left="0"/>
            </w:pPr>
            <w:r>
              <w:rPr>
                <w:b/>
                <w:color w:val="1C3042"/>
                <w:sz w:val="21"/>
              </w:rPr>
              <w:t xml:space="preserve">☐  </w:t>
            </w:r>
            <w:r>
              <w:rPr>
                <w:color w:val="282D34"/>
                <w:sz w:val="19"/>
              </w:rPr>
              <w:t>nicht erlaubt</w:t>
            </w:r>
          </w:p>
          <w:p>
            <w:pPr>
              <w:keepLines/>
              <w:spacing w:after="60"/>
              <w:ind w:left="0"/>
            </w:pPr>
            <w:r>
              <w:rPr>
                <w:b/>
                <w:color w:val="1C3042"/>
                <w:sz w:val="21"/>
              </w:rPr>
              <w:t xml:space="preserve">☐  </w:t>
            </w:r>
            <w:r>
              <w:rPr>
                <w:color w:val="282D34"/>
                <w:sz w:val="19"/>
              </w:rPr>
              <w:t>erlaubt, soweit für den Zweck erforderlich</w:t>
            </w:r>
          </w:p>
          <w:p>
            <w:pPr>
              <w:keepLines/>
              <w:spacing w:after="60"/>
              <w:ind w:left="0"/>
            </w:pPr>
            <w:r>
              <w:rPr>
                <w:b/>
                <w:color w:val="1C3042"/>
                <w:sz w:val="21"/>
              </w:rPr>
              <w:t xml:space="preserve">☐  </w:t>
            </w:r>
            <w:r>
              <w:rPr>
                <w:color w:val="282D34"/>
                <w:sz w:val="19"/>
              </w:rPr>
              <w:t>nur mit vorheriger Zustimmung des Vollmachtgebers</w:t>
            </w:r>
          </w:p>
        </w:tc>
      </w:tr>
    </w:tbl>
    <w:p>
      <w:pPr>
        <w:spacing w:after="0"/>
      </w:pPr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7F8FA"/>
            <w:tcBorders>
              <w:top w:val="single" w:sz="4" w:color="E5E8EC"/>
              <w:left w:val="single" w:sz="4" w:color="E5E8EC"/>
              <w:bottom w:val="single" w:sz="8" w:color="CAD0D8"/>
              <w:right w:val="single" w:sz="4" w:color="E5E8EC"/>
            </w:tcBorders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pPr>
              <w:keepLines/>
              <w:spacing w:after="40"/>
            </w:pPr>
            <w:r/>
            <w:r>
              <w:rPr>
                <w:b/>
                <w:color w:val="525C69"/>
                <w:sz w:val="15"/>
              </w:rPr>
              <w:t>BESONDERE EINSCHRÄNKUNGEN / HINWEISE (OPTIONAL)</w:t>
            </w:r>
          </w:p>
          <w:p>
            <w:pPr>
              <w:keepLines/>
              <w:spacing w:before="0" w:after="280"/>
            </w:pPr>
            <w:r>
              <w:rPr>
                <w:i/>
                <w:color w:val="828993"/>
                <w:sz w:val="21"/>
              </w:rPr>
              <w:t>[z. B. keine Vertragsabschlüsse, keine Zahlungen, nur gegenüber einer bestimmten Stelle]</w:t>
            </w:r>
          </w:p>
        </w:tc>
      </w:tr>
    </w:tbl>
    <w:p>
      <w:pPr>
        <w:spacing w:before="200" w:after="100"/>
      </w:pPr>
      <w:r>
        <w:rPr>
          <w:b/>
          <w:color w:val="1C3042"/>
          <w:sz w:val="24"/>
        </w:rPr>
        <w:t>5  Erklärung und Unterschrift</w:t>
      </w:r>
    </w:p>
    <w:p>
      <w:pPr>
        <w:spacing w:after="100"/>
      </w:pPr>
      <w:r>
        <w:rPr>
          <w:sz w:val="18"/>
        </w:rPr>
        <w:t>Hiermit bevollmächtige ich die oben genannte Person, mich ausschließlich im beschriebenen Umfang zu vertreten und die dafür erforderlichen Erklärungen und Handlungen in meinem Namen vorzunehmen. Weitergehende Befugnisse sind nicht erteilt.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shd w:fill="F7F8FA"/>
            <w:tcBorders>
              <w:top w:val="single" w:sz="4" w:color="E5E8EC"/>
              <w:left w:val="single" w:sz="4" w:color="E5E8EC"/>
              <w:bottom w:val="single" w:sz="8" w:color="CAD0D8"/>
              <w:right w:val="single" w:sz="4" w:color="E5E8EC"/>
            </w:tcBorders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pPr>
              <w:keepLines/>
              <w:spacing w:after="40"/>
            </w:pPr>
            <w:r/>
            <w:r>
              <w:rPr>
                <w:b/>
                <w:color w:val="525C69"/>
                <w:sz w:val="15"/>
              </w:rPr>
              <w:t>ORT</w:t>
            </w:r>
          </w:p>
          <w:p>
            <w:pPr>
              <w:keepLines/>
              <w:spacing w:before="0" w:after="0"/>
            </w:pPr>
            <w:r>
              <w:rPr>
                <w:i/>
                <w:color w:val="828993"/>
                <w:sz w:val="21"/>
              </w:rPr>
              <w:t>[Ort]</w:t>
            </w:r>
          </w:p>
        </w:tc>
        <w:tc>
          <w:tcPr>
            <w:tcW w:type="dxa" w:w="4933"/>
            <w:shd w:fill="F7F8FA"/>
            <w:tcBorders>
              <w:top w:val="single" w:sz="4" w:color="E5E8EC"/>
              <w:left w:val="single" w:sz="4" w:color="E5E8EC"/>
              <w:bottom w:val="single" w:sz="8" w:color="CAD0D8"/>
              <w:right w:val="single" w:sz="4" w:color="E5E8EC"/>
            </w:tcBorders>
            <w:tcMar>
              <w:top w:w="90" w:type="dxa"/>
              <w:start w:w="130" w:type="dxa"/>
              <w:bottom w:w="90" w:type="dxa"/>
              <w:end w:w="130" w:type="dxa"/>
            </w:tcMar>
            <w:vAlign w:val="center"/>
          </w:tcPr>
          <w:p>
            <w:pPr>
              <w:keepLines/>
              <w:spacing w:after="40"/>
            </w:pPr>
            <w:r/>
            <w:r>
              <w:rPr>
                <w:b/>
                <w:color w:val="525C69"/>
                <w:sz w:val="15"/>
              </w:rPr>
              <w:t>DATUM</w:t>
            </w:r>
          </w:p>
          <w:p>
            <w:pPr>
              <w:keepLines/>
              <w:spacing w:before="0" w:after="0"/>
            </w:pPr>
            <w:r>
              <w:rPr>
                <w:i/>
                <w:color w:val="828993"/>
                <w:sz w:val="21"/>
              </w:rPr>
              <w:t>[TT.MM.JJJJ]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3"/>
            <w:tcMar>
              <w:top w:w="120" w:type="dxa"/>
              <w:start w:w="60" w:type="dxa"/>
              <w:bottom w:w="50" w:type="dxa"/>
              <w:end w:w="60" w:type="dxa"/>
            </w:tcMar>
          </w:tcPr>
          <w:p>
            <w:pPr>
              <w:keepLines/>
              <w:spacing w:after="260"/>
            </w:pPr>
            <w:r/>
            <w:r/>
          </w:p>
          <w:p>
            <w:pPr>
              <w:keepLines/>
              <w:spacing w:before="0" w:after="20"/>
            </w:pPr>
            <w:r>
              <w:rPr>
                <w:color w:val="69717A"/>
                <w:sz w:val="18"/>
              </w:rPr>
              <w:t>________________________________________</w:t>
            </w:r>
          </w:p>
          <w:p>
            <w:pPr>
              <w:keepLines/>
              <w:spacing w:before="0" w:after="0"/>
            </w:pPr>
            <w:r>
              <w:rPr>
                <w:color w:val="464D55"/>
                <w:sz w:val="17"/>
              </w:rPr>
              <w:t>Unterschrift Vollmachtgeber</w:t>
            </w:r>
            <w:r>
              <w:rPr>
                <w:color w:val="464D55"/>
                <w:sz w:val="17"/>
              </w:rPr>
            </w:r>
          </w:p>
        </w:tc>
        <w:tc>
          <w:tcPr>
            <w:tcW w:type="dxa" w:w="4933"/>
            <w:tcMar>
              <w:top w:w="120" w:type="dxa"/>
              <w:start w:w="60" w:type="dxa"/>
              <w:bottom w:w="50" w:type="dxa"/>
              <w:end w:w="60" w:type="dxa"/>
            </w:tcMar>
          </w:tcPr>
          <w:p>
            <w:pPr>
              <w:keepLines/>
              <w:spacing w:after="260"/>
            </w:pPr>
            <w:r/>
            <w:r/>
          </w:p>
          <w:p>
            <w:pPr>
              <w:keepLines/>
              <w:spacing w:before="0" w:after="20"/>
            </w:pPr>
            <w:r>
              <w:rPr>
                <w:color w:val="69717A"/>
                <w:sz w:val="18"/>
              </w:rPr>
              <w:t>________________________________________</w:t>
            </w:r>
          </w:p>
          <w:p>
            <w:pPr>
              <w:keepLines/>
              <w:spacing w:before="0" w:after="0"/>
            </w:pPr>
            <w:r>
              <w:rPr>
                <w:color w:val="464D55"/>
                <w:sz w:val="17"/>
              </w:rPr>
              <w:t>Unterschrift Bevollmächtigte Person</w:t>
            </w:r>
            <w:r>
              <w:rPr>
                <w:color w:val="464D55"/>
                <w:sz w:val="17"/>
              </w:rPr>
            </w:r>
          </w:p>
          <w:p>
            <w:pPr>
              <w:keepLines/>
              <w:spacing w:after="0"/>
            </w:pPr>
            <w:r>
              <w:rPr>
                <w:color w:val="828993"/>
                <w:sz w:val="15"/>
              </w:rPr>
              <w:t>optional – zur Kenntnisnahme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FF8E9"/>
            <w:tcBorders>
              <w:top w:val="nil"/>
              <w:left w:val="single" w:sz="14" w:color="D5A542"/>
              <w:bottom w:val="nil"/>
              <w:right w:val="nil"/>
            </w:tcBorders>
            <w:tcMar>
              <w:top w:w="85" w:type="dxa"/>
              <w:start w:w="130" w:type="dxa"/>
              <w:bottom w:w="75" w:type="dxa"/>
              <w:end w:w="130" w:type="dxa"/>
            </w:tcMar>
          </w:tcPr>
          <w:p>
            <w:pPr>
              <w:keepLines/>
            </w:pPr>
            <w:r/>
            <w:r>
              <w:rPr>
                <w:b/>
                <w:color w:val="5F4616"/>
                <w:sz w:val="17"/>
              </w:rPr>
              <w:t>Hinweis zur Verwendung</w:t>
            </w:r>
          </w:p>
          <w:p>
            <w:pPr>
              <w:keepLines/>
              <w:spacing w:after="0"/>
            </w:pPr>
            <w:r>
              <w:rPr>
                <w:color w:val="56482F"/>
                <w:sz w:val="15"/>
              </w:rPr>
              <w:t>Manche Behörden, Banken, Versicherungen oder Vertragspartner verlangen eigene Formulare, einen Identitätsnachweis oder eine besondere Form. Bei wichtigen oder außergewöhnlichen Rechtsgeschäften sollte vorab geprüft werden, welche Anforderungen gelten.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73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78E95"/>
        <w:sz w:val="14"/>
      </w:rPr>
      <w:t>Einfache Vollmacht – frei an den konkreten Zweck anpassbar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7030"/>
      <w:gridCol w:w="2835"/>
    </w:tblGrid>
    <w:tr>
      <w:tc>
        <w:tcPr>
          <w:tcW w:type="dxa" w:w="4932"/>
          <w:tcBorders>
            <w:top w:val="nil"/>
            <w:left w:val="nil"/>
            <w:bottom w:val="nil"/>
            <w:right w:val="nil"/>
          </w:tcBorders>
        </w:tcPr>
        <w:p>
          <w:pPr>
            <w:spacing w:after="20"/>
          </w:pPr>
          <w:r/>
          <w:r>
            <w:rPr>
              <w:b/>
              <w:color w:val="183044"/>
              <w:sz w:val="38"/>
            </w:rPr>
            <w:t>VOLLMACHT</w:t>
          </w:r>
        </w:p>
        <w:p>
          <w:pPr>
            <w:spacing w:after="0"/>
          </w:pPr>
          <w:r>
            <w:rPr>
              <w:color w:val="6F7982"/>
              <w:sz w:val="17"/>
            </w:rPr>
            <w:t>Einfache Vorlage zur Bevollmächtigung</w:t>
          </w:r>
        </w:p>
      </w:tc>
      <w:tc>
        <w:tcPr>
          <w:tcW w:type="dxa" w:w="4932"/>
          <w:tcBorders>
            <w:top w:val="nil"/>
            <w:left w:val="nil"/>
            <w:bottom w:val="nil"/>
            <w:right w:val="nil"/>
          </w:tcBorders>
        </w:tcPr>
        <w:p>
          <w:pPr>
            <w:jc w:val="right"/>
          </w:pPr>
          <w:r/>
          <w:r>
            <w:rPr>
              <w:b/>
              <w:color w:val="4D6779"/>
              <w:sz w:val="16"/>
            </w:rPr>
            <w:t>ALLGEMEIN</w:t>
          </w:r>
        </w:p>
        <w:p>
          <w:pPr>
            <w:jc w:val="right"/>
          </w:pPr>
          <w:r>
            <w:rPr>
              <w:color w:val="828993"/>
              <w:sz w:val="15"/>
            </w:rPr>
            <w:t>klar · flexibel · anpassbar</w:t>
          </w:r>
        </w:p>
      </w:tc>
    </w:tr>
  </w:tbl>
  <w:p>
    <w:pPr>
      <w:spacing w:after="40"/>
      <w:pBdr>
        <w:bottom w:val="single" w:sz="12" w:space="1" w:color="263F5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82D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Text">
    <w:name w:val="SmallText"/>
    <w:pPr>
      <w:spacing w:after="80"/>
    </w:pPr>
    <w:rPr>
      <w:rFonts w:ascii="Arial" w:hAnsi="Arial" w:eastAsia="Arial"/>
      <w:color w:val="6C747E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Einfache Vollmacht Vorlage Word</dc:title>
  <dc:subject>Allgemeine, anpassbare Vollmacht Vorlage</dc:subject>
  <dc:creator/>
  <cp:keywords>Vollmacht, Vorlage, Word, einfache Vollmacht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