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7200"/>
        <w:gridCol w:w="2438"/>
      </w:tblGrid>
      <w:tr>
        <w:tc>
          <w:tcPr>
            <w:tcW w:type="dxa" w:w="4819"/>
            <w:tcMar>
              <w:top w:w="0" w:type="dxa"/>
              <w:start w:w="0" w:type="dxa"/>
              <w:bottom w:w="25" w:type="dxa"/>
              <w:end w:w="0" w:type="dxa"/>
            </w:tcMar>
          </w:tcPr>
          <w:p>
            <w:r>
              <w:rPr>
                <w:rFonts w:ascii="Arial" w:hAnsi="Arial"/>
                <w:b/>
                <w:color w:val="087A72"/>
                <w:sz w:val="16"/>
              </w:rPr>
              <w:t>VOLLMACHT  /  GROSSHANDEL</w:t>
            </w:r>
          </w:p>
        </w:tc>
        <w:tc>
          <w:tcPr>
            <w:tcW w:type="dxa" w:w="4819"/>
            <w:tcMar>
              <w:top w:w="0" w:type="dxa"/>
              <w:start w:w="0" w:type="dxa"/>
              <w:bottom w:w="25" w:type="dxa"/>
              <w:end w:w="0" w:type="dxa"/>
            </w:tcMar>
          </w:tcPr>
          <w:p>
            <w:pPr>
              <w:jc w:val="right"/>
            </w:pPr>
            <w:r>
              <w:rPr>
                <w:rFonts w:ascii="Arial" w:hAnsi="Arial"/>
                <w:b/>
                <w:color w:val="526477"/>
                <w:sz w:val="16"/>
              </w:rPr>
              <w:t>VORLAGE 01  /  EINMALIG</w:t>
            </w:r>
          </w:p>
        </w:tc>
      </w:tr>
    </w:tbl>
    <w:p>
      <w:pPr>
        <w:spacing w:before="60" w:after="20"/>
      </w:pPr>
      <w:r>
        <w:rPr>
          <w:rFonts w:ascii="Arial" w:hAnsi="Arial"/>
          <w:b/>
          <w:color w:val="1A3045"/>
          <w:sz w:val="50"/>
        </w:rPr>
        <w:t>METRO Vollmacht</w:t>
      </w:r>
    </w:p>
    <w:p>
      <w:pPr>
        <w:spacing w:before="0" w:after="180"/>
      </w:pPr>
      <w:r>
        <w:rPr>
          <w:rFonts w:ascii="Arial" w:hAnsi="Arial"/>
          <w:b w:val="0"/>
          <w:color w:val="526477"/>
          <w:sz w:val="20"/>
        </w:rPr>
        <w:t>Einmalige Einkaufsvollmacht für einen Einkauf im Großmarkt</w:t>
      </w:r>
    </w:p>
    <w:p>
      <w:pPr>
        <w:spacing w:after="0"/>
        <w:pBdr>
          <w:bottom w:val="single" w:sz="18" w:color="087A72"/>
        </w:pBdr>
      </w:pPr>
    </w:p>
    <w:p>
      <w:pPr>
        <w:spacing w:after="0" w:before="0" w:line="240" w:lineRule="auto"/>
      </w:pPr>
      <w:r>
        <w:rPr>
          <w:sz w:val="8"/>
        </w:rPr>
        <w:t xml:space="preserve"> </w:t>
      </w:r>
    </w:p>
    <w:tbl>
      <w:tblPr>
        <w:tblW w:type="auto" w:w="0"/>
        <w:jc w:val="center"/>
        <w:tblLayout w:type="fixed"/>
        <w:tblLook w:firstColumn="1" w:firstRow="1" w:lastColumn="0" w:lastRow="0" w:noHBand="0" w:noVBand="1" w:val="04A0"/>
      </w:tblPr>
      <w:tblGrid>
        <w:gridCol w:w="374"/>
        <w:gridCol w:w="9264"/>
      </w:tblGrid>
      <w:tr>
        <w:tc>
          <w:tcPr>
            <w:tcW w:type="dxa" w:w="374"/>
            <w:tcMar>
              <w:top w:w="55" w:type="dxa"/>
              <w:start w:w="0" w:type="dxa"/>
              <w:bottom w:w="85" w:type="dxa"/>
              <w:end w:w="0" w:type="dxa"/>
            </w:tcMar>
            <w:tcBorders>
              <w:bottom w:val="single" w:color="D4E0E4" w:sz="6"/>
            </w:tcBorders>
          </w:tcPr>
          <w:p>
            <w:pPr>
              <w:spacing w:after="0"/>
            </w:pPr>
            <w:r>
              <w:rPr>
                <w:rFonts w:ascii="Arial" w:hAnsi="Arial"/>
                <w:b/>
                <w:color w:val="087A72"/>
                <w:sz w:val="18"/>
              </w:rPr>
              <w:t>01</w:t>
            </w:r>
          </w:p>
        </w:tc>
        <w:tc>
          <w:tcPr>
            <w:tcW w:type="dxa" w:w="9264"/>
            <w:tcMar>
              <w:top w:w="55" w:type="dxa"/>
              <w:start w:w="0" w:type="dxa"/>
              <w:bottom w:w="85" w:type="dxa"/>
              <w:end w:w="0" w:type="dxa"/>
            </w:tcMar>
            <w:tcBorders>
              <w:bottom w:val="single" w:color="D4E0E4" w:sz="6"/>
            </w:tcBorders>
          </w:tcPr>
          <w:p>
            <w:pPr>
              <w:spacing w:after="0"/>
            </w:pPr>
            <w:r>
              <w:rPr>
                <w:rFonts w:ascii="Arial" w:hAnsi="Arial"/>
                <w:b/>
                <w:color w:val="1A3045"/>
                <w:sz w:val="21"/>
              </w:rPr>
              <w:t>Kunde / Betrieb</w:t>
            </w:r>
          </w:p>
        </w:tc>
      </w:tr>
    </w:tbl>
    <w:p>
      <w:pPr>
        <w:spacing w:after="0" w:before="0" w:line="240" w:lineRule="auto"/>
      </w:pPr>
      <w:r>
        <w:rPr>
          <w:sz w:val="10"/>
        </w:rPr>
        <w:t xml:space="preserve"> </w:t>
      </w:r>
    </w:p>
    <w:tbl>
      <w:tblPr>
        <w:tblW w:type="auto" w:w="0"/>
        <w:jc w:val="center"/>
        <w:tblLayout w:type="fixed"/>
        <w:tblLook w:firstColumn="1" w:firstRow="1" w:lastColumn="0" w:lastRow="0" w:noHBand="0" w:noVBand="1" w:val="04A0"/>
      </w:tblPr>
      <w:tblGrid>
        <w:gridCol w:w="5669"/>
        <w:gridCol w:w="181"/>
        <w:gridCol w:w="3787"/>
      </w:tblGrid>
      <w:tr>
        <w:tc>
          <w:tcPr>
            <w:tcW w:type="dxa" w:w="5669"/>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Firma / Organisation</w:t>
            </w:r>
          </w:p>
          <w:p>
            <w:pPr>
              <w:spacing w:after="0" w:line="240" w:lineRule="auto"/>
            </w:pPr>
            <w:sdt>
              <w:sdtPr>
                <w:alias w:val="P1 Firma"/>
                <w:tag w:val="P1_FIRMA"/>
                <w:id w:val="1376091306"/>
                <w:appearance w:val="hidden"/>
                <w:showingPlcHdr/>
                <w:text/>
              </w:sdtPr>
              <w:sdtContent>
                <w:r>
                  <w:rPr>
                    <w:rFonts w:ascii="Arial" w:hAnsi="Arial"/>
                    <w:color w:val="687A89"/>
                    <w:sz w:val="20"/>
                  </w:rPr>
                  <w:t>Firma oder Organisation eingeben</w:t>
                </w:r>
              </w:sdtContent>
            </w:sdt>
          </w:p>
        </w:tc>
        <w:tc>
          <w:tcPr>
            <w:tcW w:type="dxa" w:w="181"/>
            <w:tcMar>
              <w:top w:w="0" w:type="dxa"/>
              <w:start w:w="0" w:type="dxa"/>
              <w:bottom w:w="0" w:type="dxa"/>
              <w:end w:w="0" w:type="dxa"/>
            </w:tcMar>
          </w:tcPr>
          <w:p/>
        </w:tc>
        <w:tc>
          <w:tcPr>
            <w:tcW w:type="dxa" w:w="3787"/>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METRO-Kundennummer</w:t>
            </w:r>
          </w:p>
          <w:p>
            <w:pPr>
              <w:spacing w:after="0" w:line="240" w:lineRule="auto"/>
            </w:pPr>
            <w:sdt>
              <w:sdtPr>
                <w:alias w:val="P1 Kundennr"/>
                <w:tag w:val="P1_KUNDENNR"/>
                <w:id w:val="750337953"/>
                <w:appearance w:val="hidden"/>
                <w:showingPlcHdr/>
                <w:text/>
              </w:sdtPr>
              <w:sdtContent>
                <w:r>
                  <w:rPr>
                    <w:rFonts w:ascii="Arial" w:hAnsi="Arial"/>
                    <w:color w:val="687A89"/>
                    <w:sz w:val="20"/>
                  </w:rPr>
                  <w:t>Kundennummer</w:t>
                </w:r>
              </w:sdtContent>
            </w:sdt>
          </w:p>
        </w:tc>
      </w:tr>
    </w:tbl>
    <w:p>
      <w:pPr>
        <w:spacing w:after="0" w:before="0" w:line="240" w:lineRule="auto"/>
      </w:pPr>
      <w:r>
        <w:rPr>
          <w:sz w:val="8"/>
        </w:rPr>
        <w:t xml:space="preserve"> </w:t>
      </w:r>
    </w:p>
    <w:tbl>
      <w:tblPr>
        <w:tblW w:type="auto" w:w="0"/>
        <w:jc w:val="center"/>
        <w:tblLayout w:type="fixed"/>
        <w:tblLook w:firstColumn="1" w:firstRow="1" w:lastColumn="0" w:lastRow="0" w:noHBand="0" w:noVBand="1" w:val="04A0"/>
      </w:tblPr>
      <w:tblGrid>
        <w:gridCol w:w="4728"/>
        <w:gridCol w:w="181"/>
        <w:gridCol w:w="4728"/>
      </w:tblGrid>
      <w:tr>
        <w:tc>
          <w:tcPr>
            <w:tcW w:type="dxa" w:w="4728"/>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Vertretungsberechtigte Person</w:t>
            </w:r>
          </w:p>
          <w:p>
            <w:pPr>
              <w:spacing w:after="0" w:line="240" w:lineRule="auto"/>
            </w:pPr>
            <w:sdt>
              <w:sdtPr>
                <w:alias w:val="P1 Vertretung"/>
                <w:tag w:val="P1_VERTRETUNG"/>
                <w:id w:val="1477491460"/>
                <w:appearance w:val="hidden"/>
                <w:showingPlcHdr/>
                <w:text/>
              </w:sdtPr>
              <w:sdtContent>
                <w:r>
                  <w:rPr>
                    <w:rFonts w:ascii="Arial" w:hAnsi="Arial"/>
                    <w:color w:val="687A89"/>
                    <w:sz w:val="20"/>
                  </w:rPr>
                  <w:t>Vor- und Nachname</w:t>
                </w:r>
              </w:sdtContent>
            </w:sdt>
          </w:p>
        </w:tc>
        <w:tc>
          <w:tcPr>
            <w:tcW w:type="dxa" w:w="181"/>
            <w:tcMar>
              <w:top w:w="0" w:type="dxa"/>
              <w:start w:w="0" w:type="dxa"/>
              <w:bottom w:w="0" w:type="dxa"/>
              <w:end w:w="0" w:type="dxa"/>
            </w:tcMar>
          </w:tcPr>
          <w:p/>
        </w:tc>
        <w:tc>
          <w:tcPr>
            <w:tcW w:type="dxa" w:w="4728"/>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Geschäftsanschrift</w:t>
            </w:r>
          </w:p>
          <w:p>
            <w:pPr>
              <w:spacing w:after="0" w:line="240" w:lineRule="auto"/>
            </w:pPr>
            <w:sdt>
              <w:sdtPr>
                <w:alias w:val="P1 Adresse"/>
                <w:tag w:val="P1_ADRESSE"/>
                <w:id w:val="55729137"/>
                <w:appearance w:val="hidden"/>
                <w:showingPlcHdr/>
                <w:text/>
              </w:sdtPr>
              <w:sdtContent>
                <w:r>
                  <w:rPr>
                    <w:rFonts w:ascii="Arial" w:hAnsi="Arial"/>
                    <w:color w:val="687A89"/>
                    <w:sz w:val="20"/>
                  </w:rPr>
                  <w:t>Straße, PLZ und Ort</w:t>
                </w:r>
              </w:sdtContent>
            </w:sdt>
          </w:p>
        </w:tc>
      </w:tr>
    </w:tbl>
    <w:p>
      <w:pPr>
        <w:spacing w:after="0" w:before="0" w:line="240" w:lineRule="auto"/>
      </w:pPr>
      <w:r>
        <w:rPr>
          <w:sz w:val="12"/>
        </w:rPr>
        <w:t xml:space="preserve"> </w:t>
      </w:r>
    </w:p>
    <w:tbl>
      <w:tblPr>
        <w:tblW w:type="auto" w:w="0"/>
        <w:jc w:val="center"/>
        <w:tblLayout w:type="fixed"/>
        <w:tblLook w:firstColumn="1" w:firstRow="1" w:lastColumn="0" w:lastRow="0" w:noHBand="0" w:noVBand="1" w:val="04A0"/>
      </w:tblPr>
      <w:tblGrid>
        <w:gridCol w:w="374"/>
        <w:gridCol w:w="9264"/>
      </w:tblGrid>
      <w:tr>
        <w:tc>
          <w:tcPr>
            <w:tcW w:type="dxa" w:w="374"/>
            <w:tcMar>
              <w:top w:w="55" w:type="dxa"/>
              <w:start w:w="0" w:type="dxa"/>
              <w:bottom w:w="85" w:type="dxa"/>
              <w:end w:w="0" w:type="dxa"/>
            </w:tcMar>
            <w:tcBorders>
              <w:bottom w:val="single" w:color="D4E0E4" w:sz="6"/>
            </w:tcBorders>
          </w:tcPr>
          <w:p>
            <w:pPr>
              <w:spacing w:after="0"/>
            </w:pPr>
            <w:r>
              <w:rPr>
                <w:rFonts w:ascii="Arial" w:hAnsi="Arial"/>
                <w:b/>
                <w:color w:val="087A72"/>
                <w:sz w:val="18"/>
              </w:rPr>
              <w:t>02</w:t>
            </w:r>
          </w:p>
        </w:tc>
        <w:tc>
          <w:tcPr>
            <w:tcW w:type="dxa" w:w="9264"/>
            <w:tcMar>
              <w:top w:w="55" w:type="dxa"/>
              <w:start w:w="0" w:type="dxa"/>
              <w:bottom w:w="85" w:type="dxa"/>
              <w:end w:w="0" w:type="dxa"/>
            </w:tcMar>
            <w:tcBorders>
              <w:bottom w:val="single" w:color="D4E0E4" w:sz="6"/>
            </w:tcBorders>
          </w:tcPr>
          <w:p>
            <w:pPr>
              <w:spacing w:after="0"/>
            </w:pPr>
            <w:r>
              <w:rPr>
                <w:rFonts w:ascii="Arial" w:hAnsi="Arial"/>
                <w:b/>
                <w:color w:val="1A3045"/>
                <w:sz w:val="21"/>
              </w:rPr>
              <w:t>Bevollmächtigte Person / Einkauf</w:t>
            </w:r>
          </w:p>
        </w:tc>
      </w:tr>
    </w:tbl>
    <w:p>
      <w:pPr>
        <w:spacing w:after="0" w:before="0" w:line="240" w:lineRule="auto"/>
      </w:pPr>
      <w:r>
        <w:rPr>
          <w:sz w:val="10"/>
        </w:rPr>
        <w:t xml:space="preserve"> </w:t>
      </w:r>
    </w:p>
    <w:tbl>
      <w:tblPr>
        <w:tblW w:type="auto" w:w="0"/>
        <w:jc w:val="center"/>
        <w:tblLayout w:type="fixed"/>
        <w:tblLook w:firstColumn="1" w:firstRow="1" w:lastColumn="0" w:lastRow="0" w:noHBand="0" w:noVBand="1" w:val="04A0"/>
      </w:tblPr>
      <w:tblGrid>
        <w:gridCol w:w="5669"/>
        <w:gridCol w:w="181"/>
        <w:gridCol w:w="3787"/>
      </w:tblGrid>
      <w:tr>
        <w:tc>
          <w:tcPr>
            <w:tcW w:type="dxa" w:w="5669"/>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Vor- und Nachname</w:t>
            </w:r>
          </w:p>
          <w:p>
            <w:pPr>
              <w:spacing w:after="0" w:line="240" w:lineRule="auto"/>
            </w:pPr>
            <w:sdt>
              <w:sdtPr>
                <w:alias w:val="P1 Bevollmachtigte"/>
                <w:tag w:val="P1_BEVOLLMACHTIGTE"/>
                <w:id w:val="637855537"/>
                <w:appearance w:val="hidden"/>
                <w:showingPlcHdr/>
                <w:text/>
              </w:sdtPr>
              <w:sdtContent>
                <w:r>
                  <w:rPr>
                    <w:rFonts w:ascii="Arial" w:hAnsi="Arial"/>
                    <w:color w:val="687A89"/>
                    <w:sz w:val="20"/>
                  </w:rPr>
                  <w:t>Name der bevollmächtigten Person</w:t>
                </w:r>
              </w:sdtContent>
            </w:sdt>
          </w:p>
        </w:tc>
        <w:tc>
          <w:tcPr>
            <w:tcW w:type="dxa" w:w="181"/>
            <w:tcMar>
              <w:top w:w="0" w:type="dxa"/>
              <w:start w:w="0" w:type="dxa"/>
              <w:bottom w:w="0" w:type="dxa"/>
              <w:end w:w="0" w:type="dxa"/>
            </w:tcMar>
          </w:tcPr>
          <w:p/>
        </w:tc>
        <w:tc>
          <w:tcPr>
            <w:tcW w:type="dxa" w:w="3787"/>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Datum des Einkaufs</w:t>
            </w:r>
          </w:p>
          <w:p>
            <w:pPr>
              <w:spacing w:after="0" w:line="240" w:lineRule="auto"/>
            </w:pPr>
            <w:sdt>
              <w:sdtPr>
                <w:alias w:val="P1 Einkaufsdatum"/>
                <w:tag w:val="P1_EINKAUFSDATUM"/>
                <w:id w:val="811426740"/>
                <w:appearance w:val="hidden"/>
                <w:showingPlcHdr/>
                <w:text/>
              </w:sdtPr>
              <w:sdtContent>
                <w:r>
                  <w:rPr>
                    <w:rFonts w:ascii="Arial" w:hAnsi="Arial"/>
                    <w:color w:val="687A89"/>
                    <w:sz w:val="20"/>
                  </w:rPr>
                  <w:t>TT.MM.JJJJ</w:t>
                </w:r>
              </w:sdtContent>
            </w:sdt>
          </w:p>
        </w:tc>
      </w:tr>
    </w:tbl>
    <w:p>
      <w:pPr>
        <w:spacing w:after="0" w:before="0" w:line="240" w:lineRule="auto"/>
      </w:pPr>
      <w:r>
        <w:rPr>
          <w:sz w:val="12"/>
        </w:rPr>
        <w:t xml:space="preserve"> </w:t>
      </w:r>
    </w:p>
    <w:tbl>
      <w:tblPr>
        <w:tblW w:type="auto" w:w="0"/>
        <w:jc w:val="center"/>
        <w:tblLayout w:type="fixed"/>
        <w:tblLook w:firstColumn="1" w:firstRow="1" w:lastColumn="0" w:lastRow="0" w:noHBand="0" w:noVBand="1" w:val="04A0"/>
      </w:tblPr>
      <w:tblGrid>
        <w:gridCol w:w="374"/>
        <w:gridCol w:w="9264"/>
      </w:tblGrid>
      <w:tr>
        <w:tc>
          <w:tcPr>
            <w:tcW w:type="dxa" w:w="374"/>
            <w:tcMar>
              <w:top w:w="55" w:type="dxa"/>
              <w:start w:w="0" w:type="dxa"/>
              <w:bottom w:w="85" w:type="dxa"/>
              <w:end w:w="0" w:type="dxa"/>
            </w:tcMar>
            <w:tcBorders>
              <w:bottom w:val="single" w:color="D4E0E4" w:sz="6"/>
            </w:tcBorders>
          </w:tcPr>
          <w:p>
            <w:pPr>
              <w:spacing w:after="0"/>
            </w:pPr>
            <w:r>
              <w:rPr>
                <w:rFonts w:ascii="Arial" w:hAnsi="Arial"/>
                <w:b/>
                <w:color w:val="087A72"/>
                <w:sz w:val="18"/>
              </w:rPr>
              <w:t>03</w:t>
            </w:r>
          </w:p>
        </w:tc>
        <w:tc>
          <w:tcPr>
            <w:tcW w:type="dxa" w:w="9264"/>
            <w:tcMar>
              <w:top w:w="55" w:type="dxa"/>
              <w:start w:w="0" w:type="dxa"/>
              <w:bottom w:w="85" w:type="dxa"/>
              <w:end w:w="0" w:type="dxa"/>
            </w:tcMar>
            <w:tcBorders>
              <w:bottom w:val="single" w:color="D4E0E4" w:sz="6"/>
            </w:tcBorders>
          </w:tcPr>
          <w:p>
            <w:pPr>
              <w:spacing w:after="0"/>
            </w:pPr>
            <w:r>
              <w:rPr>
                <w:rFonts w:ascii="Arial" w:hAnsi="Arial"/>
                <w:b/>
                <w:color w:val="1A3045"/>
                <w:sz w:val="21"/>
              </w:rPr>
              <w:t>Umfang der Bevollmächtigung</w:t>
            </w:r>
          </w:p>
        </w:tc>
      </w:tr>
    </w:tbl>
    <w:p>
      <w:pPr>
        <w:spacing w:after="0" w:before="0" w:line="240" w:lineRule="auto"/>
      </w:pPr>
      <w:r>
        <w:rPr>
          <w:sz w:val="10"/>
        </w:rPr>
        <w:t xml:space="preserve"> </w:t>
      </w:r>
    </w:p>
    <w:p>
      <w:pPr>
        <w:spacing w:after="140" w:line="293" w:lineRule="auto"/>
      </w:pPr>
      <w:r>
        <w:rPr>
          <w:rFonts w:ascii="Arial" w:hAnsi="Arial"/>
          <w:b w:val="0"/>
          <w:color w:val="1A3045"/>
          <w:sz w:val="18"/>
        </w:rPr>
        <w:t>Ich bevollmächtige die oben genannte Person, am angegebenen Einkaufstag einmalig in meinem Namen und für Rechnung des genannten Betriebs bei METRO einzukaufen und die hierfür ausgewählten Waren entgegenzunehmen. Die Waren sind ausschließlich für den gewerblichen, beruflichen oder institutionellen Bedarf des Betriebs bestimmt. Diese Vollmacht begründet keine dauerhafte Einkaufsberechtigung.</w:t>
      </w:r>
    </w:p>
    <w:tbl>
      <w:tblPr>
        <w:tblW w:type="auto" w:w="0"/>
        <w:tblLook w:firstColumn="1" w:firstRow="1" w:lastColumn="0" w:lastRow="0" w:noHBand="0" w:noVBand="1" w:val="04A0"/>
      </w:tblPr>
      <w:tblGrid>
        <w:gridCol w:w="9638"/>
      </w:tblGrid>
      <w:tr>
        <w:tc>
          <w:tcPr>
            <w:tcW w:type="dxa" w:w="9638"/>
            <w:tcMar>
              <w:top w:w="140" w:type="dxa"/>
              <w:start w:w="185" w:type="dxa"/>
              <w:bottom w:w="140" w:type="dxa"/>
              <w:end w:w="150" w:type="dxa"/>
            </w:tcMar>
            <w:shd w:fill="F2F6F7" w:val="clear"/>
          </w:tcPr>
          <w:p>
            <w:pPr>
              <w:spacing w:after="120"/>
            </w:pPr>
            <w:r>
              <w:rPr>
                <w:rFonts w:ascii="Arial" w:hAnsi="Arial"/>
                <w:b/>
                <w:color w:val="1A3045"/>
                <w:sz w:val="18"/>
              </w:rPr>
              <w:t>Zahlung über ein bestehendes METRO-Kundenlimit</w:t>
            </w:r>
          </w:p>
          <w:p>
            <w:pPr>
              <w:spacing w:after="0"/>
            </w:pPr>
            <w:sdt>
              <w:sdtPr>
                <w:alias w:val="P1 Limit Ja"/>
                <w:tag w:val="P1_LIMIT_JA"/>
                <w14:checkbox>
                  <w14:checked w14:val="0"/>
                  <w14:checkedState w14:val="2612" w14:font="Segoe UI Symbol"/>
                  <w14:uncheckedState w14:val="2610" w14:font="Segoe UI Symbol"/>
                </w14:checkbox>
              </w:sdtPr>
              <w:sdtContent>
                <w:r>
                  <w:rPr>
                    <w:rFonts w:ascii="Segoe UI Symbol" w:hAnsi="Segoe UI Symbol"/>
                    <w:color w:val="08665F"/>
                    <w:sz w:val="21"/>
                  </w:rPr>
                  <w:t>☐</w:t>
                </w:r>
              </w:sdtContent>
            </w:sdt>
            <w:r>
              <w:rPr>
                <w:rFonts w:ascii="Arial" w:hAnsi="Arial"/>
                <w:b w:val="0"/>
                <w:color w:val="1A3045"/>
                <w:sz w:val="18"/>
              </w:rPr>
              <w:t xml:space="preserve">  Gestattet    </w:t>
            </w:r>
            <w:sdt>
              <w:sdtPr>
                <w:alias w:val="P1 Limit Nein"/>
                <w:tag w:val="P1_LIMIT_NEIN"/>
                <w14:checkbox>
                  <w14:checked w14:val="0"/>
                  <w14:checkedState w14:val="2612" w14:font="Segoe UI Symbol"/>
                  <w14:uncheckedState w14:val="2610" w14:font="Segoe UI Symbol"/>
                </w14:checkbox>
              </w:sdtPr>
              <w:sdtContent>
                <w:r>
                  <w:rPr>
                    <w:rFonts w:ascii="Segoe UI Symbol" w:hAnsi="Segoe UI Symbol"/>
                    <w:color w:val="08665F"/>
                    <w:sz w:val="21"/>
                  </w:rPr>
                  <w:t>☐</w:t>
                </w:r>
              </w:sdtContent>
            </w:sdt>
            <w:r>
              <w:rPr>
                <w:rFonts w:ascii="Arial" w:hAnsi="Arial"/>
                <w:b w:val="0"/>
                <w:color w:val="1A3045"/>
                <w:sz w:val="18"/>
              </w:rPr>
              <w:t xml:space="preserve">  Nicht gestattet    </w:t>
            </w:r>
          </w:p>
        </w:tc>
      </w:tr>
    </w:tbl>
    <w:p>
      <w:pPr>
        <w:spacing w:after="0" w:before="0" w:line="240" w:lineRule="auto"/>
      </w:pPr>
      <w:r>
        <w:rPr>
          <w:sz w:val="10"/>
        </w:rPr>
        <w:t xml:space="preserve"> </w:t>
      </w:r>
    </w:p>
    <w:tbl>
      <w:tblPr>
        <w:tblW w:type="auto" w:w="0"/>
        <w:jc w:val="center"/>
        <w:tblLayout w:type="fixed"/>
        <w:tblLook w:firstColumn="1" w:firstRow="1" w:lastColumn="0" w:lastRow="0" w:noHBand="0" w:noVBand="1" w:val="04A0"/>
      </w:tblPr>
      <w:tblGrid>
        <w:gridCol w:w="9638"/>
      </w:tblGrid>
      <w:tr>
        <w:tc>
          <w:tcPr>
            <w:tcW w:type="dxa" w:w="9638"/>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Besondere Einkaufsvorgaben (optional)</w:t>
            </w:r>
          </w:p>
          <w:p>
            <w:pPr>
              <w:spacing w:after="0" w:line="240" w:lineRule="auto"/>
            </w:pPr>
            <w:sdt>
              <w:sdtPr>
                <w:alias w:val="P1 Vorgaben"/>
                <w:tag w:val="P1_VORGABEN"/>
                <w:id w:val="858793564"/>
                <w:appearance w:val="hidden"/>
                <w:showingPlcHdr/>
                <w:text/>
              </w:sdtPr>
              <w:sdtContent>
                <w:r>
                  <w:rPr>
                    <w:rFonts w:ascii="Arial" w:hAnsi="Arial"/>
                    <w:color w:val="687A89"/>
                    <w:sz w:val="20"/>
                  </w:rPr>
                  <w:t>Waren, Budget oder sonstige Hinweise eintragen</w:t>
                </w:r>
              </w:sdtContent>
            </w:sdt>
          </w:p>
        </w:tc>
      </w:tr>
    </w:tbl>
    <w:p>
      <w:pPr>
        <w:spacing w:after="0" w:before="0" w:line="240" w:lineRule="auto"/>
      </w:pPr>
      <w:r>
        <w:rPr>
          <w:sz w:val="12"/>
        </w:rPr>
        <w:t xml:space="preserve"> </w:t>
      </w:r>
    </w:p>
    <w:tbl>
      <w:tblPr>
        <w:tblW w:type="auto" w:w="0"/>
        <w:jc w:val="center"/>
        <w:tblLayout w:type="fixed"/>
        <w:tblLook w:firstColumn="1" w:firstRow="1" w:lastColumn="0" w:lastRow="0" w:noHBand="0" w:noVBand="1" w:val="04A0"/>
      </w:tblPr>
      <w:tblGrid>
        <w:gridCol w:w="374"/>
        <w:gridCol w:w="9264"/>
      </w:tblGrid>
      <w:tr>
        <w:tc>
          <w:tcPr>
            <w:tcW w:type="dxa" w:w="374"/>
            <w:tcMar>
              <w:top w:w="55" w:type="dxa"/>
              <w:start w:w="0" w:type="dxa"/>
              <w:bottom w:w="85" w:type="dxa"/>
              <w:end w:w="0" w:type="dxa"/>
            </w:tcMar>
            <w:tcBorders>
              <w:bottom w:val="single" w:color="D4E0E4" w:sz="6"/>
            </w:tcBorders>
          </w:tcPr>
          <w:p>
            <w:pPr>
              <w:spacing w:after="0"/>
            </w:pPr>
            <w:r>
              <w:rPr>
                <w:rFonts w:ascii="Arial" w:hAnsi="Arial"/>
                <w:b/>
                <w:color w:val="087A72"/>
                <w:sz w:val="18"/>
              </w:rPr>
              <w:t>04</w:t>
            </w:r>
          </w:p>
        </w:tc>
        <w:tc>
          <w:tcPr>
            <w:tcW w:type="dxa" w:w="9264"/>
            <w:tcMar>
              <w:top w:w="55" w:type="dxa"/>
              <w:start w:w="0" w:type="dxa"/>
              <w:bottom w:w="85" w:type="dxa"/>
              <w:end w:w="0" w:type="dxa"/>
            </w:tcMar>
            <w:tcBorders>
              <w:bottom w:val="single" w:color="D4E0E4" w:sz="6"/>
            </w:tcBorders>
          </w:tcPr>
          <w:p>
            <w:pPr>
              <w:spacing w:after="0"/>
            </w:pPr>
            <w:r>
              <w:rPr>
                <w:rFonts w:ascii="Arial" w:hAnsi="Arial"/>
                <w:b/>
                <w:color w:val="1A3045"/>
                <w:sz w:val="21"/>
              </w:rPr>
              <w:t>Bestätigung / Unterschriften</w:t>
            </w:r>
          </w:p>
        </w:tc>
      </w:tr>
    </w:tbl>
    <w:p>
      <w:pPr>
        <w:spacing w:after="0" w:before="0" w:line="240" w:lineRule="auto"/>
      </w:pPr>
      <w:r>
        <w:rPr>
          <w:sz w:val="10"/>
        </w:rPr>
        <w:t xml:space="preserve"> </w:t>
      </w:r>
    </w:p>
    <w:p>
      <w:pPr>
        <w:spacing w:after="80" w:line="293" w:lineRule="auto"/>
      </w:pPr>
      <w:r>
        <w:rPr>
          <w:rFonts w:ascii="Arial" w:hAnsi="Arial"/>
          <w:b w:val="0"/>
          <w:color w:val="1A3045"/>
          <w:sz w:val="18"/>
        </w:rPr>
        <w:t>Mit den Unterschriften wird die einmalige Bevollmächtigung bestätigt.</w:t>
      </w:r>
    </w:p>
    <w:tbl>
      <w:tblPr>
        <w:tblW w:type="auto" w:w="0"/>
        <w:jc w:val="center"/>
        <w:tblLayout w:type="fixed"/>
        <w:tblLook w:firstColumn="1" w:firstRow="1" w:lastColumn="0" w:lastRow="0" w:noHBand="0" w:noVBand="1" w:val="04A0"/>
      </w:tblPr>
      <w:tblGrid>
        <w:gridCol w:w="9638"/>
      </w:tblGrid>
      <w:tr>
        <w:tc>
          <w:tcPr>
            <w:tcW w:type="dxa" w:w="9638"/>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Ort / Datum</w:t>
            </w:r>
          </w:p>
          <w:p>
            <w:pPr>
              <w:spacing w:after="0" w:line="240" w:lineRule="auto"/>
            </w:pPr>
            <w:sdt>
              <w:sdtPr>
                <w:alias w:val="P1 Sign Orte"/>
                <w:tag w:val="P1_SIGN_ORTE"/>
                <w:id w:val="1486450739"/>
                <w:appearance w:val="hidden"/>
                <w:showingPlcHdr/>
                <w:text/>
              </w:sdtPr>
              <w:sdtContent>
                <w:r>
                  <w:rPr>
                    <w:rFonts w:ascii="Arial" w:hAnsi="Arial"/>
                    <w:color w:val="687A89"/>
                    <w:sz w:val="20"/>
                  </w:rPr>
                  <w:t>Ort, TT.MM.JJJJ</w:t>
                </w:r>
              </w:sdtContent>
            </w:sdt>
          </w:p>
        </w:tc>
      </w:tr>
    </w:tbl>
    <w:p>
      <w:pPr>
        <w:spacing w:after="0" w:before="0" w:line="240" w:lineRule="auto"/>
      </w:pPr>
      <w:r>
        <w:rPr>
          <w:sz w:val="14"/>
        </w:rPr>
        <w:t xml:space="preserve"> </w:t>
      </w:r>
    </w:p>
    <w:tbl>
      <w:tblPr>
        <w:tblW w:type="auto" w:w="0"/>
        <w:tblLayout w:type="fixed"/>
        <w:tblLook w:firstColumn="1" w:firstRow="1" w:lastColumn="0" w:lastRow="0" w:noHBand="0" w:noVBand="1" w:val="04A0"/>
      </w:tblPr>
      <w:tblGrid>
        <w:gridCol w:w="4717"/>
        <w:gridCol w:w="204"/>
        <w:gridCol w:w="4717"/>
      </w:tblGrid>
      <w:tr>
        <w:tc>
          <w:tcPr>
            <w:tcW w:type="dxa" w:w="3213"/>
            <w:tcMar>
              <w:top w:w="10" w:type="dxa"/>
              <w:start w:w="0" w:type="dxa"/>
              <w:bottom w:w="0" w:type="dxa"/>
              <w:end w:w="0" w:type="dxa"/>
            </w:tcMar>
          </w:tcPr>
          <w:p>
            <w:pPr>
              <w:spacing w:after="160"/>
            </w:pPr>
            <w:r>
              <w:rPr>
                <w:rFonts w:ascii="Arial" w:hAnsi="Arial"/>
                <w:b w:val="0"/>
                <w:color w:val="1A3045"/>
                <w:sz w:val="20"/>
              </w:rPr>
              <w:t xml:space="preserve"> </w:t>
            </w:r>
          </w:p>
          <w:p>
            <w:pPr>
              <w:spacing w:before="0" w:after="0"/>
              <w:pBdr>
                <w:top w:val="single" w:sz="6" w:color="526477"/>
              </w:pBdr>
            </w:pPr>
            <w:r>
              <w:rPr>
                <w:rFonts w:ascii="Arial" w:hAnsi="Arial"/>
                <w:b w:val="0"/>
                <w:color w:val="526477"/>
                <w:sz w:val="16"/>
              </w:rPr>
              <w:t>Unterschrift der vertretungsberechtigten Person</w:t>
            </w:r>
          </w:p>
        </w:tc>
        <w:tc>
          <w:tcPr>
            <w:tcW w:type="dxa" w:w="3213"/>
          </w:tcPr>
          <w:p/>
        </w:tc>
        <w:tc>
          <w:tcPr>
            <w:tcW w:type="dxa" w:w="3213"/>
            <w:tcMar>
              <w:top w:w="10" w:type="dxa"/>
              <w:start w:w="0" w:type="dxa"/>
              <w:bottom w:w="0" w:type="dxa"/>
              <w:end w:w="0" w:type="dxa"/>
            </w:tcMar>
          </w:tcPr>
          <w:p>
            <w:pPr>
              <w:spacing w:after="160"/>
            </w:pPr>
            <w:r>
              <w:rPr>
                <w:rFonts w:ascii="Arial" w:hAnsi="Arial"/>
                <w:b w:val="0"/>
                <w:color w:val="1A3045"/>
                <w:sz w:val="20"/>
              </w:rPr>
              <w:t xml:space="preserve"> </w:t>
            </w:r>
          </w:p>
          <w:p>
            <w:pPr>
              <w:spacing w:before="0" w:after="0"/>
              <w:pBdr>
                <w:top w:val="single" w:sz="6" w:color="526477"/>
              </w:pBdr>
            </w:pPr>
            <w:r>
              <w:rPr>
                <w:rFonts w:ascii="Arial" w:hAnsi="Arial"/>
                <w:b w:val="0"/>
                <w:color w:val="526477"/>
                <w:sz w:val="16"/>
              </w:rPr>
              <w:t>Unterschrift der bevollmächtigten Person</w:t>
            </w:r>
          </w:p>
        </w:tc>
      </w:tr>
    </w:tbl>
    <w:p>
      <w:pPr>
        <w:spacing w:after="0" w:before="0" w:line="240" w:lineRule="auto"/>
      </w:pPr>
      <w:r>
        <w:rPr>
          <w:sz w:val="14"/>
        </w:rPr>
        <w:t xml:space="preserve"> </w:t>
      </w:r>
    </w:p>
    <w:tbl>
      <w:tblPr>
        <w:tblW w:type="auto" w:w="0"/>
        <w:tblLayout w:type="fixed"/>
        <w:tblLook w:firstColumn="1" w:firstRow="1" w:lastColumn="0" w:lastRow="0" w:noHBand="0" w:noVBand="1" w:val="04A0"/>
      </w:tblPr>
      <w:tblGrid>
        <w:gridCol w:w="9638"/>
      </w:tblGrid>
      <w:tr>
        <w:tc>
          <w:tcPr>
            <w:tcW w:type="dxa" w:w="9638"/>
            <w:tcMar>
              <w:top w:w="145" w:type="dxa"/>
              <w:start w:w="205" w:type="dxa"/>
              <w:bottom w:w="155" w:type="dxa"/>
              <w:end w:w="205" w:type="dxa"/>
            </w:tcMar>
            <w:shd w:fill="E9F5F2" w:val="clear"/>
            <w:tcBorders>
              <w:left w:val="single" w:sz="20" w:color="087A72"/>
            </w:tcBorders>
          </w:tcPr>
          <w:p>
            <w:pPr>
              <w:spacing w:after="60"/>
            </w:pPr>
            <w:r>
              <w:rPr>
                <w:rFonts w:ascii="Arial" w:hAnsi="Arial"/>
                <w:b/>
                <w:color w:val="08665F"/>
                <w:sz w:val="17"/>
              </w:rPr>
              <w:t>ZUM EINKAUF MITNEHMEN</w:t>
            </w:r>
          </w:p>
          <w:p>
            <w:pPr>
              <w:spacing w:after="0" w:line="269" w:lineRule="auto"/>
            </w:pPr>
            <w:r>
              <w:rPr>
                <w:rFonts w:ascii="Arial" w:hAnsi="Arial"/>
                <w:b w:val="0"/>
                <w:color w:val="1A3045"/>
                <w:sz w:val="18"/>
              </w:rPr>
              <w:t>Unterschriebene Vollmacht, METRO-Kundenkarte und amtlichen Lichtbildausweis mitnehmen. METRO kann sein Originalformular verlangen.</w:t>
            </w:r>
          </w:p>
        </w:tc>
      </w:tr>
    </w:tbl>
    <w:p>
      <w:r>
        <w:br w:type="page"/>
      </w:r>
    </w:p>
    <w:tbl>
      <w:tblPr>
        <w:tblW w:type="auto" w:w="0"/>
        <w:tblLayout w:type="fixed"/>
        <w:tblLook w:firstColumn="1" w:firstRow="1" w:lastColumn="0" w:lastRow="0" w:noHBand="0" w:noVBand="1" w:val="04A0"/>
      </w:tblPr>
      <w:tblGrid>
        <w:gridCol w:w="7200"/>
        <w:gridCol w:w="2438"/>
      </w:tblGrid>
      <w:tr>
        <w:tc>
          <w:tcPr>
            <w:tcW w:type="dxa" w:w="4819"/>
            <w:tcMar>
              <w:top w:w="0" w:type="dxa"/>
              <w:start w:w="0" w:type="dxa"/>
              <w:bottom w:w="25" w:type="dxa"/>
              <w:end w:w="0" w:type="dxa"/>
            </w:tcMar>
          </w:tcPr>
          <w:p>
            <w:r>
              <w:rPr>
                <w:rFonts w:ascii="Arial" w:hAnsi="Arial"/>
                <w:b/>
                <w:color w:val="087A72"/>
                <w:sz w:val="16"/>
              </w:rPr>
              <w:t>VOLLMACHT  /  GROSSHANDEL</w:t>
            </w:r>
          </w:p>
        </w:tc>
        <w:tc>
          <w:tcPr>
            <w:tcW w:type="dxa" w:w="4819"/>
            <w:tcMar>
              <w:top w:w="0" w:type="dxa"/>
              <w:start w:w="0" w:type="dxa"/>
              <w:bottom w:w="25" w:type="dxa"/>
              <w:end w:w="0" w:type="dxa"/>
            </w:tcMar>
          </w:tcPr>
          <w:p>
            <w:pPr>
              <w:jc w:val="right"/>
            </w:pPr>
            <w:r>
              <w:rPr>
                <w:rFonts w:ascii="Arial" w:hAnsi="Arial"/>
                <w:b/>
                <w:color w:val="526477"/>
                <w:sz w:val="16"/>
              </w:rPr>
              <w:t>VORLAGE 02  /  DAUERHAFT</w:t>
            </w:r>
          </w:p>
        </w:tc>
      </w:tr>
    </w:tbl>
    <w:p>
      <w:pPr>
        <w:spacing w:before="60" w:after="20"/>
      </w:pPr>
      <w:r>
        <w:rPr>
          <w:rFonts w:ascii="Arial" w:hAnsi="Arial"/>
          <w:b/>
          <w:color w:val="1A3045"/>
          <w:sz w:val="50"/>
        </w:rPr>
        <w:t>METRO Einkaufsberechtigung</w:t>
      </w:r>
    </w:p>
    <w:p>
      <w:pPr>
        <w:spacing w:before="0" w:after="180"/>
      </w:pPr>
      <w:r>
        <w:rPr>
          <w:rFonts w:ascii="Arial" w:hAnsi="Arial"/>
          <w:b w:val="0"/>
          <w:color w:val="526477"/>
          <w:sz w:val="20"/>
        </w:rPr>
        <w:t>Vollmacht zur Beantragung zusätzlicher Einkaufsberechtigungen</w:t>
      </w:r>
    </w:p>
    <w:p>
      <w:pPr>
        <w:spacing w:after="0"/>
        <w:pBdr>
          <w:bottom w:val="single" w:sz="18" w:color="087A72"/>
        </w:pBdr>
      </w:pPr>
    </w:p>
    <w:p>
      <w:pPr>
        <w:spacing w:after="0" w:before="0" w:line="240" w:lineRule="auto"/>
      </w:pPr>
      <w:r>
        <w:rPr>
          <w:sz w:val="8"/>
        </w:rPr>
        <w:t xml:space="preserve"> </w:t>
      </w:r>
    </w:p>
    <w:tbl>
      <w:tblPr>
        <w:tblW w:type="auto" w:w="0"/>
        <w:jc w:val="center"/>
        <w:tblLayout w:type="fixed"/>
        <w:tblLook w:firstColumn="1" w:firstRow="1" w:lastColumn="0" w:lastRow="0" w:noHBand="0" w:noVBand="1" w:val="04A0"/>
      </w:tblPr>
      <w:tblGrid>
        <w:gridCol w:w="374"/>
        <w:gridCol w:w="9264"/>
      </w:tblGrid>
      <w:tr>
        <w:tc>
          <w:tcPr>
            <w:tcW w:type="dxa" w:w="374"/>
            <w:tcMar>
              <w:top w:w="55" w:type="dxa"/>
              <w:start w:w="0" w:type="dxa"/>
              <w:bottom w:w="85" w:type="dxa"/>
              <w:end w:w="0" w:type="dxa"/>
            </w:tcMar>
            <w:tcBorders>
              <w:bottom w:val="single" w:color="D4E0E4" w:sz="6"/>
            </w:tcBorders>
          </w:tcPr>
          <w:p>
            <w:pPr>
              <w:spacing w:after="0"/>
            </w:pPr>
            <w:r>
              <w:rPr>
                <w:rFonts w:ascii="Arial" w:hAnsi="Arial"/>
                <w:b/>
                <w:color w:val="087A72"/>
                <w:sz w:val="18"/>
              </w:rPr>
              <w:t>01</w:t>
            </w:r>
          </w:p>
        </w:tc>
        <w:tc>
          <w:tcPr>
            <w:tcW w:type="dxa" w:w="9264"/>
            <w:tcMar>
              <w:top w:w="55" w:type="dxa"/>
              <w:start w:w="0" w:type="dxa"/>
              <w:bottom w:w="85" w:type="dxa"/>
              <w:end w:w="0" w:type="dxa"/>
            </w:tcMar>
            <w:tcBorders>
              <w:bottom w:val="single" w:color="D4E0E4" w:sz="6"/>
            </w:tcBorders>
          </w:tcPr>
          <w:p>
            <w:pPr>
              <w:spacing w:after="0"/>
            </w:pPr>
            <w:r>
              <w:rPr>
                <w:rFonts w:ascii="Arial" w:hAnsi="Arial"/>
                <w:b/>
                <w:color w:val="1A3045"/>
                <w:sz w:val="21"/>
              </w:rPr>
              <w:t>Kunde / Betrieb</w:t>
            </w:r>
          </w:p>
        </w:tc>
      </w:tr>
    </w:tbl>
    <w:p>
      <w:pPr>
        <w:spacing w:after="0" w:before="0" w:line="240" w:lineRule="auto"/>
      </w:pPr>
      <w:r>
        <w:rPr>
          <w:sz w:val="10"/>
        </w:rPr>
        <w:t xml:space="preserve"> </w:t>
      </w:r>
    </w:p>
    <w:tbl>
      <w:tblPr>
        <w:tblW w:type="auto" w:w="0"/>
        <w:jc w:val="center"/>
        <w:tblLayout w:type="fixed"/>
        <w:tblLook w:firstColumn="1" w:firstRow="1" w:lastColumn="0" w:lastRow="0" w:noHBand="0" w:noVBand="1" w:val="04A0"/>
      </w:tblPr>
      <w:tblGrid>
        <w:gridCol w:w="5669"/>
        <w:gridCol w:w="181"/>
        <w:gridCol w:w="3787"/>
      </w:tblGrid>
      <w:tr>
        <w:tc>
          <w:tcPr>
            <w:tcW w:type="dxa" w:w="5669"/>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Firma / Organisation</w:t>
            </w:r>
          </w:p>
          <w:p>
            <w:pPr>
              <w:spacing w:after="0" w:line="240" w:lineRule="auto"/>
            </w:pPr>
            <w:sdt>
              <w:sdtPr>
                <w:alias w:val="P2 Firma"/>
                <w:tag w:val="P2_FIRMA"/>
                <w:id w:val="668853908"/>
                <w:appearance w:val="hidden"/>
                <w:showingPlcHdr/>
                <w:text/>
              </w:sdtPr>
              <w:sdtContent>
                <w:r>
                  <w:rPr>
                    <w:rFonts w:ascii="Arial" w:hAnsi="Arial"/>
                    <w:color w:val="687A89"/>
                    <w:sz w:val="20"/>
                  </w:rPr>
                  <w:t>Firma oder Organisation eingeben</w:t>
                </w:r>
              </w:sdtContent>
            </w:sdt>
          </w:p>
        </w:tc>
        <w:tc>
          <w:tcPr>
            <w:tcW w:type="dxa" w:w="181"/>
            <w:tcMar>
              <w:top w:w="0" w:type="dxa"/>
              <w:start w:w="0" w:type="dxa"/>
              <w:bottom w:w="0" w:type="dxa"/>
              <w:end w:w="0" w:type="dxa"/>
            </w:tcMar>
          </w:tcPr>
          <w:p/>
        </w:tc>
        <w:tc>
          <w:tcPr>
            <w:tcW w:type="dxa" w:w="3787"/>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METRO-Kundennummer</w:t>
            </w:r>
          </w:p>
          <w:p>
            <w:pPr>
              <w:spacing w:after="0" w:line="240" w:lineRule="auto"/>
            </w:pPr>
            <w:sdt>
              <w:sdtPr>
                <w:alias w:val="P2 Kundennr"/>
                <w:tag w:val="P2_KUNDENNR"/>
                <w:id w:val="1386089539"/>
                <w:appearance w:val="hidden"/>
                <w:showingPlcHdr/>
                <w:text/>
              </w:sdtPr>
              <w:sdtContent>
                <w:r>
                  <w:rPr>
                    <w:rFonts w:ascii="Arial" w:hAnsi="Arial"/>
                    <w:color w:val="687A89"/>
                    <w:sz w:val="20"/>
                  </w:rPr>
                  <w:t>Kundennummer</w:t>
                </w:r>
              </w:sdtContent>
            </w:sdt>
          </w:p>
        </w:tc>
      </w:tr>
    </w:tbl>
    <w:p>
      <w:pPr>
        <w:spacing w:after="0" w:before="0" w:line="240" w:lineRule="auto"/>
      </w:pPr>
      <w:r>
        <w:rPr>
          <w:sz w:val="8"/>
        </w:rPr>
        <w:t xml:space="preserve"> </w:t>
      </w:r>
    </w:p>
    <w:tbl>
      <w:tblPr>
        <w:tblW w:type="auto" w:w="0"/>
        <w:jc w:val="center"/>
        <w:tblLayout w:type="fixed"/>
        <w:tblLook w:firstColumn="1" w:firstRow="1" w:lastColumn="0" w:lastRow="0" w:noHBand="0" w:noVBand="1" w:val="04A0"/>
      </w:tblPr>
      <w:tblGrid>
        <w:gridCol w:w="4728"/>
        <w:gridCol w:w="181"/>
        <w:gridCol w:w="4728"/>
      </w:tblGrid>
      <w:tr>
        <w:tc>
          <w:tcPr>
            <w:tcW w:type="dxa" w:w="4728"/>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Vertretungsberechtigte Person</w:t>
            </w:r>
          </w:p>
          <w:p>
            <w:pPr>
              <w:spacing w:after="0" w:line="240" w:lineRule="auto"/>
            </w:pPr>
            <w:sdt>
              <w:sdtPr>
                <w:alias w:val="P2 Vertretung"/>
                <w:tag w:val="P2_VERTRETUNG"/>
                <w:id w:val="1211818256"/>
                <w:appearance w:val="hidden"/>
                <w:showingPlcHdr/>
                <w:text/>
              </w:sdtPr>
              <w:sdtContent>
                <w:r>
                  <w:rPr>
                    <w:rFonts w:ascii="Arial" w:hAnsi="Arial"/>
                    <w:color w:val="687A89"/>
                    <w:sz w:val="20"/>
                  </w:rPr>
                  <w:t>Vor- und Nachname</w:t>
                </w:r>
              </w:sdtContent>
            </w:sdt>
          </w:p>
        </w:tc>
        <w:tc>
          <w:tcPr>
            <w:tcW w:type="dxa" w:w="181"/>
            <w:tcMar>
              <w:top w:w="0" w:type="dxa"/>
              <w:start w:w="0" w:type="dxa"/>
              <w:bottom w:w="0" w:type="dxa"/>
              <w:end w:w="0" w:type="dxa"/>
            </w:tcMar>
          </w:tcPr>
          <w:p/>
        </w:tc>
        <w:tc>
          <w:tcPr>
            <w:tcW w:type="dxa" w:w="4728"/>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Geschäftsanschrift</w:t>
            </w:r>
          </w:p>
          <w:p>
            <w:pPr>
              <w:spacing w:after="0" w:line="240" w:lineRule="auto"/>
            </w:pPr>
            <w:sdt>
              <w:sdtPr>
                <w:alias w:val="P2 Adresse"/>
                <w:tag w:val="P2_ADRESSE"/>
                <w:id w:val="1151412203"/>
                <w:appearance w:val="hidden"/>
                <w:showingPlcHdr/>
                <w:text/>
              </w:sdtPr>
              <w:sdtContent>
                <w:r>
                  <w:rPr>
                    <w:rFonts w:ascii="Arial" w:hAnsi="Arial"/>
                    <w:color w:val="687A89"/>
                    <w:sz w:val="20"/>
                  </w:rPr>
                  <w:t>Straße, PLZ und Ort</w:t>
                </w:r>
              </w:sdtContent>
            </w:sdt>
          </w:p>
        </w:tc>
      </w:tr>
    </w:tbl>
    <w:p>
      <w:pPr>
        <w:spacing w:after="0" w:before="0" w:line="240" w:lineRule="auto"/>
      </w:pPr>
      <w:r>
        <w:rPr>
          <w:sz w:val="12"/>
        </w:rPr>
        <w:t xml:space="preserve"> </w:t>
      </w:r>
    </w:p>
    <w:tbl>
      <w:tblPr>
        <w:tblW w:type="auto" w:w="0"/>
        <w:jc w:val="center"/>
        <w:tblLayout w:type="fixed"/>
        <w:tblLook w:firstColumn="1" w:firstRow="1" w:lastColumn="0" w:lastRow="0" w:noHBand="0" w:noVBand="1" w:val="04A0"/>
      </w:tblPr>
      <w:tblGrid>
        <w:gridCol w:w="374"/>
        <w:gridCol w:w="9264"/>
      </w:tblGrid>
      <w:tr>
        <w:tc>
          <w:tcPr>
            <w:tcW w:type="dxa" w:w="374"/>
            <w:tcMar>
              <w:top w:w="55" w:type="dxa"/>
              <w:start w:w="0" w:type="dxa"/>
              <w:bottom w:w="85" w:type="dxa"/>
              <w:end w:w="0" w:type="dxa"/>
            </w:tcMar>
            <w:tcBorders>
              <w:bottom w:val="single" w:color="D4E0E4" w:sz="6"/>
            </w:tcBorders>
          </w:tcPr>
          <w:p>
            <w:pPr>
              <w:spacing w:after="0"/>
            </w:pPr>
            <w:r>
              <w:rPr>
                <w:rFonts w:ascii="Arial" w:hAnsi="Arial"/>
                <w:b/>
                <w:color w:val="087A72"/>
                <w:sz w:val="18"/>
              </w:rPr>
              <w:t>02</w:t>
            </w:r>
          </w:p>
        </w:tc>
        <w:tc>
          <w:tcPr>
            <w:tcW w:type="dxa" w:w="9264"/>
            <w:tcMar>
              <w:top w:w="55" w:type="dxa"/>
              <w:start w:w="0" w:type="dxa"/>
              <w:bottom w:w="85" w:type="dxa"/>
              <w:end w:w="0" w:type="dxa"/>
            </w:tcMar>
            <w:tcBorders>
              <w:bottom w:val="single" w:color="D4E0E4" w:sz="6"/>
            </w:tcBorders>
          </w:tcPr>
          <w:p>
            <w:pPr>
              <w:spacing w:after="0"/>
            </w:pPr>
            <w:r>
              <w:rPr>
                <w:rFonts w:ascii="Arial" w:hAnsi="Arial"/>
                <w:b/>
                <w:color w:val="1A3045"/>
                <w:sz w:val="21"/>
              </w:rPr>
              <w:t>Personen, die Einkaufsberechtigte werden sollen</w:t>
            </w:r>
          </w:p>
        </w:tc>
      </w:tr>
    </w:tbl>
    <w:p>
      <w:pPr>
        <w:spacing w:after="0" w:before="0" w:line="240" w:lineRule="auto"/>
      </w:pPr>
      <w:r>
        <w:rPr>
          <w:sz w:val="10"/>
        </w:rPr>
        <w:t xml:space="preserve"> </w:t>
      </w:r>
    </w:p>
    <w:tbl>
      <w:tblPr>
        <w:tblW w:type="auto" w:w="0"/>
        <w:jc w:val="center"/>
        <w:tblLayout w:type="fixed"/>
        <w:tblLook w:firstColumn="1" w:firstRow="1" w:lastColumn="0" w:lastRow="0" w:noHBand="0" w:noVBand="1" w:val="04A0"/>
      </w:tblPr>
      <w:tblGrid>
        <w:gridCol w:w="6463"/>
        <w:gridCol w:w="181"/>
        <w:gridCol w:w="2993"/>
      </w:tblGrid>
      <w:tr>
        <w:tc>
          <w:tcPr>
            <w:tcW w:type="dxa" w:w="6463"/>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Person 1: Vor- und Nachname</w:t>
            </w:r>
          </w:p>
          <w:p>
            <w:pPr>
              <w:spacing w:after="0" w:line="240" w:lineRule="auto"/>
            </w:pPr>
            <w:sdt>
              <w:sdtPr>
                <w:alias w:val="P2 Ma1 Name"/>
                <w:tag w:val="P2_MA1_NAME"/>
                <w:id w:val="76463434"/>
                <w:appearance w:val="hidden"/>
                <w:showingPlcHdr/>
                <w:text/>
              </w:sdtPr>
              <w:sdtContent>
                <w:r>
                  <w:rPr>
                    <w:rFonts w:ascii="Arial" w:hAnsi="Arial"/>
                    <w:color w:val="687A89"/>
                    <w:sz w:val="20"/>
                  </w:rPr>
                  <w:t>Name der mitarbeitenden Person</w:t>
                </w:r>
              </w:sdtContent>
            </w:sdt>
          </w:p>
        </w:tc>
        <w:tc>
          <w:tcPr>
            <w:tcW w:type="dxa" w:w="181"/>
            <w:tcMar>
              <w:top w:w="0" w:type="dxa"/>
              <w:start w:w="0" w:type="dxa"/>
              <w:bottom w:w="0" w:type="dxa"/>
              <w:end w:w="0" w:type="dxa"/>
            </w:tcMar>
          </w:tcPr>
          <w:p/>
        </w:tc>
        <w:tc>
          <w:tcPr>
            <w:tcW w:type="dxa" w:w="2993"/>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Funktion im Betrieb</w:t>
            </w:r>
          </w:p>
          <w:p>
            <w:pPr>
              <w:spacing w:after="0" w:line="240" w:lineRule="auto"/>
            </w:pPr>
            <w:sdt>
              <w:sdtPr>
                <w:alias w:val="P2 Ma1 Rolle"/>
                <w:tag w:val="P2_MA1_ROLLE"/>
                <w:id w:val="972227987"/>
                <w:appearance w:val="hidden"/>
                <w:showingPlcHdr/>
                <w:text/>
              </w:sdtPr>
              <w:sdtContent>
                <w:r>
                  <w:rPr>
                    <w:rFonts w:ascii="Arial" w:hAnsi="Arial"/>
                    <w:color w:val="687A89"/>
                    <w:sz w:val="20"/>
                  </w:rPr>
                  <w:t>z. B. Einkauf</w:t>
                </w:r>
              </w:sdtContent>
            </w:sdt>
          </w:p>
        </w:tc>
      </w:tr>
    </w:tbl>
    <w:p>
      <w:pPr>
        <w:spacing w:after="0" w:before="0" w:line="240" w:lineRule="auto"/>
      </w:pPr>
      <w:r>
        <w:rPr>
          <w:sz w:val="12"/>
        </w:rPr>
        <w:t xml:space="preserve"> </w:t>
      </w:r>
    </w:p>
    <w:tbl>
      <w:tblPr>
        <w:tblW w:type="auto" w:w="0"/>
        <w:jc w:val="center"/>
        <w:tblLayout w:type="fixed"/>
        <w:tblLook w:firstColumn="1" w:firstRow="1" w:lastColumn="0" w:lastRow="0" w:noHBand="0" w:noVBand="1" w:val="04A0"/>
      </w:tblPr>
      <w:tblGrid>
        <w:gridCol w:w="6463"/>
        <w:gridCol w:w="181"/>
        <w:gridCol w:w="2993"/>
      </w:tblGrid>
      <w:tr>
        <w:tc>
          <w:tcPr>
            <w:tcW w:type="dxa" w:w="6463"/>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Person 2: Vor- und Nachname (optional)</w:t>
            </w:r>
          </w:p>
          <w:p>
            <w:pPr>
              <w:spacing w:after="0" w:line="240" w:lineRule="auto"/>
            </w:pPr>
            <w:sdt>
              <w:sdtPr>
                <w:alias w:val="P2 Ma2 Name"/>
                <w:tag w:val="P2_MA2_NAME"/>
                <w:id w:val="826289921"/>
                <w:appearance w:val="hidden"/>
                <w:showingPlcHdr/>
                <w:text/>
              </w:sdtPr>
              <w:sdtContent>
                <w:r>
                  <w:rPr>
                    <w:rFonts w:ascii="Arial" w:hAnsi="Arial"/>
                    <w:color w:val="687A89"/>
                    <w:sz w:val="20"/>
                  </w:rPr>
                  <w:t>Name der mitarbeitenden Person</w:t>
                </w:r>
              </w:sdtContent>
            </w:sdt>
          </w:p>
        </w:tc>
        <w:tc>
          <w:tcPr>
            <w:tcW w:type="dxa" w:w="181"/>
            <w:tcMar>
              <w:top w:w="0" w:type="dxa"/>
              <w:start w:w="0" w:type="dxa"/>
              <w:bottom w:w="0" w:type="dxa"/>
              <w:end w:w="0" w:type="dxa"/>
            </w:tcMar>
          </w:tcPr>
          <w:p/>
        </w:tc>
        <w:tc>
          <w:tcPr>
            <w:tcW w:type="dxa" w:w="2993"/>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Funktion im Betrieb</w:t>
            </w:r>
          </w:p>
          <w:p>
            <w:pPr>
              <w:spacing w:after="0" w:line="240" w:lineRule="auto"/>
            </w:pPr>
            <w:sdt>
              <w:sdtPr>
                <w:alias w:val="P2 Ma2 Rolle"/>
                <w:tag w:val="P2_MA2_ROLLE"/>
                <w:id w:val="1504553051"/>
                <w:appearance w:val="hidden"/>
                <w:showingPlcHdr/>
                <w:text/>
              </w:sdtPr>
              <w:sdtContent>
                <w:r>
                  <w:rPr>
                    <w:rFonts w:ascii="Arial" w:hAnsi="Arial"/>
                    <w:color w:val="687A89"/>
                    <w:sz w:val="20"/>
                  </w:rPr>
                  <w:t>z. B. Verwaltung</w:t>
                </w:r>
              </w:sdtContent>
            </w:sdt>
          </w:p>
        </w:tc>
      </w:tr>
    </w:tbl>
    <w:p>
      <w:pPr>
        <w:spacing w:after="0" w:before="0" w:line="240" w:lineRule="auto"/>
      </w:pPr>
      <w:r>
        <w:rPr>
          <w:sz w:val="12"/>
        </w:rPr>
        <w:t xml:space="preserve"> </w:t>
      </w:r>
    </w:p>
    <w:tbl>
      <w:tblPr>
        <w:tblW w:type="auto" w:w="0"/>
        <w:jc w:val="center"/>
        <w:tblLayout w:type="fixed"/>
        <w:tblLook w:firstColumn="1" w:firstRow="1" w:lastColumn="0" w:lastRow="0" w:noHBand="0" w:noVBand="1" w:val="04A0"/>
      </w:tblPr>
      <w:tblGrid>
        <w:gridCol w:w="374"/>
        <w:gridCol w:w="9264"/>
      </w:tblGrid>
      <w:tr>
        <w:tc>
          <w:tcPr>
            <w:tcW w:type="dxa" w:w="374"/>
            <w:tcMar>
              <w:top w:w="55" w:type="dxa"/>
              <w:start w:w="0" w:type="dxa"/>
              <w:bottom w:w="85" w:type="dxa"/>
              <w:end w:w="0" w:type="dxa"/>
            </w:tcMar>
            <w:tcBorders>
              <w:bottom w:val="single" w:color="D4E0E4" w:sz="6"/>
            </w:tcBorders>
          </w:tcPr>
          <w:p>
            <w:pPr>
              <w:spacing w:after="0"/>
            </w:pPr>
            <w:r>
              <w:rPr>
                <w:rFonts w:ascii="Arial" w:hAnsi="Arial"/>
                <w:b/>
                <w:color w:val="087A72"/>
                <w:sz w:val="18"/>
              </w:rPr>
              <w:t>03</w:t>
            </w:r>
          </w:p>
        </w:tc>
        <w:tc>
          <w:tcPr>
            <w:tcW w:type="dxa" w:w="9264"/>
            <w:tcMar>
              <w:top w:w="55" w:type="dxa"/>
              <w:start w:w="0" w:type="dxa"/>
              <w:bottom w:w="85" w:type="dxa"/>
              <w:end w:w="0" w:type="dxa"/>
            </w:tcMar>
            <w:tcBorders>
              <w:bottom w:val="single" w:color="D4E0E4" w:sz="6"/>
            </w:tcBorders>
          </w:tcPr>
          <w:p>
            <w:pPr>
              <w:spacing w:after="0"/>
            </w:pPr>
            <w:r>
              <w:rPr>
                <w:rFonts w:ascii="Arial" w:hAnsi="Arial"/>
                <w:b/>
                <w:color w:val="1A3045"/>
                <w:sz w:val="21"/>
              </w:rPr>
              <w:t>Beantragter Umfang</w:t>
            </w:r>
          </w:p>
        </w:tc>
      </w:tr>
    </w:tbl>
    <w:p>
      <w:pPr>
        <w:spacing w:after="0" w:before="0" w:line="240" w:lineRule="auto"/>
      </w:pPr>
      <w:r>
        <w:rPr>
          <w:sz w:val="10"/>
        </w:rPr>
        <w:t xml:space="preserve"> </w:t>
      </w:r>
    </w:p>
    <w:p>
      <w:pPr>
        <w:spacing w:after="140" w:line="293" w:lineRule="auto"/>
      </w:pPr>
      <w:r>
        <w:rPr>
          <w:rFonts w:ascii="Arial" w:hAnsi="Arial"/>
          <w:b w:val="0"/>
          <w:color w:val="1A3045"/>
          <w:sz w:val="18"/>
        </w:rPr>
        <w:t>Ich bevollmächtige die oben genannten Personen, nach Registrierung als Einkaufsberechtigte Einkäufe für den genannten Betrieb bei METRO vorzunehmen. Die Waren dienen dem geschäftlichen, beruflichen oder institutionellen Bedarf des Betriebs. Die Berechtigung umfasst ausschließlich Einkäufe für dieses Kundenkonto.</w:t>
      </w:r>
    </w:p>
    <w:tbl>
      <w:tblPr>
        <w:tblW w:type="auto" w:w="0"/>
        <w:tblLook w:firstColumn="1" w:firstRow="1" w:lastColumn="0" w:lastRow="0" w:noHBand="0" w:noVBand="1" w:val="04A0"/>
      </w:tblPr>
      <w:tblGrid>
        <w:gridCol w:w="9638"/>
      </w:tblGrid>
      <w:tr>
        <w:tc>
          <w:tcPr>
            <w:tcW w:type="dxa" w:w="9638"/>
            <w:tcMar>
              <w:top w:w="140" w:type="dxa"/>
              <w:start w:w="185" w:type="dxa"/>
              <w:bottom w:w="140" w:type="dxa"/>
              <w:end w:w="150" w:type="dxa"/>
            </w:tcMar>
            <w:shd w:fill="F2F6F7" w:val="clear"/>
          </w:tcPr>
          <w:p>
            <w:pPr>
              <w:spacing w:after="120"/>
            </w:pPr>
            <w:r>
              <w:rPr>
                <w:rFonts w:ascii="Arial" w:hAnsi="Arial"/>
                <w:b/>
                <w:color w:val="1A3045"/>
                <w:sz w:val="18"/>
              </w:rPr>
              <w:t>Zahlungen auf Rechnung / über vereinbarte METRO-Zahlverfahren</w:t>
            </w:r>
          </w:p>
          <w:p>
            <w:pPr>
              <w:spacing w:after="0"/>
            </w:pPr>
            <w:sdt>
              <w:sdtPr>
                <w:alias w:val="P2 Rechnung Ja"/>
                <w:tag w:val="P2_RECHNUNG_JA"/>
                <w14:checkbox>
                  <w14:checked w14:val="0"/>
                  <w14:checkedState w14:val="2612" w14:font="Segoe UI Symbol"/>
                  <w14:uncheckedState w14:val="2610" w14:font="Segoe UI Symbol"/>
                </w14:checkbox>
              </w:sdtPr>
              <w:sdtContent>
                <w:r>
                  <w:rPr>
                    <w:rFonts w:ascii="Segoe UI Symbol" w:hAnsi="Segoe UI Symbol"/>
                    <w:color w:val="08665F"/>
                    <w:sz w:val="21"/>
                  </w:rPr>
                  <w:t>☐</w:t>
                </w:r>
              </w:sdtContent>
            </w:sdt>
            <w:r>
              <w:rPr>
                <w:rFonts w:ascii="Arial" w:hAnsi="Arial"/>
                <w:b w:val="0"/>
                <w:color w:val="1A3045"/>
                <w:sz w:val="18"/>
              </w:rPr>
              <w:t xml:space="preserve">  Sollen erlaubt sein    </w:t>
            </w:r>
            <w:sdt>
              <w:sdtPr>
                <w:alias w:val="P2 Rechnung Nein"/>
                <w:tag w:val="P2_RECHNUNG_NEIN"/>
                <w14:checkbox>
                  <w14:checked w14:val="0"/>
                  <w14:checkedState w14:val="2612" w14:font="Segoe UI Symbol"/>
                  <w14:uncheckedState w14:val="2610" w14:font="Segoe UI Symbol"/>
                </w14:checkbox>
              </w:sdtPr>
              <w:sdtContent>
                <w:r>
                  <w:rPr>
                    <w:rFonts w:ascii="Segoe UI Symbol" w:hAnsi="Segoe UI Symbol"/>
                    <w:color w:val="08665F"/>
                    <w:sz w:val="21"/>
                  </w:rPr>
                  <w:t>☐</w:t>
                </w:r>
              </w:sdtContent>
            </w:sdt>
            <w:r>
              <w:rPr>
                <w:rFonts w:ascii="Arial" w:hAnsi="Arial"/>
                <w:b w:val="0"/>
                <w:color w:val="1A3045"/>
                <w:sz w:val="18"/>
              </w:rPr>
              <w:t xml:space="preserve">  Sollen nicht erlaubt sein    </w:t>
            </w:r>
          </w:p>
          <w:p>
            <w:pPr>
              <w:spacing w:before="80" w:after="0"/>
            </w:pPr>
            <w:r>
              <w:rPr>
                <w:rFonts w:ascii="Arial" w:hAnsi="Arial"/>
                <w:b w:val="0"/>
                <w:color w:val="687A89"/>
                <w:sz w:val="15"/>
              </w:rPr>
              <w:t>Nur im Rahmen bestehender Vereinbarungen und nach Freigabe durch METRO.</w:t>
            </w:r>
          </w:p>
        </w:tc>
      </w:tr>
    </w:tbl>
    <w:p>
      <w:pPr>
        <w:spacing w:after="0" w:before="0" w:line="240" w:lineRule="auto"/>
      </w:pPr>
      <w:r>
        <w:rPr>
          <w:sz w:val="16"/>
        </w:rPr>
        <w:t xml:space="preserve"> </w:t>
      </w:r>
    </w:p>
    <w:tbl>
      <w:tblPr>
        <w:tblW w:type="auto" w:w="0"/>
        <w:jc w:val="center"/>
        <w:tblLayout w:type="fixed"/>
        <w:tblLook w:firstColumn="1" w:firstRow="1" w:lastColumn="0" w:lastRow="0" w:noHBand="0" w:noVBand="1" w:val="04A0"/>
      </w:tblPr>
      <w:tblGrid>
        <w:gridCol w:w="374"/>
        <w:gridCol w:w="9264"/>
      </w:tblGrid>
      <w:tr>
        <w:tc>
          <w:tcPr>
            <w:tcW w:type="dxa" w:w="374"/>
            <w:tcMar>
              <w:top w:w="55" w:type="dxa"/>
              <w:start w:w="0" w:type="dxa"/>
              <w:bottom w:w="85" w:type="dxa"/>
              <w:end w:w="0" w:type="dxa"/>
            </w:tcMar>
            <w:tcBorders>
              <w:bottom w:val="single" w:color="D4E0E4" w:sz="6"/>
            </w:tcBorders>
          </w:tcPr>
          <w:p>
            <w:pPr>
              <w:spacing w:after="0"/>
            </w:pPr>
            <w:r>
              <w:rPr>
                <w:rFonts w:ascii="Arial" w:hAnsi="Arial"/>
                <w:b/>
                <w:color w:val="087A72"/>
                <w:sz w:val="18"/>
              </w:rPr>
              <w:t>04</w:t>
            </w:r>
          </w:p>
        </w:tc>
        <w:tc>
          <w:tcPr>
            <w:tcW w:type="dxa" w:w="9264"/>
            <w:tcMar>
              <w:top w:w="55" w:type="dxa"/>
              <w:start w:w="0" w:type="dxa"/>
              <w:bottom w:w="85" w:type="dxa"/>
              <w:end w:w="0" w:type="dxa"/>
            </w:tcMar>
            <w:tcBorders>
              <w:bottom w:val="single" w:color="D4E0E4" w:sz="6"/>
            </w:tcBorders>
          </w:tcPr>
          <w:p>
            <w:pPr>
              <w:spacing w:after="0"/>
            </w:pPr>
            <w:r>
              <w:rPr>
                <w:rFonts w:ascii="Arial" w:hAnsi="Arial"/>
                <w:b/>
                <w:color w:val="1A3045"/>
                <w:sz w:val="21"/>
              </w:rPr>
              <w:t>Unterschrift der rechtlichen Vertretung</w:t>
            </w:r>
          </w:p>
        </w:tc>
      </w:tr>
    </w:tbl>
    <w:p>
      <w:pPr>
        <w:spacing w:after="0" w:before="0" w:line="240" w:lineRule="auto"/>
      </w:pPr>
      <w:r>
        <w:rPr>
          <w:sz w:val="10"/>
        </w:rPr>
        <w:t xml:space="preserve"> </w:t>
      </w:r>
    </w:p>
    <w:tbl>
      <w:tblPr>
        <w:tblW w:type="auto" w:w="0"/>
        <w:jc w:val="center"/>
        <w:tblLayout w:type="fixed"/>
        <w:tblLook w:firstColumn="1" w:firstRow="1" w:lastColumn="0" w:lastRow="0" w:noHBand="0" w:noVBand="1" w:val="04A0"/>
      </w:tblPr>
      <w:tblGrid>
        <w:gridCol w:w="4728"/>
        <w:gridCol w:w="181"/>
        <w:gridCol w:w="4728"/>
      </w:tblGrid>
      <w:tr>
        <w:tc>
          <w:tcPr>
            <w:tcW w:type="dxa" w:w="4728"/>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Ort / Datum</w:t>
            </w:r>
          </w:p>
          <w:p>
            <w:pPr>
              <w:spacing w:after="0" w:line="240" w:lineRule="auto"/>
            </w:pPr>
            <w:sdt>
              <w:sdtPr>
                <w:alias w:val="P2 Sign Ort"/>
                <w:tag w:val="P2_SIGN_ORT"/>
                <w:id w:val="1327722903"/>
                <w:appearance w:val="hidden"/>
                <w:showingPlcHdr/>
                <w:text/>
              </w:sdtPr>
              <w:sdtContent>
                <w:r>
                  <w:rPr>
                    <w:rFonts w:ascii="Arial" w:hAnsi="Arial"/>
                    <w:color w:val="687A89"/>
                    <w:sz w:val="20"/>
                  </w:rPr>
                  <w:t>Ort, TT.MM.JJJJ</w:t>
                </w:r>
              </w:sdtContent>
            </w:sdt>
          </w:p>
        </w:tc>
        <w:tc>
          <w:tcPr>
            <w:tcW w:type="dxa" w:w="181"/>
            <w:tcMar>
              <w:top w:w="0" w:type="dxa"/>
              <w:start w:w="0" w:type="dxa"/>
              <w:bottom w:w="0" w:type="dxa"/>
              <w:end w:w="0" w:type="dxa"/>
            </w:tcMar>
          </w:tcPr>
          <w:p/>
        </w:tc>
        <w:tc>
          <w:tcPr>
            <w:tcW w:type="dxa" w:w="4728"/>
            <w:vAlign w:val="center"/>
            <w:shd w:fill="F2F6F7" w:val="clear"/>
            <w:tcMar>
              <w:top w:w="75" w:type="dxa"/>
              <w:start w:w="145" w:type="dxa"/>
              <w:bottom w:w="75" w:type="dxa"/>
              <w:end w:w="145" w:type="dxa"/>
            </w:tcMar>
            <w:tcBorders>
              <w:bottom w:val="single" w:sz="7" w:color="D4E0E4"/>
            </w:tcBorders>
          </w:tcPr>
          <w:p>
            <w:pPr>
              <w:spacing w:after="30"/>
            </w:pPr>
            <w:r>
              <w:rPr>
                <w:rFonts w:ascii="Arial" w:hAnsi="Arial"/>
                <w:b/>
                <w:color w:val="526477"/>
                <w:sz w:val="15"/>
              </w:rPr>
              <w:t>Name der unterzeichnenden Person</w:t>
            </w:r>
          </w:p>
          <w:p>
            <w:pPr>
              <w:spacing w:after="0" w:line="240" w:lineRule="auto"/>
            </w:pPr>
            <w:sdt>
              <w:sdtPr>
                <w:alias w:val="P2 Sign Name"/>
                <w:tag w:val="P2_SIGN_NAME"/>
                <w:id w:val="7776594"/>
                <w:appearance w:val="hidden"/>
                <w:showingPlcHdr/>
                <w:text/>
              </w:sdtPr>
              <w:sdtContent>
                <w:r>
                  <w:rPr>
                    <w:rFonts w:ascii="Arial" w:hAnsi="Arial"/>
                    <w:color w:val="687A89"/>
                    <w:sz w:val="20"/>
                  </w:rPr>
                  <w:t>Vor- und Nachname</w:t>
                </w:r>
              </w:sdtContent>
            </w:sdt>
          </w:p>
        </w:tc>
      </w:tr>
    </w:tbl>
    <w:p>
      <w:pPr>
        <w:spacing w:after="0" w:before="0" w:line="240" w:lineRule="auto"/>
      </w:pPr>
      <w:r>
        <w:rPr>
          <w:sz w:val="16"/>
        </w:rPr>
        <w:t xml:space="preserve"> </w:t>
      </w:r>
    </w:p>
    <w:tbl>
      <w:tblPr>
        <w:tblW w:type="auto" w:w="0"/>
        <w:tblLook w:firstColumn="1" w:firstRow="1" w:lastColumn="0" w:lastRow="0" w:noHBand="0" w:noVBand="1" w:val="04A0"/>
      </w:tblPr>
      <w:tblGrid>
        <w:gridCol w:w="9638"/>
      </w:tblGrid>
      <w:tr>
        <w:tc>
          <w:tcPr>
            <w:tcW w:type="dxa" w:w="9638"/>
            <w:tcMar>
              <w:top w:w="85" w:type="dxa"/>
              <w:start w:w="0" w:type="dxa"/>
              <w:bottom w:w="0" w:type="dxa"/>
              <w:end w:w="0" w:type="dxa"/>
            </w:tcMar>
          </w:tcPr>
          <w:p>
            <w:pPr>
              <w:spacing w:after="240"/>
            </w:pPr>
            <w:r>
              <w:rPr>
                <w:rFonts w:ascii="Arial" w:hAnsi="Arial"/>
                <w:b w:val="0"/>
                <w:color w:val="1A3045"/>
                <w:sz w:val="20"/>
              </w:rPr>
              <w:t xml:space="preserve"> </w:t>
            </w:r>
          </w:p>
          <w:p>
            <w:pPr>
              <w:spacing w:after="0"/>
              <w:pBdr>
                <w:top w:val="single" w:sz="6" w:color="526477"/>
              </w:pBdr>
            </w:pPr>
            <w:r>
              <w:rPr>
                <w:rFonts w:ascii="Arial" w:hAnsi="Arial"/>
                <w:b w:val="0"/>
                <w:color w:val="526477"/>
                <w:sz w:val="17"/>
              </w:rPr>
              <w:t>Unterschrift der vertretungsberechtigten Person  /  ggf. Firmenstempel</w:t>
            </w:r>
          </w:p>
        </w:tc>
      </w:tr>
    </w:tbl>
    <w:p>
      <w:pPr>
        <w:spacing w:after="0" w:before="0" w:line="240" w:lineRule="auto"/>
      </w:pPr>
      <w:r>
        <w:rPr>
          <w:sz w:val="16"/>
        </w:rPr>
        <w:t xml:space="preserve"> </w:t>
      </w:r>
    </w:p>
    <w:tbl>
      <w:tblPr>
        <w:tblW w:type="auto" w:w="0"/>
        <w:tblLayout w:type="fixed"/>
        <w:tblLook w:firstColumn="1" w:firstRow="1" w:lastColumn="0" w:lastRow="0" w:noHBand="0" w:noVBand="1" w:val="04A0"/>
      </w:tblPr>
      <w:tblGrid>
        <w:gridCol w:w="9638"/>
      </w:tblGrid>
      <w:tr>
        <w:tc>
          <w:tcPr>
            <w:tcW w:type="dxa" w:w="9638"/>
            <w:tcMar>
              <w:top w:w="145" w:type="dxa"/>
              <w:start w:w="205" w:type="dxa"/>
              <w:bottom w:w="155" w:type="dxa"/>
              <w:end w:w="205" w:type="dxa"/>
            </w:tcMar>
            <w:shd w:fill="E9F5F2" w:val="clear"/>
            <w:tcBorders>
              <w:left w:val="single" w:sz="20" w:color="087A72"/>
            </w:tcBorders>
          </w:tcPr>
          <w:p>
            <w:pPr>
              <w:spacing w:after="60"/>
            </w:pPr>
            <w:r>
              <w:rPr>
                <w:rFonts w:ascii="Arial" w:hAnsi="Arial"/>
                <w:b/>
                <w:color w:val="08665F"/>
                <w:sz w:val="17"/>
              </w:rPr>
              <w:t>WICHTIG FÜR DIE EINRICHTUNG</w:t>
            </w:r>
          </w:p>
          <w:p>
            <w:pPr>
              <w:spacing w:after="0" w:line="269" w:lineRule="auto"/>
            </w:pPr>
            <w:r>
              <w:rPr>
                <w:rFonts w:ascii="Arial" w:hAnsi="Arial"/>
                <w:b w:val="0"/>
                <w:color w:val="1A3045"/>
                <w:sz w:val="18"/>
              </w:rPr>
              <w:t>Die Personen müssen bei METRO als Einkaufsberechtigte registriert werden und sich dazu ausweisen. Je nach Verfahren kann METRO sein eigenes Formular verlangen; alternativ ist eine digitale Einrichtung über myMETRO möglich.</w:t>
            </w:r>
          </w:p>
        </w:tc>
      </w:tr>
    </w:tbl>
    <w:sectPr w:rsidR="00FC693F" w:rsidRPr="0006063C" w:rsidSect="00034616">
      <w:footerReference w:type="default" r:id="rId9"/>
      <w:pgSz w:w="11906" w:h="16838"/>
      <w:pgMar w:top="935" w:right="1134" w:bottom="879" w:left="1134" w:header="425"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rial" w:hAnsi="Arial"/>
        <w:b w:val="0"/>
        <w:color w:val="687A89"/>
        <w:sz w:val="14"/>
      </w:rPr>
      <w:t>UNABHÄNGIGE WORD-VORLAGE   •   KEIN OFFIZIELLES METRO-FORMULAR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Arial" w:hAnsi="Arial"/>
      <w:color w:val="1A304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 Vollmacht Vorlage – Einkaufsvollmacht und Einkaufsberechtigung</dc:title>
  <dc:subject>Ausfüllbare Word-Vorlage für einmaligen Einkauf und dauerhafte Einkaufsberechtigung</dc:subject>
  <dc:creator/>
  <cp:keywords>Metro Vollmacht Vorlage, Einkaufsvollmacht</cp:keywords>
  <dc:description>generated by python-docx</dc:description>
  <cp:lastModifiedBy/>
  <cp:revision>1</cp:revision>
  <dcterms:created xsi:type="dcterms:W3CDTF">2013-12-23T23:15:00Z</dcterms:created>
  <dcterms:modified xsi:type="dcterms:W3CDTF">2013-12-23T23:15:00Z</dcterms:modified>
  <cp:category/>
</cp:coreProperties>
</file>