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20"/>
      </w:pPr>
      <w:r>
        <w:rPr>
          <w:rFonts w:ascii="Arial" w:hAnsi="Arial"/>
          <w:b/>
          <w:color w:val="7D2031"/>
          <w:sz w:val="16"/>
        </w:rPr>
        <w:t>ERBSCHEIN VOLLMACHT GESCHWISTER VORLAGE</w:t>
      </w:r>
    </w:p>
    <w:p>
      <w:pPr>
        <w:pStyle w:val="Title"/>
        <w:widowControl/>
        <w:spacing w:line="228" w:lineRule="auto"/>
      </w:pPr>
      <w:r>
        <w:t>Vollmacht für das Erbscheinverfahren</w:t>
        <w:br/>
        <w:t>unter Geschwistern</w:t>
      </w:r>
    </w:p>
    <w:p>
      <w:pPr>
        <w:widowControl/>
        <w:spacing w:after="140"/>
      </w:pPr>
      <w:r>
        <w:rPr>
          <w:rFonts w:ascii="Arial" w:hAnsi="Arial"/>
          <w:color w:val="626A70"/>
          <w:sz w:val="19"/>
        </w:rPr>
        <w:t>Für die Vertretung eines Geschwisters / Miterben gegenüber dem Nachlassgericht oder Notar</w:t>
      </w:r>
    </w:p>
    <w:tbl>
      <w:tblPr>
        <w:tblW w:type="auto" w:w="0"/>
        <w:jc w:val="center"/>
        <w:tblLook w:firstColumn="1" w:firstRow="1" w:lastColumn="0" w:lastRow="0" w:noHBand="0" w:noVBand="1" w:val="04A0"/>
      </w:tblPr>
      <w:tblGrid>
        <w:gridCol w:w="10368"/>
      </w:tblGrid>
      <w:tr>
        <w:tc>
          <w:tcPr>
            <w:tcW w:type="dxa" w:w="10368"/>
            <w:shd w:fill="F8EEF1"/>
            <w:tcBorders>
              <w:top w:val="single" w:sz="7" w:color="7D2031"/>
              <w:left w:val="single" w:sz="7" w:color="7D2031"/>
              <w:bottom w:val="single" w:sz="7" w:color="7D2031"/>
              <w:right w:val="single" w:sz="7" w:color="7D2031"/>
            </w:tcBorders>
            <w:tcMar>
              <w:top w:w="95" w:type="dxa"/>
              <w:start w:w="120" w:type="dxa"/>
              <w:bottom w:w="95" w:type="dxa"/>
              <w:end w:w="120" w:type="dxa"/>
            </w:tcMar>
          </w:tcPr>
          <w:p>
            <w:pPr>
              <w:spacing w:after="0"/>
            </w:pPr>
            <w:r>
              <w:rPr>
                <w:b/>
                <w:color w:val="7D2031"/>
                <w:sz w:val="16"/>
              </w:rPr>
              <w:t xml:space="preserve">Wofür diese Vorlage gedacht ist  </w:t>
            </w:r>
            <w:r>
              <w:rPr>
                <w:color w:val="262A2D"/>
                <w:sz w:val="16"/>
              </w:rPr>
              <w:t>Ein Geschwister / Miterbe bevollmächtigt ein anderes Geschwister, es im Erbscheinverfahren zu vertreten. Die Vollmacht ist bewusst auf das Verfahren vor Nachlassgericht bzw. Notar begrenzt. Sie ermächtigt insbesondere nicht automatisch zur Teilung des Nachlasses, zu Bankverfügungen oder zum Verkauf von Nachlassgegenständen.</w:t>
            </w:r>
          </w:p>
        </w:tc>
      </w:tr>
    </w:tbl>
    <w:p>
      <w:pPr>
        <w:widowControl/>
        <w:spacing w:after="0"/>
      </w:pPr>
    </w:p>
    <w:p>
      <w:pPr>
        <w:pStyle w:val="Heading1"/>
        <w:widowControl/>
      </w:pPr>
      <w:r>
        <w:t>1  Nachlasssache</w:t>
      </w:r>
    </w:p>
    <w:tbl>
      <w:tblPr>
        <w:tblW w:type="auto" w:w="0"/>
        <w:jc w:val="center"/>
        <w:tblLayout w:type="fixed"/>
        <w:tblLook w:firstColumn="1" w:firstRow="1" w:lastColumn="0" w:lastRow="0" w:noHBand="0" w:noVBand="1" w:val="04A0"/>
      </w:tblPr>
      <w:tblGrid>
        <w:gridCol w:w="5040"/>
        <w:gridCol w:w="5040"/>
      </w:tblGrid>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Name des Erblassers / der Erblasserin</w:t>
            </w:r>
          </w:p>
          <w:p>
            <w:pPr>
              <w:spacing w:after="0"/>
            </w:pPr>
            <w:sdt>
              <w:sdtPr>
                <w:alias w:val="ERBLASSER_NAME"/>
                <w:tag w:val="ERBLASSER_NAME"/>
                <w:text/>
              </w:sdtPr>
              <w:sdtContent>
                <w:r>
                  <w:rPr>
                    <w:color w:val="81878B"/>
                    <w:sz w:val="18"/>
                  </w:rPr>
                  <w:t>Vor- und Nachname</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Sterbedatum</w:t>
            </w:r>
          </w:p>
          <w:p>
            <w:pPr>
              <w:spacing w:after="0"/>
            </w:pPr>
            <w:sdt>
              <w:sdtPr>
                <w:alias w:val="ERBLASSER_TOD"/>
                <w:tag w:val="ERBLASSER_TOD"/>
                <w:text/>
              </w:sdtPr>
              <w:sdtContent>
                <w:r>
                  <w:rPr>
                    <w:color w:val="81878B"/>
                    <w:sz w:val="18"/>
                  </w:rPr>
                  <w:t>TT.MM.JJJJ</w:t>
                </w:r>
              </w:sdtContent>
            </w:sdt>
          </w:p>
        </w:tc>
      </w:tr>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Letzte Anschrift</w:t>
            </w:r>
          </w:p>
          <w:p>
            <w:pPr>
              <w:spacing w:after="0"/>
            </w:pPr>
            <w:sdt>
              <w:sdtPr>
                <w:alias w:val="ERBLASSER_ANSCHRIFT"/>
                <w:tag w:val="ERBLASSER_ANSCHRIFT"/>
                <w:text/>
              </w:sdtPr>
              <w:sdtContent>
                <w:r>
                  <w:rPr>
                    <w:color w:val="81878B"/>
                    <w:sz w:val="18"/>
                  </w:rPr>
                  <w:t>Straße, PLZ, Ort</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Letzter gewöhnlicher Aufenthalt</w:t>
            </w:r>
          </w:p>
          <w:p>
            <w:pPr>
              <w:spacing w:after="0"/>
            </w:pPr>
            <w:sdt>
              <w:sdtPr>
                <w:alias w:val="ERBLASSER_AUFENTHALT"/>
                <w:tag w:val="ERBLASSER_AUFENTHALT"/>
                <w:text/>
              </w:sdtPr>
              <w:sdtContent>
                <w:r>
                  <w:rPr>
                    <w:color w:val="81878B"/>
                    <w:sz w:val="18"/>
                  </w:rPr>
                  <w:t>Ort / Staat</w:t>
                </w:r>
              </w:sdtContent>
            </w:sdt>
          </w:p>
        </w:tc>
      </w:tr>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Zuständiges Nachlassgericht</w:t>
            </w:r>
          </w:p>
          <w:p>
            <w:pPr>
              <w:spacing w:after="0"/>
            </w:pPr>
            <w:sdt>
              <w:sdtPr>
                <w:alias w:val="GERICHT"/>
                <w:tag w:val="GERICHT"/>
                <w:text/>
              </w:sdtPr>
              <w:sdtContent>
                <w:r>
                  <w:rPr>
                    <w:color w:val="81878B"/>
                    <w:sz w:val="18"/>
                  </w:rPr>
                  <w:t>Amtsgericht – Nachlassgericht</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Aktenzeichen (falls bekannt)</w:t>
            </w:r>
          </w:p>
          <w:p>
            <w:pPr>
              <w:spacing w:after="0"/>
            </w:pPr>
            <w:sdt>
              <w:sdtPr>
                <w:alias w:val="AZ"/>
                <w:tag w:val="AZ"/>
                <w:text/>
              </w:sdtPr>
              <w:sdtContent>
                <w:r>
                  <w:rPr>
                    <w:color w:val="81878B"/>
                    <w:sz w:val="18"/>
                  </w:rPr>
                  <w:t>z. B. VI ...</w:t>
                </w:r>
              </w:sdtContent>
            </w:sdt>
          </w:p>
        </w:tc>
      </w:tr>
    </w:tbl>
    <w:p>
      <w:pPr>
        <w:pStyle w:val="Heading1"/>
        <w:widowControl/>
      </w:pPr>
      <w:r>
        <w:t>2  Vollmachtgeber/in – Geschwister / Miterbe</w:t>
      </w:r>
    </w:p>
    <w:tbl>
      <w:tblPr>
        <w:tblW w:type="auto" w:w="0"/>
        <w:jc w:val="center"/>
        <w:tblLayout w:type="fixed"/>
        <w:tblLook w:firstColumn="1" w:firstRow="1" w:lastColumn="0" w:lastRow="0" w:noHBand="0" w:noVBand="1" w:val="04A0"/>
      </w:tblPr>
      <w:tblGrid>
        <w:gridCol w:w="5040"/>
        <w:gridCol w:w="5040"/>
      </w:tblGrid>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Vor- und Nachname</w:t>
            </w:r>
          </w:p>
          <w:p>
            <w:pPr>
              <w:spacing w:after="0"/>
            </w:pPr>
            <w:sdt>
              <w:sdtPr>
                <w:alias w:val="VG_NAME"/>
                <w:tag w:val="VG_NAME"/>
                <w:text/>
              </w:sdtPr>
              <w:sdtContent>
                <w:r>
                  <w:rPr>
                    <w:color w:val="81878B"/>
                    <w:sz w:val="18"/>
                  </w:rPr>
                  <w:t>Hier eintragen</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Geburtsname (optional)</w:t>
            </w:r>
          </w:p>
          <w:p>
            <w:pPr>
              <w:spacing w:after="0"/>
            </w:pPr>
            <w:sdt>
              <w:sdtPr>
                <w:alias w:val="VG_GEBNAME"/>
                <w:tag w:val="VG_GEBNAME"/>
                <w:text/>
              </w:sdtPr>
              <w:sdtContent>
                <w:r>
                  <w:rPr>
                    <w:color w:val="81878B"/>
                    <w:sz w:val="18"/>
                  </w:rPr>
                  <w:t>Optional</w:t>
                </w:r>
              </w:sdtContent>
            </w:sdt>
          </w:p>
        </w:tc>
      </w:tr>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Geburtsdatum</w:t>
            </w:r>
          </w:p>
          <w:p>
            <w:pPr>
              <w:spacing w:after="0"/>
            </w:pPr>
            <w:sdt>
              <w:sdtPr>
                <w:alias w:val="VG_GEBURT"/>
                <w:tag w:val="VG_GEBURT"/>
                <w:text/>
              </w:sdtPr>
              <w:sdtContent>
                <w:r>
                  <w:rPr>
                    <w:color w:val="81878B"/>
                    <w:sz w:val="18"/>
                  </w:rPr>
                  <w:t>TT.MM.JJJJ</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Verwandtschaft zum Erblasser</w:t>
            </w:r>
          </w:p>
          <w:p>
            <w:pPr>
              <w:spacing w:after="0"/>
            </w:pPr>
            <w:sdt>
              <w:sdtPr>
                <w:alias w:val="VG_VERWANDT"/>
                <w:tag w:val="VG_VERWANDT"/>
                <w:text/>
              </w:sdtPr>
              <w:sdtContent>
                <w:r>
                  <w:rPr>
                    <w:color w:val="81878B"/>
                    <w:sz w:val="18"/>
                  </w:rPr>
                  <w:t>z. B. Schwester / Bruder</w:t>
                </w:r>
              </w:sdtContent>
            </w:sdt>
          </w:p>
        </w:tc>
      </w:tr>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Straße, Hausnummer</w:t>
            </w:r>
          </w:p>
          <w:p>
            <w:pPr>
              <w:spacing w:after="0"/>
            </w:pPr>
            <w:sdt>
              <w:sdtPr>
                <w:alias w:val="VG_STRASSE"/>
                <w:tag w:val="VG_STRASSE"/>
                <w:text/>
              </w:sdtPr>
              <w:sdtContent>
                <w:r>
                  <w:rPr>
                    <w:color w:val="81878B"/>
                    <w:sz w:val="18"/>
                  </w:rPr>
                  <w:t>Hier eintragen</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PLZ, Ort</w:t>
            </w:r>
          </w:p>
          <w:p>
            <w:pPr>
              <w:spacing w:after="0"/>
            </w:pPr>
            <w:sdt>
              <w:sdtPr>
                <w:alias w:val="VG_ORT"/>
                <w:tag w:val="VG_ORT"/>
                <w:text/>
              </w:sdtPr>
              <w:sdtContent>
                <w:r>
                  <w:rPr>
                    <w:color w:val="81878B"/>
                    <w:sz w:val="18"/>
                  </w:rPr>
                  <w:t>Hier eintragen</w:t>
                </w:r>
              </w:sdtContent>
            </w:sdt>
          </w:p>
        </w:tc>
      </w:tr>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Telefon (optional)</w:t>
            </w:r>
          </w:p>
          <w:p>
            <w:pPr>
              <w:spacing w:after="0"/>
            </w:pPr>
            <w:sdt>
              <w:sdtPr>
                <w:alias w:val="VG_TEL"/>
                <w:tag w:val="VG_TEL"/>
                <w:text/>
              </w:sdtPr>
              <w:sdtContent>
                <w:r>
                  <w:rPr>
                    <w:color w:val="81878B"/>
                    <w:sz w:val="18"/>
                  </w:rPr>
                  <w:t>Optional</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E-Mail (optional)</w:t>
            </w:r>
          </w:p>
          <w:p>
            <w:pPr>
              <w:spacing w:after="0"/>
            </w:pPr>
            <w:sdt>
              <w:sdtPr>
                <w:alias w:val="VG_EMAIL"/>
                <w:tag w:val="VG_EMAIL"/>
                <w:text/>
              </w:sdtPr>
              <w:sdtContent>
                <w:r>
                  <w:rPr>
                    <w:color w:val="81878B"/>
                    <w:sz w:val="18"/>
                  </w:rPr>
                  <w:t>Optional</w:t>
                </w:r>
              </w:sdtContent>
            </w:sdt>
          </w:p>
        </w:tc>
      </w:tr>
    </w:tbl>
    <w:p>
      <w:pPr>
        <w:pStyle w:val="Heading1"/>
        <w:widowControl/>
      </w:pPr>
      <w:r>
        <w:t>3  Bevollmächtigtes Geschwister</w:t>
      </w:r>
    </w:p>
    <w:tbl>
      <w:tblPr>
        <w:tblW w:type="auto" w:w="0"/>
        <w:jc w:val="center"/>
        <w:tblLayout w:type="fixed"/>
        <w:tblLook w:firstColumn="1" w:firstRow="1" w:lastColumn="0" w:lastRow="0" w:noHBand="0" w:noVBand="1" w:val="04A0"/>
      </w:tblPr>
      <w:tblGrid>
        <w:gridCol w:w="5040"/>
        <w:gridCol w:w="5040"/>
      </w:tblGrid>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Vor- und Nachname</w:t>
            </w:r>
          </w:p>
          <w:p>
            <w:pPr>
              <w:spacing w:after="0"/>
            </w:pPr>
            <w:sdt>
              <w:sdtPr>
                <w:alias w:val="BV_NAME"/>
                <w:tag w:val="BV_NAME"/>
                <w:text/>
              </w:sdtPr>
              <w:sdtContent>
                <w:r>
                  <w:rPr>
                    <w:color w:val="81878B"/>
                    <w:sz w:val="18"/>
                  </w:rPr>
                  <w:t>Hier eintragen</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Geburtsname (optional)</w:t>
            </w:r>
          </w:p>
          <w:p>
            <w:pPr>
              <w:spacing w:after="0"/>
            </w:pPr>
            <w:sdt>
              <w:sdtPr>
                <w:alias w:val="BV_GEBNAME"/>
                <w:tag w:val="BV_GEBNAME"/>
                <w:text/>
              </w:sdtPr>
              <w:sdtContent>
                <w:r>
                  <w:rPr>
                    <w:color w:val="81878B"/>
                    <w:sz w:val="18"/>
                  </w:rPr>
                  <w:t>Optional</w:t>
                </w:r>
              </w:sdtContent>
            </w:sdt>
          </w:p>
        </w:tc>
      </w:tr>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Geburtsdatum</w:t>
            </w:r>
          </w:p>
          <w:p>
            <w:pPr>
              <w:spacing w:after="0"/>
            </w:pPr>
            <w:sdt>
              <w:sdtPr>
                <w:alias w:val="BV_GEBURT"/>
                <w:tag w:val="BV_GEBURT"/>
                <w:text/>
              </w:sdtPr>
              <w:sdtContent>
                <w:r>
                  <w:rPr>
                    <w:color w:val="81878B"/>
                    <w:sz w:val="18"/>
                  </w:rPr>
                  <w:t>TT.MM.JJJJ</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Verwandtschaft zum Vollmachtgeber</w:t>
            </w:r>
          </w:p>
          <w:p>
            <w:pPr>
              <w:spacing w:after="0"/>
            </w:pPr>
            <w:sdt>
              <w:sdtPr>
                <w:alias w:val="BV_VERWANDT"/>
                <w:tag w:val="BV_VERWANDT"/>
                <w:text/>
              </w:sdtPr>
              <w:sdtContent>
                <w:r>
                  <w:rPr>
                    <w:color w:val="81878B"/>
                    <w:sz w:val="18"/>
                  </w:rPr>
                  <w:t>Bruder / Schwester</w:t>
                </w:r>
              </w:sdtContent>
            </w:sdt>
          </w:p>
        </w:tc>
      </w:tr>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Straße, Hausnummer</w:t>
            </w:r>
          </w:p>
          <w:p>
            <w:pPr>
              <w:spacing w:after="0"/>
            </w:pPr>
            <w:sdt>
              <w:sdtPr>
                <w:alias w:val="BV_STRASSE"/>
                <w:tag w:val="BV_STRASSE"/>
                <w:text/>
              </w:sdtPr>
              <w:sdtContent>
                <w:r>
                  <w:rPr>
                    <w:color w:val="81878B"/>
                    <w:sz w:val="18"/>
                  </w:rPr>
                  <w:t>Hier eintragen</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PLZ, Ort</w:t>
            </w:r>
          </w:p>
          <w:p>
            <w:pPr>
              <w:spacing w:after="0"/>
            </w:pPr>
            <w:sdt>
              <w:sdtPr>
                <w:alias w:val="BV_ORT"/>
                <w:tag w:val="BV_ORT"/>
                <w:text/>
              </w:sdtPr>
              <w:sdtContent>
                <w:r>
                  <w:rPr>
                    <w:color w:val="81878B"/>
                    <w:sz w:val="18"/>
                  </w:rPr>
                  <w:t>Hier eintragen</w:t>
                </w:r>
              </w:sdtContent>
            </w:sdt>
          </w:p>
        </w:tc>
      </w:tr>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Telefon (optional)</w:t>
            </w:r>
          </w:p>
          <w:p>
            <w:pPr>
              <w:spacing w:after="0"/>
            </w:pPr>
            <w:sdt>
              <w:sdtPr>
                <w:alias w:val="BV_TEL"/>
                <w:tag w:val="BV_TEL"/>
                <w:text/>
              </w:sdtPr>
              <w:sdtContent>
                <w:r>
                  <w:rPr>
                    <w:color w:val="81878B"/>
                    <w:sz w:val="18"/>
                  </w:rPr>
                  <w:t>Optional</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E-Mail (optional)</w:t>
            </w:r>
          </w:p>
          <w:p>
            <w:pPr>
              <w:spacing w:after="0"/>
            </w:pPr>
            <w:sdt>
              <w:sdtPr>
                <w:alias w:val="BV_EMAIL"/>
                <w:tag w:val="BV_EMAIL"/>
                <w:text/>
              </w:sdtPr>
              <w:sdtContent>
                <w:r>
                  <w:rPr>
                    <w:color w:val="81878B"/>
                    <w:sz w:val="18"/>
                  </w:rPr>
                  <w:t>Optional</w:t>
                </w:r>
              </w:sdtContent>
            </w:sdt>
          </w:p>
        </w:tc>
      </w:tr>
    </w:tbl>
    <w:p>
      <w:pPr>
        <w:pStyle w:val="SmallNote"/>
        <w:widowControl/>
      </w:pPr>
      <w:r>
        <w:t>Hinweis: Im gerichtlichen Verfahren sind als nicht berufsmäßige Bevollmächtigte nur bestimmte Personen zugelassen. Geschwister gehören grundsätzlich zum zulässigen Angehörigenkreis.</w:t>
      </w:r>
    </w:p>
    <w:p>
      <w:pPr>
        <w:pStyle w:val="Heading1"/>
        <w:widowControl/>
      </w:pPr>
      <w:r>
        <w:t>4  Erteilung der Vollmacht</w:t>
      </w:r>
    </w:p>
    <w:p>
      <w:pPr>
        <w:widowControl/>
        <w:spacing w:after="60"/>
      </w:pPr>
      <w:r>
        <w:rPr>
          <w:sz w:val="18"/>
        </w:rPr>
        <w:t>Hiermit bevollmächtige ich die oben bezeichnete Person, mich in der genannten Nachlasssache im Erbscheinverfahren gegenüber dem zuständigen Nachlassgericht sowie – soweit erforderlich – gegenüber einem mit dem Erbscheinsantrag befassten Notar zu vertreten.</w:t>
      </w:r>
    </w:p>
    <w:p>
      <w:pPr>
        <w:widowControl/>
        <w:spacing w:after="42"/>
      </w:pPr>
      <w:r>
        <w:rPr>
          <w:rFonts w:ascii="DejaVu Sans" w:hAnsi="DejaVu Sans"/>
          <w:color w:val="7D2031"/>
          <w:sz w:val="20"/>
        </w:rPr>
        <w:t xml:space="preserve">☐ </w:t>
      </w:r>
      <w:r>
        <w:rPr>
          <w:rFonts w:ascii="Arial" w:hAnsi="Arial"/>
          <w:sz w:val="17"/>
        </w:rPr>
        <w:t>Die Vollmacht gilt ausschließlich für das Erbscheinverfahren.</w:t>
      </w:r>
    </w:p>
    <w:p>
      <w:pPr>
        <w:widowControl/>
        <w:spacing w:after="42"/>
      </w:pPr>
      <w:r>
        <w:rPr>
          <w:rFonts w:ascii="DejaVu Sans" w:hAnsi="DejaVu Sans"/>
          <w:color w:val="7D2031"/>
          <w:sz w:val="20"/>
        </w:rPr>
        <w:t xml:space="preserve">☐ </w:t>
      </w:r>
      <w:r>
        <w:rPr>
          <w:rFonts w:ascii="Arial" w:hAnsi="Arial"/>
          <w:sz w:val="17"/>
        </w:rPr>
        <w:t>Die Vollmacht umfasst auch bereits vor Unterzeichnung in diesem Verfahren abgegebene Erklärungen, soweit sie in meinem Namen abgegeben wurden und ich sie genehmigen möchte.</w:t>
      </w:r>
    </w:p>
    <w:p>
      <w:pPr>
        <w:pStyle w:val="SmallNote"/>
        <w:widowControl/>
      </w:pPr>
      <w:r>
        <w:t>Die zweite Option nur markieren, wenn eine rückwirkende Genehmigung tatsächlich beabsichtigt ist.</w:t>
      </w:r>
    </w:p>
    <w:p>
      <w:pPr>
        <w:widowControl/>
      </w:pPr>
      <w:r>
        <w:br w:type="page"/>
      </w:r>
    </w:p>
    <w:p>
      <w:pPr>
        <w:widowControl/>
        <w:spacing w:after="20"/>
      </w:pPr>
      <w:r>
        <w:rPr>
          <w:b/>
          <w:color w:val="262A2D"/>
          <w:sz w:val="28"/>
        </w:rPr>
        <w:t>Erbscheinvollmacht unter Geschwistern</w:t>
      </w:r>
    </w:p>
    <w:p>
      <w:pPr>
        <w:widowControl/>
        <w:spacing w:after="100"/>
      </w:pPr>
      <w:r>
        <w:rPr>
          <w:color w:val="626A70"/>
          <w:sz w:val="18"/>
        </w:rPr>
        <w:t>Umfang, Antrag und Verfahrenshandlungen</w:t>
      </w:r>
    </w:p>
    <w:p>
      <w:pPr>
        <w:pStyle w:val="Heading1"/>
        <w:widowControl/>
      </w:pPr>
      <w:r>
        <w:t>5  Umfang der Vertretung</w:t>
      </w:r>
    </w:p>
    <w:p>
      <w:pPr>
        <w:widowControl/>
        <w:spacing w:after="60"/>
      </w:pPr>
      <w:r>
        <w:rPr>
          <w:sz w:val="17"/>
        </w:rPr>
        <w:t>Die bevollmächtigte Person darf – jeweils nur im Zusammenhang mit dem oben bezeichneten Erbscheinverfahren – folgende Handlungen vornehmen:</w:t>
      </w:r>
    </w:p>
    <w:p>
      <w:pPr>
        <w:widowControl/>
        <w:spacing w:after="50"/>
      </w:pPr>
      <w:r>
        <w:rPr>
          <w:rFonts w:ascii="DejaVu Sans" w:hAnsi="DejaVu Sans"/>
          <w:color w:val="7D2031"/>
          <w:sz w:val="20"/>
        </w:rPr>
        <w:t xml:space="preserve">☐ </w:t>
      </w:r>
      <w:r>
        <w:rPr>
          <w:b/>
          <w:sz w:val="17"/>
        </w:rPr>
        <w:t>Erbscheinsantrag vorbereiten und stellen</w:t>
      </w:r>
      <w:r>
        <w:rPr>
          <w:sz w:val="17"/>
        </w:rPr>
        <w:t xml:space="preserve"> – einen Antrag auf Erteilung eines Erbscheins bzw. eines gemeinschaftlichen Erbscheins in meinem Namen mitstellen oder unterstützen.</w:t>
      </w:r>
    </w:p>
    <w:p>
      <w:pPr>
        <w:widowControl/>
        <w:spacing w:after="50"/>
      </w:pPr>
      <w:r>
        <w:rPr>
          <w:rFonts w:ascii="DejaVu Sans" w:hAnsi="DejaVu Sans"/>
          <w:color w:val="7D2031"/>
          <w:sz w:val="20"/>
        </w:rPr>
        <w:t xml:space="preserve">☐ </w:t>
      </w:r>
      <w:r>
        <w:rPr>
          <w:b/>
          <w:sz w:val="17"/>
        </w:rPr>
        <w:t>Verfahrensbezogene Erklärungen abgeben</w:t>
      </w:r>
      <w:r>
        <w:rPr>
          <w:sz w:val="17"/>
        </w:rPr>
        <w:t xml:space="preserve"> – Anträge ergänzen, Angaben erläutern, Unterlagen nachreichen und zulässige verfahrensrechtliche Erklärungen abgeben.</w:t>
      </w:r>
    </w:p>
    <w:p>
      <w:pPr>
        <w:widowControl/>
        <w:spacing w:after="50"/>
      </w:pPr>
      <w:r>
        <w:rPr>
          <w:rFonts w:ascii="DejaVu Sans" w:hAnsi="DejaVu Sans"/>
          <w:color w:val="7D2031"/>
          <w:sz w:val="20"/>
        </w:rPr>
        <w:t xml:space="preserve">☐ </w:t>
      </w:r>
      <w:r>
        <w:rPr>
          <w:b/>
          <w:sz w:val="17"/>
        </w:rPr>
        <w:t>Schriftstücke entgegennehmen</w:t>
      </w:r>
      <w:r>
        <w:rPr>
          <w:sz w:val="17"/>
        </w:rPr>
        <w:t xml:space="preserve"> – gerichtliche oder notarielle Schreiben, Hinweise, Zwischenverfügungen und Ausfertigungen für mich entgegennehmen.</w:t>
      </w:r>
    </w:p>
    <w:p>
      <w:pPr>
        <w:widowControl/>
        <w:spacing w:after="50"/>
      </w:pPr>
      <w:r>
        <w:rPr>
          <w:rFonts w:ascii="DejaVu Sans" w:hAnsi="DejaVu Sans"/>
          <w:color w:val="7D2031"/>
          <w:sz w:val="20"/>
        </w:rPr>
        <w:t xml:space="preserve">☐ </w:t>
      </w:r>
      <w:r>
        <w:rPr>
          <w:b/>
          <w:sz w:val="17"/>
        </w:rPr>
        <w:t>Akteneinsicht</w:t>
      </w:r>
      <w:r>
        <w:rPr>
          <w:sz w:val="17"/>
        </w:rPr>
        <w:t xml:space="preserve"> – Akteneinsicht beantragen und wahrnehmen, soweit dies gesetzlich zulässig ist.</w:t>
      </w:r>
    </w:p>
    <w:p>
      <w:pPr>
        <w:widowControl/>
        <w:spacing w:after="50"/>
      </w:pPr>
      <w:r>
        <w:rPr>
          <w:rFonts w:ascii="DejaVu Sans" w:hAnsi="DejaVu Sans"/>
          <w:color w:val="7D2031"/>
          <w:sz w:val="20"/>
        </w:rPr>
        <w:t xml:space="preserve">☐ </w:t>
      </w:r>
      <w:r>
        <w:rPr>
          <w:b/>
          <w:sz w:val="17"/>
        </w:rPr>
        <w:t>Unterlagen einreichen</w:t>
      </w:r>
      <w:r>
        <w:rPr>
          <w:sz w:val="17"/>
        </w:rPr>
        <w:t xml:space="preserve"> – Personenstandsurkunden, Vollmachten und sonstige Nachweise einreichen bzw. zurückfordern.</w:t>
      </w:r>
    </w:p>
    <w:p>
      <w:pPr>
        <w:widowControl/>
        <w:spacing w:after="50"/>
      </w:pPr>
      <w:r>
        <w:rPr>
          <w:rFonts w:ascii="DejaVu Sans" w:hAnsi="DejaVu Sans"/>
          <w:color w:val="7D2031"/>
          <w:sz w:val="20"/>
        </w:rPr>
        <w:t xml:space="preserve">☐ </w:t>
      </w:r>
      <w:r>
        <w:rPr>
          <w:b/>
          <w:sz w:val="17"/>
        </w:rPr>
        <w:t>Rückfragen beantworten</w:t>
      </w:r>
      <w:r>
        <w:rPr>
          <w:sz w:val="17"/>
        </w:rPr>
        <w:t xml:space="preserve"> – sachliche Rückfragen des Nachlassgerichts oder Notars zum Antrag beantworten, soweit die erforderlichen Informationen vorliegen.</w:t>
      </w:r>
    </w:p>
    <w:p>
      <w:pPr>
        <w:pStyle w:val="Heading1"/>
        <w:widowControl/>
      </w:pPr>
      <w:r>
        <w:t>6  Bezug zum gewünschten Erbschein</w:t>
      </w:r>
    </w:p>
    <w:p>
      <w:pPr>
        <w:widowControl/>
        <w:spacing w:after="42"/>
      </w:pPr>
      <w:r>
        <w:rPr>
          <w:rFonts w:ascii="DejaVu Sans" w:hAnsi="DejaVu Sans"/>
          <w:color w:val="7D2031"/>
          <w:sz w:val="20"/>
        </w:rPr>
        <w:t xml:space="preserve">☐ </w:t>
      </w:r>
      <w:r>
        <w:rPr>
          <w:rFonts w:ascii="Arial" w:hAnsi="Arial"/>
          <w:sz w:val="17"/>
        </w:rPr>
        <w:t>Gemeinschaftlicher Erbschein für mehrere Erben / eine Erbengemeinschaft.</w:t>
      </w:r>
    </w:p>
    <w:p>
      <w:pPr>
        <w:widowControl/>
        <w:spacing w:after="42"/>
      </w:pPr>
      <w:r>
        <w:rPr>
          <w:rFonts w:ascii="DejaVu Sans" w:hAnsi="DejaVu Sans"/>
          <w:color w:val="7D2031"/>
          <w:sz w:val="20"/>
        </w:rPr>
        <w:t xml:space="preserve">☐ </w:t>
      </w:r>
      <w:r>
        <w:rPr>
          <w:rFonts w:ascii="Arial" w:hAnsi="Arial"/>
          <w:sz w:val="17"/>
        </w:rPr>
        <w:t>Erbschein für die im Antrag bezeichnete Erbfolge; die genaue Erbquote ergibt sich aus dem Erbscheinsantrag.</w:t>
      </w:r>
    </w:p>
    <w:p>
      <w:pPr>
        <w:widowControl/>
        <w:spacing w:after="42"/>
      </w:pPr>
      <w:r>
        <w:rPr>
          <w:rFonts w:ascii="DejaVu Sans" w:hAnsi="DejaVu Sans"/>
          <w:color w:val="7D2031"/>
          <w:sz w:val="20"/>
        </w:rPr>
        <w:t xml:space="preserve">☐ </w:t>
      </w:r>
      <w:r>
        <w:rPr>
          <w:rFonts w:ascii="Arial" w:hAnsi="Arial"/>
          <w:sz w:val="17"/>
        </w:rPr>
        <w:t>Ich erkläre mich mit dem bereits vorliegenden Erbscheinsantrag einverstanden.</w:t>
      </w:r>
      <w:r>
        <w:rPr>
          <w:rFonts w:ascii="Arial" w:hAnsi="Arial"/>
          <w:color w:val="626A70"/>
          <w:sz w:val="15"/>
        </w:rPr>
        <w:t xml:space="preserve"> Nur markieren, wenn Inhalt und Erbquoten geprüft wurden.</w:t>
      </w:r>
    </w:p>
    <w:p>
      <w:pPr>
        <w:widowControl/>
        <w:spacing w:after="42"/>
      </w:pPr>
      <w:r>
        <w:rPr>
          <w:rFonts w:ascii="DejaVu Sans" w:hAnsi="DejaVu Sans"/>
          <w:color w:val="7D2031"/>
          <w:sz w:val="20"/>
        </w:rPr>
        <w:t xml:space="preserve">☐ </w:t>
      </w:r>
      <w:r>
        <w:rPr>
          <w:rFonts w:ascii="Arial" w:hAnsi="Arial"/>
          <w:sz w:val="17"/>
        </w:rPr>
        <w:t>Ich bitte darum, eine gesonderte Anhörung meiner Person zu vermeiden, soweit das Nachlassgericht dies aufgrund dieser Vollmacht für entbehrlich hält.</w:t>
      </w:r>
    </w:p>
    <w:tbl>
      <w:tblPr>
        <w:tblW w:type="auto" w:w="0"/>
        <w:jc w:val="center"/>
        <w:tblLayout w:type="fixed"/>
        <w:tblLook w:firstColumn="1" w:firstRow="1" w:lastColumn="0" w:lastRow="0" w:noHBand="0" w:noVBand="1" w:val="04A0"/>
      </w:tblPr>
      <w:tblGrid>
        <w:gridCol w:w="3816"/>
        <w:gridCol w:w="6264"/>
      </w:tblGrid>
      <w:tr>
        <w:tc>
          <w:tcPr>
            <w:tcW w:type="dxa" w:w="5184"/>
            <w:shd w:fill="F3F4F5"/>
            <w:tcBorders>
              <w:top w:val="single" w:sz="5" w:color="D6D9DC"/>
              <w:left w:val="single" w:sz="5" w:color="D6D9DC"/>
              <w:bottom w:val="single" w:sz="5" w:color="D6D9DC"/>
              <w:right w:val="single" w:sz="5" w:color="D6D9DC"/>
            </w:tcBorders>
            <w:tcMar>
              <w:top w:w="60" w:type="dxa"/>
              <w:start w:w="85" w:type="dxa"/>
              <w:bottom w:w="60" w:type="dxa"/>
              <w:end w:w="85" w:type="dxa"/>
            </w:tcMar>
          </w:tcPr>
          <w:p>
            <w:pPr>
              <w:spacing w:after="0"/>
            </w:pPr>
            <w:r>
              <w:rPr>
                <w:b/>
                <w:color w:val="626A70"/>
                <w:sz w:val="15"/>
              </w:rPr>
              <w:t>Bezeichnung / Datum des Erbscheinsantrags</w:t>
            </w:r>
          </w:p>
        </w:tc>
        <w:tc>
          <w:tcPr>
            <w:tcW w:type="dxa" w:w="5184"/>
            <w:shd w:fill="FBFBFC"/>
            <w:tcBorders>
              <w:top w:val="single" w:sz="5" w:color="D6D9DC"/>
              <w:left w:val="single" w:sz="5" w:color="D6D9DC"/>
              <w:bottom w:val="single" w:sz="5" w:color="D6D9DC"/>
              <w:right w:val="single" w:sz="5" w:color="D6D9DC"/>
            </w:tcBorders>
            <w:tcMar>
              <w:top w:w="60" w:type="dxa"/>
              <w:start w:w="85" w:type="dxa"/>
              <w:bottom w:w="60" w:type="dxa"/>
              <w:end w:w="85" w:type="dxa"/>
            </w:tcMar>
          </w:tcPr>
          <w:p>
            <w:pPr>
              <w:spacing w:after="0"/>
            </w:pPr>
            <w:sdt>
              <w:sdtPr>
                <w:alias w:val="ANTRAG_BEZUG"/>
                <w:tag w:val="ANTRAG_BEZUG"/>
                <w:text/>
              </w:sdtPr>
              <w:sdtContent>
                <w:r>
                  <w:rPr>
                    <w:color w:val="81878B"/>
                    <w:sz w:val="18"/>
                  </w:rPr>
                  <w:t>z. B. Antrag vom ...</w:t>
                </w:r>
              </w:sdtContent>
            </w:sdt>
          </w:p>
        </w:tc>
      </w:tr>
    </w:tbl>
    <w:tbl>
      <w:tblPr>
        <w:tblW w:type="auto" w:w="0"/>
        <w:jc w:val="center"/>
        <w:tblLayout w:type="fixed"/>
        <w:tblLook w:firstColumn="1" w:firstRow="1" w:lastColumn="0" w:lastRow="0" w:noHBand="0" w:noVBand="1" w:val="04A0"/>
      </w:tblPr>
      <w:tblGrid>
        <w:gridCol w:w="3816"/>
        <w:gridCol w:w="6264"/>
      </w:tblGrid>
      <w:tr>
        <w:tc>
          <w:tcPr>
            <w:tcW w:type="dxa" w:w="5184"/>
            <w:shd w:fill="F3F4F5"/>
            <w:tcBorders>
              <w:top w:val="single" w:sz="5" w:color="D6D9DC"/>
              <w:left w:val="single" w:sz="5" w:color="D6D9DC"/>
              <w:bottom w:val="single" w:sz="5" w:color="D6D9DC"/>
              <w:right w:val="single" w:sz="5" w:color="D6D9DC"/>
            </w:tcBorders>
            <w:tcMar>
              <w:top w:w="60" w:type="dxa"/>
              <w:start w:w="85" w:type="dxa"/>
              <w:bottom w:w="60" w:type="dxa"/>
              <w:end w:w="85" w:type="dxa"/>
            </w:tcMar>
          </w:tcPr>
          <w:p>
            <w:pPr>
              <w:spacing w:after="0"/>
            </w:pPr>
            <w:r>
              <w:rPr>
                <w:b/>
                <w:color w:val="626A70"/>
                <w:sz w:val="15"/>
              </w:rPr>
              <w:t>Vorgesehene Erbquote des Vollmachtgebers</w:t>
            </w:r>
          </w:p>
        </w:tc>
        <w:tc>
          <w:tcPr>
            <w:tcW w:type="dxa" w:w="5184"/>
            <w:shd w:fill="FBFBFC"/>
            <w:tcBorders>
              <w:top w:val="single" w:sz="5" w:color="D6D9DC"/>
              <w:left w:val="single" w:sz="5" w:color="D6D9DC"/>
              <w:bottom w:val="single" w:sz="5" w:color="D6D9DC"/>
              <w:right w:val="single" w:sz="5" w:color="D6D9DC"/>
            </w:tcBorders>
            <w:tcMar>
              <w:top w:w="60" w:type="dxa"/>
              <w:start w:w="85" w:type="dxa"/>
              <w:bottom w:w="60" w:type="dxa"/>
              <w:end w:w="85" w:type="dxa"/>
            </w:tcMar>
          </w:tcPr>
          <w:p>
            <w:pPr>
              <w:spacing w:after="0"/>
            </w:pPr>
            <w:sdt>
              <w:sdtPr>
                <w:alias w:val="ERBQUOTE"/>
                <w:tag w:val="ERBQUOTE"/>
                <w:text/>
              </w:sdtPr>
              <w:sdtContent>
                <w:r>
                  <w:rPr>
                    <w:color w:val="81878B"/>
                    <w:sz w:val="18"/>
                  </w:rPr>
                  <w:t>z. B. 1/3</w:t>
                </w:r>
              </w:sdtContent>
            </w:sdt>
          </w:p>
        </w:tc>
      </w:tr>
    </w:tbl>
    <w:p>
      <w:pPr>
        <w:pStyle w:val="Heading1"/>
        <w:widowControl/>
      </w:pPr>
      <w:r>
        <w:t>7  Erklärung zur Annahme der Erbschaft</w:t>
      </w:r>
    </w:p>
    <w:p>
      <w:pPr>
        <w:widowControl/>
        <w:spacing w:after="42"/>
      </w:pPr>
      <w:r>
        <w:rPr>
          <w:rFonts w:ascii="DejaVu Sans" w:hAnsi="DejaVu Sans"/>
          <w:color w:val="7D2031"/>
          <w:sz w:val="20"/>
        </w:rPr>
        <w:t xml:space="preserve">☐ </w:t>
      </w:r>
      <w:r>
        <w:rPr>
          <w:rFonts w:ascii="Arial" w:hAnsi="Arial"/>
          <w:sz w:val="17"/>
        </w:rPr>
        <w:t>Ich bestätige für das Erbscheinverfahren, dass ich die Erbschaft angenommen habe.</w:t>
      </w:r>
      <w:r>
        <w:rPr>
          <w:rFonts w:ascii="Arial" w:hAnsi="Arial"/>
          <w:color w:val="626A70"/>
          <w:sz w:val="15"/>
        </w:rPr>
        <w:t xml:space="preserve"> Nur markieren, wenn diese Erklärung zutrifft.</w:t>
      </w:r>
    </w:p>
    <w:p>
      <w:pPr>
        <w:widowControl/>
        <w:spacing w:after="42"/>
      </w:pPr>
      <w:r>
        <w:rPr>
          <w:rFonts w:ascii="DejaVu Sans" w:hAnsi="DejaVu Sans"/>
          <w:color w:val="7D2031"/>
          <w:sz w:val="20"/>
        </w:rPr>
        <w:t xml:space="preserve">☐ </w:t>
      </w:r>
      <w:r>
        <w:rPr>
          <w:rFonts w:ascii="Arial" w:hAnsi="Arial"/>
          <w:sz w:val="17"/>
        </w:rPr>
        <w:t>Zu einer Annahme der Erbschaft soll mit dieser Vollmacht keine zusätzliche Erklärung abgegeben werden.</w:t>
      </w:r>
    </w:p>
    <w:p>
      <w:pPr>
        <w:pStyle w:val="SmallNote"/>
        <w:widowControl/>
      </w:pPr>
      <w:r>
        <w:t>Diese Vollmacht ersetzt keine Beratung zur Annahme oder Ausschlagung einer Erbschaft. Bei Unsicherheit sollte dieser Abschnitt nicht vorschnell ausgefüllt werden.</w:t>
      </w:r>
    </w:p>
    <w:p>
      <w:pPr>
        <w:pStyle w:val="Heading1"/>
        <w:widowControl/>
      </w:pPr>
      <w:r>
        <w:t>8  Beglaubigte Abschrift / Ausfertigung</w:t>
      </w:r>
    </w:p>
    <w:p>
      <w:pPr>
        <w:widowControl/>
        <w:spacing w:after="42"/>
      </w:pPr>
      <w:r>
        <w:rPr>
          <w:rFonts w:ascii="DejaVu Sans" w:hAnsi="DejaVu Sans"/>
          <w:color w:val="7D2031"/>
          <w:sz w:val="20"/>
        </w:rPr>
        <w:t xml:space="preserve">☐ </w:t>
      </w:r>
      <w:r>
        <w:rPr>
          <w:rFonts w:ascii="Arial" w:hAnsi="Arial"/>
          <w:sz w:val="17"/>
        </w:rPr>
        <w:t>Ich wünsche eine beglaubigte Abschrift / Ausfertigung des erteilten Erbscheins, soweit dies vorgesehen ist.</w:t>
      </w:r>
    </w:p>
    <w:p>
      <w:pPr>
        <w:widowControl/>
        <w:spacing w:after="42"/>
      </w:pPr>
      <w:r>
        <w:rPr>
          <w:rFonts w:ascii="DejaVu Sans" w:hAnsi="DejaVu Sans"/>
          <w:color w:val="7D2031"/>
          <w:sz w:val="20"/>
        </w:rPr>
        <w:t xml:space="preserve">☐ </w:t>
      </w:r>
      <w:r>
        <w:rPr>
          <w:rFonts w:ascii="Arial" w:hAnsi="Arial"/>
          <w:sz w:val="17"/>
        </w:rPr>
        <w:t>Eine gesonderte Übersendung an mich ist nicht erforderlich; die Abwicklung kann über die bevollmächtigte Person erfolgen, soweit zulässig.</w:t>
      </w:r>
    </w:p>
    <w:tbl>
      <w:tblPr>
        <w:tblW w:type="auto" w:w="0"/>
        <w:jc w:val="center"/>
        <w:tblLayout w:type="fixed"/>
        <w:tblLook w:firstColumn="1" w:firstRow="1" w:lastColumn="0" w:lastRow="0" w:noHBand="0" w:noVBand="1" w:val="04A0"/>
      </w:tblPr>
      <w:tblGrid>
        <w:gridCol w:w="3672"/>
        <w:gridCol w:w="6408"/>
      </w:tblGrid>
      <w:tr>
        <w:tc>
          <w:tcPr>
            <w:tcW w:type="dxa" w:w="5184"/>
            <w:shd w:fill="F3F4F5"/>
            <w:tcBorders>
              <w:top w:val="single" w:sz="5" w:color="D6D9DC"/>
              <w:left w:val="single" w:sz="5" w:color="D6D9DC"/>
              <w:bottom w:val="single" w:sz="5" w:color="D6D9DC"/>
              <w:right w:val="single" w:sz="5" w:color="D6D9DC"/>
            </w:tcBorders>
            <w:tcMar>
              <w:top w:w="60" w:type="dxa"/>
              <w:start w:w="85" w:type="dxa"/>
              <w:bottom w:w="60" w:type="dxa"/>
              <w:end w:w="85" w:type="dxa"/>
            </w:tcMar>
          </w:tcPr>
          <w:p>
            <w:pPr>
              <w:spacing w:after="0"/>
            </w:pPr>
            <w:r>
              <w:rPr>
                <w:b/>
                <w:color w:val="626A70"/>
                <w:sz w:val="15"/>
              </w:rPr>
              <w:t>Abweichende Zustellanschrift (optional)</w:t>
            </w:r>
          </w:p>
        </w:tc>
        <w:tc>
          <w:tcPr>
            <w:tcW w:type="dxa" w:w="5184"/>
            <w:shd w:fill="FBFBFC"/>
            <w:tcBorders>
              <w:top w:val="single" w:sz="5" w:color="D6D9DC"/>
              <w:left w:val="single" w:sz="5" w:color="D6D9DC"/>
              <w:bottom w:val="single" w:sz="5" w:color="D6D9DC"/>
              <w:right w:val="single" w:sz="5" w:color="D6D9DC"/>
            </w:tcBorders>
            <w:tcMar>
              <w:top w:w="60" w:type="dxa"/>
              <w:start w:w="85" w:type="dxa"/>
              <w:bottom w:w="60" w:type="dxa"/>
              <w:end w:w="85" w:type="dxa"/>
            </w:tcMar>
          </w:tcPr>
          <w:p>
            <w:pPr>
              <w:spacing w:after="0"/>
            </w:pPr>
            <w:sdt>
              <w:sdtPr>
                <w:alias w:val="ZUSTELLUNG"/>
                <w:tag w:val="ZUSTELLUNG"/>
                <w:text/>
              </w:sdtPr>
              <w:sdtContent>
                <w:r>
                  <w:rPr>
                    <w:color w:val="81878B"/>
                    <w:sz w:val="18"/>
                  </w:rPr>
                  <w:t>Optional</w:t>
                </w:r>
              </w:sdtContent>
            </w:sdt>
          </w:p>
        </w:tc>
      </w:tr>
    </w:tbl>
    <w:p>
      <w:pPr>
        <w:pStyle w:val="Heading1"/>
        <w:widowControl/>
      </w:pPr>
      <w:r>
        <w:t>9  Ausdrücklich nicht von dieser Vollmacht umfasst</w:t>
      </w:r>
    </w:p>
    <w:p>
      <w:pPr>
        <w:widowControl/>
        <w:spacing w:after="36"/>
      </w:pPr>
      <w:r>
        <w:rPr>
          <w:b/>
          <w:color w:val="7D2031"/>
        </w:rPr>
        <w:t xml:space="preserve">– </w:t>
      </w:r>
      <w:r>
        <w:rPr>
          <w:sz w:val="17"/>
        </w:rPr>
        <w:t>Teilung oder Auseinandersetzung des Nachlasses zwischen den Erben</w:t>
      </w:r>
    </w:p>
    <w:p>
      <w:pPr>
        <w:widowControl/>
        <w:spacing w:after="36"/>
      </w:pPr>
      <w:r>
        <w:rPr>
          <w:b/>
          <w:color w:val="7D2031"/>
        </w:rPr>
        <w:t xml:space="preserve">– </w:t>
      </w:r>
      <w:r>
        <w:rPr>
          <w:sz w:val="17"/>
        </w:rPr>
        <w:t>Verfügungen über Bankkonten, Depots oder Schließfächer des Erblassers</w:t>
      </w:r>
    </w:p>
    <w:p>
      <w:pPr>
        <w:widowControl/>
        <w:spacing w:after="36"/>
      </w:pPr>
      <w:r>
        <w:rPr>
          <w:b/>
          <w:color w:val="7D2031"/>
        </w:rPr>
        <w:t xml:space="preserve">– </w:t>
      </w:r>
      <w:r>
        <w:rPr>
          <w:sz w:val="17"/>
        </w:rPr>
        <w:t>Verkauf, Belastung oder Übertragung von Grundstücken, Fahrzeugen oder sonstigen Nachlassgegenständen</w:t>
      </w:r>
    </w:p>
    <w:p>
      <w:pPr>
        <w:widowControl/>
        <w:spacing w:after="36"/>
      </w:pPr>
      <w:r>
        <w:rPr>
          <w:b/>
          <w:color w:val="7D2031"/>
        </w:rPr>
        <w:t xml:space="preserve">– </w:t>
      </w:r>
      <w:r>
        <w:rPr>
          <w:sz w:val="17"/>
        </w:rPr>
        <w:t>Abschluss von Erbauseinandersetzungs-, Vergleichs- oder Abfindungsvereinbarungen</w:t>
      </w:r>
    </w:p>
    <w:p>
      <w:pPr>
        <w:widowControl/>
        <w:spacing w:after="36"/>
      </w:pPr>
      <w:r>
        <w:rPr>
          <w:b/>
          <w:color w:val="7D2031"/>
        </w:rPr>
        <w:t xml:space="preserve">– </w:t>
      </w:r>
      <w:r>
        <w:rPr>
          <w:sz w:val="17"/>
        </w:rPr>
        <w:t>Ausschlagung der Erbschaft oder Anfechtung einer Annahme / Ausschlagung</w:t>
      </w:r>
    </w:p>
    <w:p>
      <w:pPr>
        <w:widowControl/>
        <w:spacing w:after="36"/>
      </w:pPr>
      <w:r>
        <w:rPr>
          <w:b/>
          <w:color w:val="7D2031"/>
        </w:rPr>
        <w:t xml:space="preserve">– </w:t>
      </w:r>
      <w:r>
        <w:rPr>
          <w:sz w:val="17"/>
        </w:rPr>
        <w:t>Erteilung von Untervollmachten, sofern dies nicht separat und ausdrücklich vereinbart wird</w:t>
      </w:r>
    </w:p>
    <w:tbl>
      <w:tblPr>
        <w:tblW w:type="auto" w:w="0"/>
        <w:jc w:val="center"/>
        <w:tblLook w:firstColumn="1" w:firstRow="1" w:lastColumn="0" w:lastRow="0" w:noHBand="0" w:noVBand="1" w:val="04A0"/>
      </w:tblPr>
      <w:tblGrid>
        <w:gridCol w:w="10368"/>
      </w:tblGrid>
      <w:tr>
        <w:tc>
          <w:tcPr>
            <w:tcW w:type="dxa" w:w="10368"/>
            <w:shd w:fill="F8EEF1"/>
            <w:tcBorders>
              <w:top w:val="single" w:sz="7" w:color="7D2031"/>
              <w:left w:val="single" w:sz="7" w:color="7D2031"/>
              <w:bottom w:val="single" w:sz="7" w:color="7D2031"/>
              <w:right w:val="single" w:sz="7" w:color="7D2031"/>
            </w:tcBorders>
            <w:tcMar>
              <w:top w:w="95" w:type="dxa"/>
              <w:start w:w="120" w:type="dxa"/>
              <w:bottom w:w="95" w:type="dxa"/>
              <w:end w:w="120" w:type="dxa"/>
            </w:tcMar>
          </w:tcPr>
          <w:p>
            <w:pPr>
              <w:spacing w:after="0"/>
            </w:pPr>
            <w:r>
              <w:rPr>
                <w:b/>
                <w:color w:val="7D2031"/>
                <w:sz w:val="16"/>
              </w:rPr>
              <w:t xml:space="preserve">Eidesstattliche Versicherung  </w:t>
            </w:r>
            <w:r>
              <w:rPr>
                <w:color w:val="262A2D"/>
                <w:sz w:val="16"/>
              </w:rPr>
              <w:t>Diese Vollmacht ersetzt eine im Erbscheinverfahren gegebenenfalls erforderliche eidesstattliche Versicherung nicht. Ob und von welchen Erben sie persönlich vor Gericht oder Notar abzugeben ist oder ob das Nachlassgericht darauf teilweise verzichtet, richtet sich nach dem konkreten Verfahren.</w:t>
            </w:r>
          </w:p>
        </w:tc>
      </w:tr>
    </w:tbl>
    <w:p>
      <w:pPr>
        <w:widowControl/>
        <w:spacing w:after="0"/>
      </w:pPr>
    </w:p>
    <w:p>
      <w:pPr>
        <w:widowControl/>
      </w:pPr>
      <w:r>
        <w:br w:type="page"/>
      </w:r>
    </w:p>
    <w:p>
      <w:pPr>
        <w:widowControl/>
        <w:spacing w:after="20"/>
      </w:pPr>
      <w:r>
        <w:rPr>
          <w:b/>
          <w:color w:val="262A2D"/>
          <w:sz w:val="28"/>
        </w:rPr>
        <w:t>Erbscheinvollmacht unter Geschwistern</w:t>
      </w:r>
    </w:p>
    <w:p>
      <w:pPr>
        <w:widowControl/>
        <w:spacing w:after="100"/>
      </w:pPr>
      <w:r>
        <w:rPr>
          <w:color w:val="626A70"/>
          <w:sz w:val="18"/>
        </w:rPr>
        <w:t>Miterben, Dauer, Unterlagen und Unterschrift</w:t>
      </w:r>
    </w:p>
    <w:p>
      <w:pPr>
        <w:pStyle w:val="Heading1"/>
        <w:widowControl/>
      </w:pPr>
      <w:r>
        <w:t>10  Weitere bekannte Miterben / Geschwister (optional)</w:t>
      </w:r>
    </w:p>
    <w:p>
      <w:pPr>
        <w:pStyle w:val="SmallNote"/>
        <w:widowControl/>
      </w:pPr>
      <w:r>
        <w:t>Nur zur Zuordnung des Verfahrens. Jede weitere Person, die selbst vertreten werden soll, sollte grundsätzlich eine eigene Vollmacht erteilen.</w:t>
      </w:r>
    </w:p>
    <w:tbl>
      <w:tblPr>
        <w:tblW w:type="auto" w:w="0"/>
        <w:jc w:val="center"/>
        <w:tblLayout w:type="fixed"/>
        <w:tblLook w:firstColumn="1" w:firstRow="1" w:lastColumn="0" w:lastRow="0" w:noHBand="0" w:noVBand="1" w:val="04A0"/>
      </w:tblPr>
      <w:tblGrid>
        <w:gridCol w:w="3312"/>
        <w:gridCol w:w="2160"/>
        <w:gridCol w:w="2160"/>
        <w:gridCol w:w="2448"/>
      </w:tblGrid>
      <w:tr>
        <w:tc>
          <w:tcPr>
            <w:tcW w:type="dxa" w:w="2592"/>
            <w:shd w:fill="262A2D"/>
            <w:tcBorders>
              <w:top w:val="single" w:sz="4" w:color="262A2D"/>
              <w:left w:val="single" w:sz="4" w:color="262A2D"/>
              <w:bottom w:val="single" w:sz="4" w:color="262A2D"/>
              <w:right w:val="single" w:sz="4" w:color="262A2D"/>
            </w:tcBorders>
            <w:tcMar>
              <w:top w:w="55" w:type="dxa"/>
              <w:start w:w="65" w:type="dxa"/>
              <w:bottom w:w="55" w:type="dxa"/>
              <w:end w:w="65" w:type="dxa"/>
            </w:tcMar>
          </w:tcPr>
          <w:p>
            <w:pPr>
              <w:spacing w:after="0"/>
            </w:pPr>
            <w:r>
              <w:rPr>
                <w:b/>
                <w:color w:val="FFFFFF"/>
                <w:sz w:val="14"/>
              </w:rPr>
              <w:t>Name</w:t>
            </w:r>
          </w:p>
        </w:tc>
        <w:tc>
          <w:tcPr>
            <w:tcW w:type="dxa" w:w="2592"/>
            <w:shd w:fill="262A2D"/>
            <w:tcBorders>
              <w:top w:val="single" w:sz="4" w:color="262A2D"/>
              <w:left w:val="single" w:sz="4" w:color="262A2D"/>
              <w:bottom w:val="single" w:sz="4" w:color="262A2D"/>
              <w:right w:val="single" w:sz="4" w:color="262A2D"/>
            </w:tcBorders>
            <w:tcMar>
              <w:top w:w="55" w:type="dxa"/>
              <w:start w:w="65" w:type="dxa"/>
              <w:bottom w:w="55" w:type="dxa"/>
              <w:end w:w="65" w:type="dxa"/>
            </w:tcMar>
          </w:tcPr>
          <w:p>
            <w:pPr>
              <w:spacing w:after="0"/>
            </w:pPr>
            <w:r>
              <w:rPr>
                <w:b/>
                <w:color w:val="FFFFFF"/>
                <w:sz w:val="14"/>
              </w:rPr>
              <w:t>Verwandtschaft</w:t>
            </w:r>
          </w:p>
        </w:tc>
        <w:tc>
          <w:tcPr>
            <w:tcW w:type="dxa" w:w="2592"/>
            <w:shd w:fill="262A2D"/>
            <w:tcBorders>
              <w:top w:val="single" w:sz="4" w:color="262A2D"/>
              <w:left w:val="single" w:sz="4" w:color="262A2D"/>
              <w:bottom w:val="single" w:sz="4" w:color="262A2D"/>
              <w:right w:val="single" w:sz="4" w:color="262A2D"/>
            </w:tcBorders>
            <w:tcMar>
              <w:top w:w="55" w:type="dxa"/>
              <w:start w:w="65" w:type="dxa"/>
              <w:bottom w:w="55" w:type="dxa"/>
              <w:end w:w="65" w:type="dxa"/>
            </w:tcMar>
          </w:tcPr>
          <w:p>
            <w:pPr>
              <w:spacing w:after="0"/>
            </w:pPr>
            <w:r>
              <w:rPr>
                <w:b/>
                <w:color w:val="FFFFFF"/>
                <w:sz w:val="14"/>
              </w:rPr>
              <w:t>Erbquote (falls bekannt)</w:t>
            </w:r>
          </w:p>
        </w:tc>
        <w:tc>
          <w:tcPr>
            <w:tcW w:type="dxa" w:w="2592"/>
            <w:shd w:fill="262A2D"/>
            <w:tcBorders>
              <w:top w:val="single" w:sz="4" w:color="262A2D"/>
              <w:left w:val="single" w:sz="4" w:color="262A2D"/>
              <w:bottom w:val="single" w:sz="4" w:color="262A2D"/>
              <w:right w:val="single" w:sz="4" w:color="262A2D"/>
            </w:tcBorders>
            <w:tcMar>
              <w:top w:w="55" w:type="dxa"/>
              <w:start w:w="65" w:type="dxa"/>
              <w:bottom w:w="55" w:type="dxa"/>
              <w:end w:w="65" w:type="dxa"/>
            </w:tcMar>
          </w:tcPr>
          <w:p>
            <w:pPr>
              <w:spacing w:after="0"/>
            </w:pPr>
            <w:r>
              <w:rPr>
                <w:b/>
                <w:color w:val="FFFFFF"/>
                <w:sz w:val="14"/>
              </w:rPr>
              <w:t>Eigene Vollmacht?</w:t>
            </w:r>
          </w:p>
        </w:tc>
      </w:tr>
      <w:tr>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1_NAME"/>
                <w:tag w:val="MITERBE1_NAME"/>
                <w:text/>
              </w:sdtPr>
              <w:sdtContent>
                <w:r>
                  <w:rPr>
                    <w:color w:val="81878B"/>
                    <w:sz w:val="18"/>
                  </w:rPr>
                  <w:t>Hier eintragen</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1_VERW"/>
                <w:tag w:val="MITERBE1_VERW"/>
                <w:text/>
              </w:sdtPr>
              <w:sdtContent>
                <w:r>
                  <w:rPr>
                    <w:color w:val="81878B"/>
                    <w:sz w:val="18"/>
                  </w:rPr>
                  <w:t>z. B. Bruder</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1_QUOTE"/>
                <w:tag w:val="MITERBE1_QUOTE"/>
                <w:text/>
              </w:sdtPr>
              <w:sdtContent>
                <w:r>
                  <w:rPr>
                    <w:color w:val="81878B"/>
                    <w:sz w:val="18"/>
                  </w:rPr>
                  <w:t>Optional</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1_VOLLMACHT"/>
                <w:tag w:val="MITERBE1_VOLLMACHT"/>
                <w:text/>
              </w:sdtPr>
              <w:sdtContent>
                <w:r>
                  <w:rPr>
                    <w:color w:val="81878B"/>
                    <w:sz w:val="18"/>
                  </w:rPr>
                  <w:t>Ja / Nein</w:t>
                </w:r>
              </w:sdtContent>
            </w:sdt>
          </w:p>
        </w:tc>
      </w:tr>
      <w:tr>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2_NAME"/>
                <w:tag w:val="MITERBE2_NAME"/>
                <w:text/>
              </w:sdtPr>
              <w:sdtContent>
                <w:r>
                  <w:rPr>
                    <w:color w:val="81878B"/>
                    <w:sz w:val="18"/>
                  </w:rPr>
                  <w:t>Hier eintragen</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2_VERW"/>
                <w:tag w:val="MITERBE2_VERW"/>
                <w:text/>
              </w:sdtPr>
              <w:sdtContent>
                <w:r>
                  <w:rPr>
                    <w:color w:val="81878B"/>
                    <w:sz w:val="18"/>
                  </w:rPr>
                  <w:t>z. B. Bruder</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2_QUOTE"/>
                <w:tag w:val="MITERBE2_QUOTE"/>
                <w:text/>
              </w:sdtPr>
              <w:sdtContent>
                <w:r>
                  <w:rPr>
                    <w:color w:val="81878B"/>
                    <w:sz w:val="18"/>
                  </w:rPr>
                  <w:t>Optional</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2_VOLLMACHT"/>
                <w:tag w:val="MITERBE2_VOLLMACHT"/>
                <w:text/>
              </w:sdtPr>
              <w:sdtContent>
                <w:r>
                  <w:rPr>
                    <w:color w:val="81878B"/>
                    <w:sz w:val="18"/>
                  </w:rPr>
                  <w:t>Ja / Nein</w:t>
                </w:r>
              </w:sdtContent>
            </w:sdt>
          </w:p>
        </w:tc>
      </w:tr>
      <w:tr>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3_NAME"/>
                <w:tag w:val="MITERBE3_NAME"/>
                <w:text/>
              </w:sdtPr>
              <w:sdtContent>
                <w:r>
                  <w:rPr>
                    <w:color w:val="81878B"/>
                    <w:sz w:val="18"/>
                  </w:rPr>
                  <w:t>Hier eintragen</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3_VERW"/>
                <w:tag w:val="MITERBE3_VERW"/>
                <w:text/>
              </w:sdtPr>
              <w:sdtContent>
                <w:r>
                  <w:rPr>
                    <w:color w:val="81878B"/>
                    <w:sz w:val="18"/>
                  </w:rPr>
                  <w:t>z. B. Bruder</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3_QUOTE"/>
                <w:tag w:val="MITERBE3_QUOTE"/>
                <w:text/>
              </w:sdtPr>
              <w:sdtContent>
                <w:r>
                  <w:rPr>
                    <w:color w:val="81878B"/>
                    <w:sz w:val="18"/>
                  </w:rPr>
                  <w:t>Optional</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3_VOLLMACHT"/>
                <w:tag w:val="MITERBE3_VOLLMACHT"/>
                <w:text/>
              </w:sdtPr>
              <w:sdtContent>
                <w:r>
                  <w:rPr>
                    <w:color w:val="81878B"/>
                    <w:sz w:val="18"/>
                  </w:rPr>
                  <w:t>Ja / Nein</w:t>
                </w:r>
              </w:sdtContent>
            </w:sdt>
          </w:p>
        </w:tc>
      </w:tr>
      <w:tr>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4_NAME"/>
                <w:tag w:val="MITERBE4_NAME"/>
                <w:text/>
              </w:sdtPr>
              <w:sdtContent>
                <w:r>
                  <w:rPr>
                    <w:color w:val="81878B"/>
                    <w:sz w:val="18"/>
                  </w:rPr>
                  <w:t>Hier eintragen</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4_VERW"/>
                <w:tag w:val="MITERBE4_VERW"/>
                <w:text/>
              </w:sdtPr>
              <w:sdtContent>
                <w:r>
                  <w:rPr>
                    <w:color w:val="81878B"/>
                    <w:sz w:val="18"/>
                  </w:rPr>
                  <w:t>z. B. Bruder</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4_QUOTE"/>
                <w:tag w:val="MITERBE4_QUOTE"/>
                <w:text/>
              </w:sdtPr>
              <w:sdtContent>
                <w:r>
                  <w:rPr>
                    <w:color w:val="81878B"/>
                    <w:sz w:val="18"/>
                  </w:rPr>
                  <w:t>Optional</w:t>
                </w:r>
              </w:sdtContent>
            </w:sdt>
          </w:p>
        </w:tc>
        <w:tc>
          <w:tcPr>
            <w:tcW w:type="dxa" w:w="2592"/>
            <w:shd w:fill="FBFBFC"/>
            <w:tcBorders>
              <w:top w:val="single" w:sz="5" w:color="D6D9DC"/>
              <w:left w:val="single" w:sz="5" w:color="D6D9DC"/>
              <w:bottom w:val="single" w:sz="5" w:color="D6D9DC"/>
              <w:right w:val="single" w:sz="5" w:color="D6D9DC"/>
            </w:tcBorders>
            <w:tcMar>
              <w:top w:w="55" w:type="dxa"/>
              <w:start w:w="65" w:type="dxa"/>
              <w:bottom w:w="55" w:type="dxa"/>
              <w:end w:w="65" w:type="dxa"/>
            </w:tcMar>
          </w:tcPr>
          <w:p>
            <w:pPr>
              <w:spacing w:after="0"/>
            </w:pPr>
            <w:sdt>
              <w:sdtPr>
                <w:alias w:val="MITERBE4_VOLLMACHT"/>
                <w:tag w:val="MITERBE4_VOLLMACHT"/>
                <w:text/>
              </w:sdtPr>
              <w:sdtContent>
                <w:r>
                  <w:rPr>
                    <w:color w:val="81878B"/>
                    <w:sz w:val="18"/>
                  </w:rPr>
                  <w:t>Ja / Nein</w:t>
                </w:r>
              </w:sdtContent>
            </w:sdt>
          </w:p>
        </w:tc>
      </w:tr>
    </w:tbl>
    <w:p>
      <w:pPr>
        <w:pStyle w:val="Heading1"/>
        <w:widowControl/>
      </w:pPr>
      <w:r>
        <w:t>11  Dauer und Widerruf</w:t>
      </w:r>
    </w:p>
    <w:p>
      <w:pPr>
        <w:widowControl/>
        <w:spacing w:after="42"/>
      </w:pPr>
      <w:r>
        <w:rPr>
          <w:rFonts w:ascii="DejaVu Sans" w:hAnsi="DejaVu Sans"/>
          <w:color w:val="7D2031"/>
          <w:sz w:val="20"/>
        </w:rPr>
        <w:t xml:space="preserve">☐ </w:t>
      </w:r>
      <w:r>
        <w:rPr>
          <w:rFonts w:ascii="Arial" w:hAnsi="Arial"/>
          <w:sz w:val="17"/>
        </w:rPr>
        <w:t>Die Vollmacht gilt ab Unterzeichnung bis zum Abschluss des bezeichneten Erbscheinverfahrens.</w:t>
      </w:r>
    </w:p>
    <w:p>
      <w:pPr>
        <w:widowControl/>
        <w:spacing w:after="42"/>
      </w:pPr>
      <w:r>
        <w:rPr>
          <w:rFonts w:ascii="DejaVu Sans" w:hAnsi="DejaVu Sans"/>
          <w:color w:val="7D2031"/>
          <w:sz w:val="20"/>
        </w:rPr>
        <w:t xml:space="preserve">☐ </w:t>
      </w:r>
      <w:r>
        <w:rPr>
          <w:rFonts w:ascii="Arial" w:hAnsi="Arial"/>
          <w:sz w:val="17"/>
        </w:rPr>
        <w:t>Die Vollmacht endet bereits am nachfolgend angegebenen Datum, soweit dies mit dem Verfahrensablauf vereinbar ist.</w:t>
      </w:r>
    </w:p>
    <w:tbl>
      <w:tblPr>
        <w:tblW w:type="auto" w:w="0"/>
        <w:jc w:val="center"/>
        <w:tblLayout w:type="fixed"/>
        <w:tblLook w:firstColumn="1" w:firstRow="1" w:lastColumn="0" w:lastRow="0" w:noHBand="0" w:noVBand="1" w:val="04A0"/>
      </w:tblPr>
      <w:tblGrid>
        <w:gridCol w:w="3384"/>
        <w:gridCol w:w="6696"/>
      </w:tblGrid>
      <w:tr>
        <w:tc>
          <w:tcPr>
            <w:tcW w:type="dxa" w:w="5184"/>
            <w:shd w:fill="F3F4F5"/>
            <w:tcBorders>
              <w:top w:val="single" w:sz="5" w:color="D6D9DC"/>
              <w:left w:val="single" w:sz="5" w:color="D6D9DC"/>
              <w:bottom w:val="single" w:sz="5" w:color="D6D9DC"/>
              <w:right w:val="single" w:sz="5" w:color="D6D9DC"/>
            </w:tcBorders>
            <w:tcMar>
              <w:top w:w="60" w:type="dxa"/>
              <w:start w:w="85" w:type="dxa"/>
              <w:bottom w:w="60" w:type="dxa"/>
              <w:end w:w="85" w:type="dxa"/>
            </w:tcMar>
          </w:tcPr>
          <w:p>
            <w:pPr>
              <w:spacing w:after="0"/>
            </w:pPr>
            <w:r>
              <w:rPr>
                <w:b/>
                <w:color w:val="626A70"/>
                <w:sz w:val="15"/>
              </w:rPr>
              <w:t>Abweichendes Enddatum (optional)</w:t>
            </w:r>
          </w:p>
        </w:tc>
        <w:tc>
          <w:tcPr>
            <w:tcW w:type="dxa" w:w="5184"/>
            <w:shd w:fill="FBFBFC"/>
            <w:tcBorders>
              <w:top w:val="single" w:sz="5" w:color="D6D9DC"/>
              <w:left w:val="single" w:sz="5" w:color="D6D9DC"/>
              <w:bottom w:val="single" w:sz="5" w:color="D6D9DC"/>
              <w:right w:val="single" w:sz="5" w:color="D6D9DC"/>
            </w:tcBorders>
            <w:tcMar>
              <w:top w:w="60" w:type="dxa"/>
              <w:start w:w="85" w:type="dxa"/>
              <w:bottom w:w="60" w:type="dxa"/>
              <w:end w:w="85" w:type="dxa"/>
            </w:tcMar>
          </w:tcPr>
          <w:p>
            <w:pPr>
              <w:spacing w:after="0"/>
            </w:pPr>
            <w:sdt>
              <w:sdtPr>
                <w:alias w:val="ENDE"/>
                <w:tag w:val="ENDE"/>
                <w:text/>
              </w:sdtPr>
              <w:sdtContent>
                <w:r>
                  <w:rPr>
                    <w:color w:val="81878B"/>
                    <w:sz w:val="18"/>
                  </w:rPr>
                  <w:t>TT.MM.JJJJ</w:t>
                </w:r>
              </w:sdtContent>
            </w:sdt>
          </w:p>
        </w:tc>
      </w:tr>
    </w:tbl>
    <w:p>
      <w:pPr>
        <w:widowControl/>
        <w:spacing w:before="40" w:after="60"/>
      </w:pPr>
      <w:r>
        <w:rPr>
          <w:sz w:val="17"/>
        </w:rPr>
        <w:t>Ein Widerruf soll dem Nachlassgericht bzw. dem mit dem Antrag befassten Notar unverzüglich und nachweisbar mitgeteilt werden. Bis zum Eingang des Widerrufs können verfahrensbezogene Erklärungen der bevollmächtigten Person weiterhin berücksichtigt werden.</w:t>
      </w:r>
    </w:p>
    <w:p>
      <w:pPr>
        <w:pStyle w:val="Heading1"/>
        <w:widowControl/>
      </w:pPr>
      <w:r>
        <w:t>12  Unterlagen-Check</w:t>
      </w:r>
    </w:p>
    <w:p>
      <w:pPr>
        <w:widowControl/>
        <w:spacing w:after="42"/>
      </w:pPr>
      <w:r>
        <w:rPr>
          <w:rFonts w:ascii="DejaVu Sans" w:hAnsi="DejaVu Sans"/>
          <w:color w:val="7D2031"/>
          <w:sz w:val="20"/>
        </w:rPr>
        <w:t xml:space="preserve">☐ </w:t>
      </w:r>
      <w:r>
        <w:rPr>
          <w:rFonts w:ascii="Arial" w:hAnsi="Arial"/>
          <w:sz w:val="17"/>
        </w:rPr>
        <w:t>Vollmacht im Original unterschrieben</w:t>
      </w:r>
    </w:p>
    <w:p>
      <w:pPr>
        <w:widowControl/>
        <w:spacing w:after="42"/>
      </w:pPr>
      <w:r>
        <w:rPr>
          <w:rFonts w:ascii="DejaVu Sans" w:hAnsi="DejaVu Sans"/>
          <w:color w:val="7D2031"/>
          <w:sz w:val="20"/>
        </w:rPr>
        <w:t xml:space="preserve">☐ </w:t>
      </w:r>
      <w:r>
        <w:rPr>
          <w:rFonts w:ascii="Arial" w:hAnsi="Arial"/>
          <w:sz w:val="17"/>
        </w:rPr>
        <w:t>Kopie des Personalausweises / Reisepasses des Vollmachtgebers, soweit vom Gericht verlangt oder zur Zuordnung sinnvoll</w:t>
      </w:r>
    </w:p>
    <w:p>
      <w:pPr>
        <w:widowControl/>
        <w:spacing w:after="42"/>
      </w:pPr>
      <w:r>
        <w:rPr>
          <w:rFonts w:ascii="DejaVu Sans" w:hAnsi="DejaVu Sans"/>
          <w:color w:val="7D2031"/>
          <w:sz w:val="20"/>
        </w:rPr>
        <w:t xml:space="preserve">☐ </w:t>
      </w:r>
      <w:r>
        <w:rPr>
          <w:rFonts w:ascii="Arial" w:hAnsi="Arial"/>
          <w:sz w:val="17"/>
        </w:rPr>
        <w:t>Sterbeurkunde des Erblassers</w:t>
      </w:r>
    </w:p>
    <w:p>
      <w:pPr>
        <w:widowControl/>
        <w:spacing w:after="42"/>
      </w:pPr>
      <w:r>
        <w:rPr>
          <w:rFonts w:ascii="DejaVu Sans" w:hAnsi="DejaVu Sans"/>
          <w:color w:val="7D2031"/>
          <w:sz w:val="20"/>
        </w:rPr>
        <w:t xml:space="preserve">☐ </w:t>
      </w:r>
      <w:r>
        <w:rPr>
          <w:rFonts w:ascii="Arial" w:hAnsi="Arial"/>
          <w:sz w:val="17"/>
        </w:rPr>
        <w:t>Personenstandsurkunden zum Nachweis der Erbfolge, soweit erforderlich</w:t>
      </w:r>
    </w:p>
    <w:p>
      <w:pPr>
        <w:widowControl/>
        <w:spacing w:after="42"/>
      </w:pPr>
      <w:r>
        <w:rPr>
          <w:rFonts w:ascii="DejaVu Sans" w:hAnsi="DejaVu Sans"/>
          <w:color w:val="7D2031"/>
          <w:sz w:val="20"/>
        </w:rPr>
        <w:t xml:space="preserve">☐ </w:t>
      </w:r>
      <w:r>
        <w:rPr>
          <w:rFonts w:ascii="Arial" w:hAnsi="Arial"/>
          <w:sz w:val="17"/>
        </w:rPr>
        <w:t>Testament / Erbvertrag bzw. Eröffnungsunterlagen, sofern vorhanden</w:t>
      </w:r>
    </w:p>
    <w:p>
      <w:pPr>
        <w:widowControl/>
        <w:spacing w:after="42"/>
      </w:pPr>
      <w:r>
        <w:rPr>
          <w:rFonts w:ascii="DejaVu Sans" w:hAnsi="DejaVu Sans"/>
          <w:color w:val="7D2031"/>
          <w:sz w:val="20"/>
        </w:rPr>
        <w:t xml:space="preserve">☐ </w:t>
      </w:r>
      <w:r>
        <w:rPr>
          <w:rFonts w:ascii="Arial" w:hAnsi="Arial"/>
          <w:sz w:val="17"/>
        </w:rPr>
        <w:t>Aktenzeichen und vorhandene Schreiben des Nachlassgerichts</w:t>
      </w:r>
    </w:p>
    <w:p>
      <w:pPr>
        <w:pStyle w:val="Heading1"/>
        <w:widowControl/>
      </w:pPr>
      <w:r>
        <w:t>13  Besondere Hinweise / Begrenzungen</w:t>
      </w:r>
    </w:p>
    <w:tbl>
      <w:tblPr>
        <w:tblW w:type="auto" w:w="0"/>
        <w:jc w:val="center"/>
        <w:tblLook w:firstColumn="1" w:firstRow="1" w:lastColumn="0" w:lastRow="0" w:noHBand="0" w:noVBand="1" w:val="04A0"/>
      </w:tblPr>
      <w:tblGrid>
        <w:gridCol w:w="10368"/>
      </w:tblGrid>
      <w:tr>
        <w:trPr>
          <w:trHeight w:val="780" w:hRule="atLeast"/>
        </w:trPr>
        <w:tc>
          <w:tcPr>
            <w:tcW w:type="dxa" w:w="10368"/>
            <w:shd w:fill="FBFBFC"/>
            <w:tcBorders>
              <w:top w:val="single" w:sz="5" w:color="D6D9DC"/>
              <w:left w:val="single" w:sz="5" w:color="D6D9DC"/>
              <w:bottom w:val="single" w:sz="5" w:color="D6D9DC"/>
              <w:right w:val="single" w:sz="5" w:color="D6D9DC"/>
            </w:tcBorders>
            <w:tcMar>
              <w:top w:w="70" w:type="dxa"/>
              <w:start w:w="85" w:type="dxa"/>
              <w:bottom w:w="70" w:type="dxa"/>
              <w:end w:w="85" w:type="dxa"/>
            </w:tcMar>
          </w:tcPr>
          <w:p>
            <w:pPr>
              <w:spacing w:after="20"/>
            </w:pPr>
            <w:r>
              <w:rPr>
                <w:b/>
                <w:color w:val="626A70"/>
                <w:sz w:val="14"/>
              </w:rPr>
              <w:t>Zusätzliche Weisungen an das bevollmächtigte Geschwister</w:t>
            </w:r>
          </w:p>
          <w:p>
            <w:pPr>
              <w:spacing w:after="0"/>
            </w:pPr>
            <w:sdt>
              <w:sdtPr>
                <w:alias w:val="WEISUNGEN"/>
                <w:tag w:val="WEISUNGEN"/>
                <w:text/>
              </w:sdtPr>
              <w:sdtContent>
                <w:r>
                  <w:rPr>
                    <w:color w:val="81878B"/>
                    <w:sz w:val="18"/>
                  </w:rPr>
                  <w:t>Hier konkrete Begrenzungen oder Hinweise eintragen</w:t>
                </w:r>
              </w:sdtContent>
            </w:sdt>
          </w:p>
        </w:tc>
      </w:tr>
    </w:tbl>
    <w:p>
      <w:pPr>
        <w:pStyle w:val="Heading1"/>
        <w:widowControl/>
      </w:pPr>
      <w:r>
        <w:t>14  Ort, Datum und Unterschrift</w:t>
      </w:r>
    </w:p>
    <w:tbl>
      <w:tblPr>
        <w:tblW w:type="auto" w:w="0"/>
        <w:jc w:val="center"/>
        <w:tblLayout w:type="fixed"/>
        <w:tblLook w:firstColumn="1" w:firstRow="1" w:lastColumn="0" w:lastRow="0" w:noHBand="0" w:noVBand="1" w:val="04A0"/>
      </w:tblPr>
      <w:tblGrid>
        <w:gridCol w:w="5040"/>
        <w:gridCol w:w="5040"/>
      </w:tblGrid>
      <w:t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Ort</w:t>
            </w:r>
          </w:p>
          <w:p>
            <w:pPr>
              <w:spacing w:after="0"/>
            </w:pPr>
            <w:sdt>
              <w:sdtPr>
                <w:alias w:val="SIG_ORT"/>
                <w:tag w:val="SIG_ORT"/>
                <w:text/>
              </w:sdtPr>
              <w:sdtContent>
                <w:r>
                  <w:rPr>
                    <w:color w:val="81878B"/>
                    <w:sz w:val="18"/>
                  </w:rPr>
                  <w:t>Hier eintragen</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Datum</w:t>
            </w:r>
          </w:p>
          <w:p>
            <w:pPr>
              <w:spacing w:after="0"/>
            </w:pPr>
            <w:sdt>
              <w:sdtPr>
                <w:alias w:val="SIG_DATUM"/>
                <w:tag w:val="SIG_DATUM"/>
                <w:text/>
              </w:sdtPr>
              <w:sdtContent>
                <w:r>
                  <w:rPr>
                    <w:color w:val="81878B"/>
                    <w:sz w:val="18"/>
                  </w:rPr>
                  <w:t>TT.MM.JJJJ</w:t>
                </w:r>
              </w:sdtContent>
            </w:sdt>
          </w:p>
        </w:tc>
      </w:tr>
      <w:tr>
        <w:trPr>
          <w:trHeight w:val="650" w:hRule="atLeast"/>
        </w:trPr>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Unterschrift Vollmachtgeber/in</w:t>
            </w:r>
          </w:p>
          <w:p>
            <w:pPr>
              <w:spacing w:after="0"/>
            </w:pPr>
            <w:sdt>
              <w:sdtPr>
                <w:alias w:val="SIG_VG"/>
                <w:tag w:val="SIG_VG"/>
                <w:text/>
              </w:sdtPr>
              <w:sdtContent>
                <w:r>
                  <w:rPr>
                    <w:color w:val="81878B"/>
                    <w:sz w:val="18"/>
                  </w:rPr>
                  <w:t>Eigenhändige Unterschrift</w:t>
                </w:r>
              </w:sdtContent>
            </w:sdt>
          </w:p>
        </w:tc>
        <w:tc>
          <w:tcPr>
            <w:tcW w:type="dxa" w:w="5184"/>
            <w:shd w:fill="FBFBFC"/>
            <w:tcBorders>
              <w:top w:val="single" w:sz="5" w:color="D6D9DC"/>
              <w:left w:val="single" w:sz="5" w:color="D6D9DC"/>
              <w:bottom w:val="single" w:sz="5" w:color="D6D9DC"/>
              <w:right w:val="single" w:sz="5" w:color="D6D9DC"/>
            </w:tcBorders>
            <w:tcMar>
              <w:top w:w="60" w:type="dxa"/>
              <w:start w:w="85" w:type="dxa"/>
              <w:bottom w:w="65" w:type="dxa"/>
              <w:end w:w="85" w:type="dxa"/>
            </w:tcMar>
            <w:vAlign w:val="center"/>
          </w:tcPr>
          <w:p>
            <w:pPr>
              <w:spacing w:after="20"/>
            </w:pPr>
            <w:r>
              <w:rPr>
                <w:rFonts w:ascii="Arial" w:hAnsi="Arial"/>
                <w:b/>
                <w:color w:val="626A70"/>
                <w:sz w:val="14"/>
              </w:rPr>
              <w:t>Kenntnisnahme bevollmächtigtes Geschwister (optional)</w:t>
            </w:r>
          </w:p>
          <w:p>
            <w:pPr>
              <w:spacing w:after="0"/>
            </w:pPr>
            <w:sdt>
              <w:sdtPr>
                <w:alias w:val="SIG_BV"/>
                <w:tag w:val="SIG_BV"/>
                <w:text/>
              </w:sdtPr>
              <w:sdtContent>
                <w:r>
                  <w:rPr>
                    <w:color w:val="81878B"/>
                    <w:sz w:val="18"/>
                  </w:rPr>
                  <w:t>Unterschrift optional</w:t>
                </w:r>
              </w:sdtContent>
            </w:sdt>
          </w:p>
        </w:tc>
      </w:tr>
    </w:tbl>
    <w:p>
      <w:pPr>
        <w:pStyle w:val="Heading1"/>
        <w:widowControl/>
      </w:pPr>
      <w:r>
        <w:t>15  Kurzprüfung vor Abgabe</w:t>
      </w:r>
    </w:p>
    <w:p>
      <w:pPr>
        <w:widowControl/>
        <w:spacing w:after="40"/>
      </w:pPr>
      <w:r>
        <w:rPr>
          <w:b/>
          <w:sz w:val="17"/>
        </w:rPr>
        <w:t xml:space="preserve">Vor Einreichung prüfen: </w:t>
      </w:r>
      <w:r>
        <w:rPr>
          <w:sz w:val="17"/>
        </w:rPr>
        <w:t>richtiger Erblasser, richtiges Nachlassgericht, Aktenzeichen, gewünschter Erbschein, Vollmachtsumfang, Annahmeerklärung nur falls zutreffend, Originalunterschrift und gegebenenfalls Ausweiskopie.</w:t>
      </w:r>
    </w:p>
    <w:tbl>
      <w:tblPr>
        <w:tblW w:type="auto" w:w="0"/>
        <w:jc w:val="center"/>
        <w:tblLook w:firstColumn="1" w:firstRow="1" w:lastColumn="0" w:lastRow="0" w:noHBand="0" w:noVBand="1" w:val="04A0"/>
      </w:tblPr>
      <w:tblGrid>
        <w:gridCol w:w="10368"/>
      </w:tblGrid>
      <w:tr>
        <w:tc>
          <w:tcPr>
            <w:tcW w:type="dxa" w:w="10368"/>
            <w:shd w:fill="F8EEF1"/>
            <w:tcBorders>
              <w:top w:val="single" w:sz="7" w:color="7D2031"/>
              <w:left w:val="single" w:sz="7" w:color="7D2031"/>
              <w:bottom w:val="single" w:sz="7" w:color="7D2031"/>
              <w:right w:val="single" w:sz="7" w:color="7D2031"/>
            </w:tcBorders>
            <w:tcMar>
              <w:top w:w="95" w:type="dxa"/>
              <w:start w:w="120" w:type="dxa"/>
              <w:bottom w:w="95" w:type="dxa"/>
              <w:end w:w="120" w:type="dxa"/>
            </w:tcMar>
          </w:tcPr>
          <w:p>
            <w:pPr>
              <w:spacing w:after="0"/>
            </w:pPr>
            <w:r>
              <w:rPr>
                <w:b/>
                <w:color w:val="7D2031"/>
                <w:sz w:val="16"/>
              </w:rPr>
              <w:t xml:space="preserve">Praktischer Hinweis  </w:t>
            </w:r>
            <w:r>
              <w:rPr>
                <w:color w:val="262A2D"/>
                <w:sz w:val="16"/>
              </w:rPr>
              <w:t>Gerichte verwenden teils eigene Formulare oder verlangen zusätzliche Angaben. Diese Vorlage ist daher so aufgebaut, dass sie als eigenständige Vollmacht oder als strukturierte Vorbereitung für ein gerichtliches bzw. notarielles Formular genutzt werden kann.</w:t>
            </w:r>
          </w:p>
        </w:tc>
      </w:tr>
    </w:tbl>
    <w:p>
      <w:pPr>
        <w:widowControl/>
        <w:spacing w:after="0"/>
      </w:pPr>
    </w:p>
    <w:sectPr w:rsidR="00FC693F" w:rsidRPr="0006063C" w:rsidSect="00034616">
      <w:headerReference w:type="default" r:id="rId9"/>
      <w:footerReference w:type="default" r:id="rId10"/>
      <w:pgSz w:w="12240" w:h="15840"/>
      <w:pgMar w:top="792" w:right="936" w:bottom="792" w:left="936"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8208"/>
      <w:gridCol w:w="1872"/>
    </w:tblGrid>
    <w:tr>
      <w:tc>
        <w:tcPr>
          <w:tcW w:type="dxa" w:w="5040"/>
          <w:tcBorders>
            <w:top w:val="single" w:sz="3" w:color="D6D9DC"/>
            <w:left w:val="single" w:sz="3" w:color="D6D9DC"/>
            <w:bottom w:val="single" w:sz="3" w:color="D6D9DC"/>
            <w:right w:val="single" w:sz="3" w:color="D6D9DC"/>
          </w:tcBorders>
          <w:tcMar>
            <w:top w:w="30" w:type="dxa"/>
            <w:start w:w="40" w:type="dxa"/>
            <w:bottom w:w="20" w:type="dxa"/>
            <w:end w:w="40" w:type="dxa"/>
          </w:tcMar>
        </w:tcPr>
        <w:p>
          <w:r>
            <w:rPr>
              <w:rFonts w:ascii="Arial" w:hAnsi="Arial"/>
              <w:color w:val="626A70"/>
              <w:sz w:val="13"/>
            </w:rPr>
            <w:t>Muster-Vorlage für das Erbscheinverfahren · keine Vollmacht zur Nachlassverteilung</w:t>
          </w:r>
        </w:p>
      </w:tc>
      <w:tc>
        <w:tcPr>
          <w:tcW w:type="dxa" w:w="5040"/>
          <w:tcBorders>
            <w:top w:val="single" w:sz="3" w:color="D6D9DC"/>
            <w:left w:val="single" w:sz="3" w:color="D6D9DC"/>
            <w:bottom w:val="single" w:sz="3" w:color="D6D9DC"/>
            <w:right w:val="single" w:sz="3" w:color="D6D9DC"/>
          </w:tcBorders>
          <w:tcMar>
            <w:top w:w="30" w:type="dxa"/>
            <w:start w:w="40" w:type="dxa"/>
            <w:bottom w:w="20" w:type="dxa"/>
            <w:end w:w="40" w:type="dxa"/>
          </w:tcMar>
        </w:tcPr>
        <w:p>
          <w:pPr>
            <w:jc w:val="right"/>
          </w:pPr>
          <w:r>
            <w:rPr>
              <w:rFonts w:ascii="Arial" w:hAnsi="Arial"/>
              <w:color w:val="626A70"/>
              <w:sz w:val="14"/>
            </w:rPr>
            <w:t xml:space="preserve">Seite </w:t>
          </w:r>
          <w: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8" w:space="4" w:color="7D2031"/>
      </w:pBdr>
    </w:pPr>
    <w:r>
      <w:rPr>
        <w:rFonts w:ascii="Arial" w:hAnsi="Arial"/>
        <w:b/>
        <w:color w:val="7D2031"/>
        <w:sz w:val="14"/>
      </w:rPr>
      <w:t>ERBSCHEIN · VOLLMACHT UNTER GESCHWISTERN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7" w:lineRule="auto"/>
    </w:pPr>
    <w:rPr>
      <w:rFonts w:ascii="Arial" w:hAnsi="Arial"/>
      <w:color w:val="262A2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7D2031"/>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62A2D"/>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pPr>
    <w:rPr>
      <w:rFonts w:asciiTheme="majorHAnsi" w:eastAsiaTheme="majorEastAsia" w:hAnsiTheme="majorHAnsi" w:cstheme="majorBidi" w:ascii="Arial" w:hAnsi="Arial"/>
      <w:b/>
      <w:color w:val="262A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40" w:line="240" w:lineRule="auto"/>
    </w:pPr>
    <w:rPr>
      <w:rFonts w:ascii="Arial" w:hAnsi="Arial"/>
      <w:color w:val="626A70"/>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Erbschein Vollmacht Geschwister Vorlage</dc:title>
  <dc:subject>Vollmacht für das Erbscheinverfahren unter Geschwistern</dc:subject>
  <dc:creator/>
  <cp:keywords>Erbschein, Vollmacht, Geschwister, Nachlassgericht, Miterben</cp:keywords>
  <dc:description>generated by python-docx</dc:description>
  <cp:lastModifiedBy/>
  <cp:revision>1</cp:revision>
  <dcterms:created xsi:type="dcterms:W3CDTF">2013-12-23T23:15:00Z</dcterms:created>
  <dcterms:modified xsi:type="dcterms:W3CDTF">2013-12-23T23:15:00Z</dcterms:modified>
  <cp:category/>
</cp:coreProperties>
</file>